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5A95334F" w:rsidR="00C2186F" w:rsidRDefault="00C2186F">
      <w:pPr>
        <w:jc w:val="center"/>
      </w:pPr>
    </w:p>
    <w:p w14:paraId="06C83664" w14:textId="77777777" w:rsidR="00C2186F" w:rsidRPr="00132F33" w:rsidRDefault="004D06AB">
      <w:pPr>
        <w:pStyle w:val="Tytu"/>
        <w:jc w:val="center"/>
        <w:rPr>
          <w:lang w:val="pl-PL"/>
        </w:rPr>
      </w:pPr>
      <w:r w:rsidRPr="00132F33">
        <w:rPr>
          <w:lang w:val="pl-PL"/>
        </w:rPr>
        <w:t>WYMAGANIA EDUKACYJNE</w:t>
      </w:r>
    </w:p>
    <w:p w14:paraId="6AF15CD0" w14:textId="77777777" w:rsidR="00C2186F" w:rsidRPr="00132F33" w:rsidRDefault="5A79A215" w:rsidP="5A79A215">
      <w:pPr>
        <w:jc w:val="center"/>
        <w:rPr>
          <w:b/>
          <w:bCs/>
          <w:sz w:val="18"/>
          <w:szCs w:val="18"/>
          <w:lang w:val="pl-PL"/>
        </w:rPr>
      </w:pPr>
      <w:r w:rsidRPr="00132F33">
        <w:rPr>
          <w:b/>
          <w:bCs/>
          <w:sz w:val="18"/>
          <w:szCs w:val="18"/>
          <w:lang w:val="pl-PL"/>
        </w:rPr>
        <w:t>niezbędne do otrzymania poszczególnych śródrocznych i rocznych ocen klasyfikacyjnych</w:t>
      </w:r>
    </w:p>
    <w:p w14:paraId="21795CE6" w14:textId="0EC0ED9D" w:rsidR="00C2186F" w:rsidRPr="00132F33" w:rsidRDefault="5A79A215" w:rsidP="5A79A215">
      <w:pPr>
        <w:jc w:val="center"/>
        <w:rPr>
          <w:sz w:val="18"/>
          <w:szCs w:val="18"/>
          <w:lang w:val="pl-PL"/>
        </w:rPr>
      </w:pPr>
      <w:r w:rsidRPr="00132F33">
        <w:rPr>
          <w:sz w:val="18"/>
          <w:szCs w:val="18"/>
          <w:lang w:val="pl-PL"/>
        </w:rPr>
        <w:t xml:space="preserve">Język angielski | klasa 4 | </w:t>
      </w:r>
    </w:p>
    <w:p w14:paraId="1794501C" w14:textId="77777777" w:rsidR="0084172A" w:rsidRPr="00F67D91" w:rsidRDefault="0084172A" w:rsidP="008417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18"/>
          <w:szCs w:val="18"/>
          <w:lang w:val="pl-PL"/>
        </w:rPr>
      </w:pPr>
      <w:r w:rsidRPr="00F67D91">
        <w:rPr>
          <w:sz w:val="18"/>
          <w:szCs w:val="18"/>
          <w:lang w:val="pl-PL"/>
        </w:rPr>
        <w:t>Wymagania mają charakter kumulatywny. Ocena wyższa zakłada spełnienie wymagań przypisanych ocenom niższym, odpowiednio większą samodzielność, poprawność, płynność i skuteczność komunikacyjną. Ocenę ustala nauczyciel na podstawie rozpoznanego poziomu i postępów ucznia w odniesieniu do programu nauczania oraz zasad przyjętych w szkole.</w:t>
      </w:r>
    </w:p>
    <w:p w14:paraId="2FD1F6FF" w14:textId="77777777" w:rsidR="0084172A" w:rsidRPr="00F67D91" w:rsidRDefault="0084172A" w:rsidP="0084172A">
      <w:pPr>
        <w:pStyle w:val="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0" w:beforeAutospacing="0" w:after="0" w:afterAutospacing="0"/>
        <w:textAlignment w:val="baseline"/>
        <w:rPr>
          <w:rFonts w:ascii="Aptos" w:hAnsi="Aptos"/>
          <w:sz w:val="18"/>
          <w:szCs w:val="18"/>
        </w:rPr>
      </w:pPr>
      <w:r w:rsidRPr="00F67D91">
        <w:rPr>
          <w:rFonts w:ascii="Aptos" w:hAnsi="Aptos"/>
          <w:sz w:val="18"/>
          <w:szCs w:val="18"/>
        </w:rPr>
        <w:t xml:space="preserve">Wymagania </w:t>
      </w:r>
      <w:r w:rsidRPr="00F67D91">
        <w:rPr>
          <w:rFonts w:ascii="Aptos" w:hAnsi="Aptos"/>
          <w:b/>
          <w:bCs/>
          <w:sz w:val="18"/>
          <w:szCs w:val="18"/>
        </w:rPr>
        <w:t>oczekiwane</w:t>
      </w:r>
      <w:r w:rsidRPr="00F67D91">
        <w:rPr>
          <w:rFonts w:ascii="Aptos" w:hAnsi="Aptos"/>
          <w:sz w:val="18"/>
          <w:szCs w:val="18"/>
        </w:rPr>
        <w:t xml:space="preserve"> odnoszą się do wiadomości i umiejętności przewidzianych dla wszystkich uczniów realizujących kurs, wymagania </w:t>
      </w:r>
      <w:r w:rsidRPr="00F67D91">
        <w:rPr>
          <w:rFonts w:ascii="Aptos" w:hAnsi="Aptos"/>
          <w:b/>
          <w:bCs/>
          <w:sz w:val="18"/>
          <w:szCs w:val="18"/>
        </w:rPr>
        <w:t>wyższe</w:t>
      </w:r>
      <w:r w:rsidRPr="00F67D91">
        <w:rPr>
          <w:rFonts w:ascii="Aptos" w:hAnsi="Aptos"/>
          <w:sz w:val="18"/>
          <w:szCs w:val="18"/>
        </w:rPr>
        <w:t xml:space="preserve"> oraz treści oznaczone jako </w:t>
      </w:r>
      <w:r w:rsidRPr="00F67D91">
        <w:rPr>
          <w:rFonts w:ascii="Aptos" w:hAnsi="Aptos"/>
          <w:b/>
          <w:bCs/>
          <w:i/>
          <w:iCs/>
          <w:color w:val="002060"/>
          <w:sz w:val="18"/>
          <w:szCs w:val="18"/>
        </w:rPr>
        <w:t>Extended</w:t>
      </w:r>
      <w:r w:rsidRPr="00F67D91">
        <w:rPr>
          <w:rFonts w:ascii="Aptos" w:hAnsi="Aptos"/>
          <w:color w:val="002060"/>
          <w:sz w:val="18"/>
          <w:szCs w:val="18"/>
        </w:rPr>
        <w:t> </w:t>
      </w:r>
      <w:r w:rsidRPr="00F67D91">
        <w:rPr>
          <w:rFonts w:ascii="Aptos" w:hAnsi="Aptos"/>
          <w:sz w:val="18"/>
          <w:szCs w:val="18"/>
        </w:rPr>
        <w:t>wspierają rozwój kompetencji językowych uczniów realizujących ścieżkę rozszerzoną i przygotowujących się do osiągania efektów na poziomie B1. </w:t>
      </w:r>
    </w:p>
    <w:p w14:paraId="0F5BD8C1" w14:textId="1B69DDF1" w:rsidR="00C2186F" w:rsidRPr="00132F33" w:rsidRDefault="5A79A215">
      <w:pPr>
        <w:pStyle w:val="Nagwek1"/>
        <w:rPr>
          <w:lang w:val="pl-PL"/>
        </w:rPr>
      </w:pPr>
      <w:r w:rsidRPr="00132F33">
        <w:rPr>
          <w:lang w:val="pl-PL"/>
        </w:rPr>
        <w:t>WYMAGANIA ŚRÓDROCZNE</w:t>
      </w:r>
    </w:p>
    <w:p w14:paraId="3257C410" w14:textId="4DCC3E95" w:rsidR="5A79A215" w:rsidRPr="00132F33" w:rsidRDefault="5A79A215">
      <w:pPr>
        <w:rPr>
          <w:lang w:val="pl-PL"/>
        </w:rPr>
      </w:pPr>
      <w:r w:rsidRPr="00132F33">
        <w:rPr>
          <w:b/>
          <w:bCs/>
          <w:lang w:val="pl-PL"/>
        </w:rPr>
        <w:t xml:space="preserve">Zakres klasyfikacji: </w:t>
      </w:r>
      <w:r w:rsidRPr="00132F33">
        <w:rPr>
          <w:lang w:val="pl-PL"/>
        </w:rPr>
        <w:t xml:space="preserve">rozdziały 1-4. Każda ocena odnosi się do tego samego pełnego zakresu </w:t>
      </w:r>
      <w:r w:rsidR="6BA65403" w:rsidRPr="00132F33">
        <w:rPr>
          <w:lang w:val="pl-PL"/>
        </w:rPr>
        <w:t>tematycznego oraz środków językowych</w:t>
      </w:r>
      <w:r w:rsidRPr="00132F33">
        <w:rPr>
          <w:lang w:val="pl-PL"/>
        </w:rPr>
        <w:t>, a różnice dotyczą poziomu samodzielności, poprawności, płynności i skuteczności wykonania.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843"/>
        <w:gridCol w:w="8469"/>
      </w:tblGrid>
      <w:tr w:rsidR="5A79A215" w:rsidRPr="0081371B" w14:paraId="7DDFFD20" w14:textId="77777777" w:rsidTr="00C524C5">
        <w:trPr>
          <w:trHeight w:val="300"/>
          <w:jc w:val="center"/>
        </w:trPr>
        <w:tc>
          <w:tcPr>
            <w:tcW w:w="1843" w:type="dxa"/>
            <w:shd w:val="clear" w:color="auto" w:fill="C00000"/>
            <w:tcMar>
              <w:top w:w="100" w:type="dxa"/>
              <w:bottom w:w="100" w:type="dxa"/>
            </w:tcMar>
            <w:vAlign w:val="center"/>
          </w:tcPr>
          <w:p w14:paraId="72C452E7" w14:textId="77777777" w:rsidR="5A79A215" w:rsidRDefault="5A79A215" w:rsidP="5A79A215">
            <w:pPr>
              <w:spacing w:after="30" w:line="240" w:lineRule="auto"/>
            </w:pPr>
            <w:r w:rsidRPr="5A79A215">
              <w:rPr>
                <w:b/>
                <w:bCs/>
                <w:color w:val="FFFFFF" w:themeColor="background1"/>
                <w:sz w:val="17"/>
                <w:szCs w:val="17"/>
              </w:rPr>
              <w:t>Zakres tematyczny</w:t>
            </w:r>
          </w:p>
        </w:tc>
        <w:tc>
          <w:tcPr>
            <w:tcW w:w="8469" w:type="dxa"/>
            <w:shd w:val="clear" w:color="auto" w:fill="FFF7F7"/>
            <w:tcMar>
              <w:top w:w="100" w:type="dxa"/>
              <w:bottom w:w="100" w:type="dxa"/>
            </w:tcMar>
            <w:vAlign w:val="center"/>
          </w:tcPr>
          <w:p w14:paraId="173377DC" w14:textId="77777777" w:rsidR="5A79A215" w:rsidRPr="00132F33" w:rsidRDefault="5A79A215" w:rsidP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sz w:val="17"/>
                <w:szCs w:val="17"/>
                <w:lang w:val="pl-PL"/>
              </w:rPr>
              <w:t>Alfabet; liczby 1-100; przybory szkolne; dane personalne; przymiotniki opisujące charakter; wybrane kraje; posiadane przedmioty; ubrania; pomieszczenia i wyposażenie domu; członkowie rodziny; wygląd zewnętrzny, w tym rodzaje włosów; zwierzęta i rośliny; środki transportu; kupowanie i sprzedawanie.</w:t>
            </w:r>
          </w:p>
        </w:tc>
      </w:tr>
      <w:tr w:rsidR="5A79A215" w:rsidRPr="0081371B" w14:paraId="5E653ACF" w14:textId="77777777" w:rsidTr="00C524C5">
        <w:trPr>
          <w:trHeight w:val="300"/>
          <w:jc w:val="center"/>
        </w:trPr>
        <w:tc>
          <w:tcPr>
            <w:tcW w:w="1843" w:type="dxa"/>
            <w:shd w:val="clear" w:color="auto" w:fill="C00000"/>
            <w:tcMar>
              <w:top w:w="100" w:type="dxa"/>
              <w:bottom w:w="100" w:type="dxa"/>
            </w:tcMar>
            <w:vAlign w:val="center"/>
          </w:tcPr>
          <w:p w14:paraId="55844386" w14:textId="77777777" w:rsidR="5A79A215" w:rsidRDefault="5A79A215" w:rsidP="5A79A215">
            <w:pPr>
              <w:spacing w:after="30" w:line="240" w:lineRule="auto"/>
            </w:pPr>
            <w:r w:rsidRPr="5A79A215">
              <w:rPr>
                <w:b/>
                <w:bCs/>
                <w:color w:val="FFFFFF" w:themeColor="background1"/>
                <w:sz w:val="17"/>
                <w:szCs w:val="17"/>
              </w:rPr>
              <w:t>Środki językowe</w:t>
            </w:r>
          </w:p>
        </w:tc>
        <w:tc>
          <w:tcPr>
            <w:tcW w:w="8469" w:type="dxa"/>
            <w:shd w:val="clear" w:color="auto" w:fill="FFF7F7"/>
            <w:tcMar>
              <w:top w:w="100" w:type="dxa"/>
              <w:bottom w:w="100" w:type="dxa"/>
            </w:tcMar>
            <w:vAlign w:val="center"/>
          </w:tcPr>
          <w:p w14:paraId="7A61FCD3" w14:textId="77777777" w:rsidR="5A79A215" w:rsidRPr="00132F33" w:rsidRDefault="5A79A215" w:rsidP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sz w:val="17"/>
                <w:szCs w:val="17"/>
                <w:lang w:val="pl-PL"/>
              </w:rPr>
              <w:t>My name’s...; This is...; liczba pojedyncza i mnoga rzeczowników; zaimki osobowe; pełne i skrócone formy to be; a/an; to be w Present Simple w zdaniach twierdzących, przeczących i pytających oraz krótkich odpowiedziach; who, what, where; It’s/They’re; dopełniacz saksoński; Whose; przymiotniki dzierżawcze; this, that, these, those; How much is/are...?; have got w zdaniach twierdzących, przeczących i pytających.</w:t>
            </w:r>
          </w:p>
        </w:tc>
      </w:tr>
    </w:tbl>
    <w:p w14:paraId="74F6DEE3" w14:textId="37F2040F" w:rsidR="5A79A215" w:rsidRPr="00132F33" w:rsidRDefault="5A79A215">
      <w:pPr>
        <w:rPr>
          <w:lang w:val="pl-PL"/>
        </w:rPr>
      </w:pPr>
    </w:p>
    <w:p w14:paraId="218DDF40" w14:textId="15216A63" w:rsidR="158463B4" w:rsidRPr="00132F33" w:rsidRDefault="158463B4" w:rsidP="5A79A215">
      <w:pPr>
        <w:pStyle w:val="Nagwek2"/>
        <w:rPr>
          <w:lang w:val="pl-PL"/>
        </w:rPr>
      </w:pPr>
      <w:r w:rsidRPr="00132F33">
        <w:rPr>
          <w:lang w:val="pl-PL"/>
        </w:rPr>
        <w:t>Ocena 6 - celująca</w:t>
      </w:r>
    </w:p>
    <w:p w14:paraId="2ADD2294" w14:textId="77777777" w:rsidR="158463B4" w:rsidRPr="00132F33" w:rsidRDefault="158463B4">
      <w:pPr>
        <w:rPr>
          <w:lang w:val="pl-PL"/>
        </w:rPr>
      </w:pPr>
      <w:r w:rsidRPr="00132F33">
        <w:rPr>
          <w:b/>
          <w:bCs/>
          <w:lang w:val="pl-PL"/>
        </w:rPr>
        <w:t xml:space="preserve">Ogólny poziom spełnienia wymagań: </w:t>
      </w:r>
      <w:r w:rsidRPr="00132F33">
        <w:rPr>
          <w:lang w:val="pl-PL"/>
        </w:rPr>
        <w:t>opanował pełny zakres wymagań na bardzo wysokim poziomie; działa swobodnie, płynnie, precyzyjnie i niemal bezbłędnie, elastycznie wykorzystując poznane środki.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843"/>
        <w:gridCol w:w="8469"/>
      </w:tblGrid>
      <w:tr w:rsidR="5A79A215" w:rsidRPr="0081371B" w14:paraId="5D7A26D1" w14:textId="77777777" w:rsidTr="00C524C5">
        <w:trPr>
          <w:trHeight w:val="300"/>
          <w:jc w:val="center"/>
        </w:trPr>
        <w:tc>
          <w:tcPr>
            <w:tcW w:w="1843" w:type="dxa"/>
            <w:shd w:val="clear" w:color="auto" w:fill="333333"/>
            <w:tcMar>
              <w:top w:w="100" w:type="dxa"/>
              <w:bottom w:w="100" w:type="dxa"/>
            </w:tcMar>
            <w:vAlign w:val="center"/>
          </w:tcPr>
          <w:p w14:paraId="6361D42F" w14:textId="77777777" w:rsidR="5A79A215" w:rsidRDefault="5A79A215" w:rsidP="5A79A215">
            <w:pPr>
              <w:spacing w:after="30" w:line="240" w:lineRule="auto"/>
            </w:pPr>
            <w:r w:rsidRPr="5A79A215">
              <w:rPr>
                <w:b/>
                <w:bCs/>
                <w:color w:val="FFFFFF" w:themeColor="background1"/>
                <w:sz w:val="17"/>
                <w:szCs w:val="17"/>
              </w:rPr>
              <w:t>Obszar</w:t>
            </w:r>
          </w:p>
        </w:tc>
        <w:tc>
          <w:tcPr>
            <w:tcW w:w="8469" w:type="dxa"/>
            <w:shd w:val="clear" w:color="auto" w:fill="333333"/>
            <w:tcMar>
              <w:top w:w="100" w:type="dxa"/>
              <w:bottom w:w="100" w:type="dxa"/>
            </w:tcMar>
            <w:vAlign w:val="center"/>
          </w:tcPr>
          <w:p w14:paraId="0E9B5991" w14:textId="77777777" w:rsidR="5A79A215" w:rsidRPr="00132F33" w:rsidRDefault="5A79A215" w:rsidP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b/>
                <w:bCs/>
                <w:color w:val="FFFFFF" w:themeColor="background1"/>
                <w:sz w:val="17"/>
                <w:szCs w:val="17"/>
                <w:lang w:val="pl-PL"/>
              </w:rPr>
              <w:t>Wymagania niezbędne do otrzymania oceny</w:t>
            </w:r>
          </w:p>
        </w:tc>
      </w:tr>
      <w:tr w:rsidR="5A79A215" w:rsidRPr="0081371B" w14:paraId="4909FFCB" w14:textId="77777777" w:rsidTr="00C524C5">
        <w:trPr>
          <w:trHeight w:val="300"/>
          <w:jc w:val="center"/>
        </w:trPr>
        <w:tc>
          <w:tcPr>
            <w:tcW w:w="1843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4E215FA7" w14:textId="77777777" w:rsidR="5A79A215" w:rsidRDefault="5A79A215" w:rsidP="5A79A215">
            <w:pPr>
              <w:spacing w:after="30" w:line="240" w:lineRule="auto"/>
            </w:pPr>
            <w:r w:rsidRPr="5A79A215">
              <w:rPr>
                <w:b/>
                <w:bCs/>
                <w:sz w:val="17"/>
                <w:szCs w:val="17"/>
              </w:rPr>
              <w:t>Znajomość środków językowych</w:t>
            </w:r>
          </w:p>
        </w:tc>
        <w:tc>
          <w:tcPr>
            <w:tcW w:w="8469" w:type="dxa"/>
            <w:tcMar>
              <w:top w:w="100" w:type="dxa"/>
              <w:bottom w:w="100" w:type="dxa"/>
            </w:tcMar>
            <w:vAlign w:val="center"/>
          </w:tcPr>
          <w:p w14:paraId="6A49299B" w14:textId="77777777" w:rsidR="5A79A215" w:rsidRPr="00132F33" w:rsidRDefault="5A79A215" w:rsidP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sz w:val="17"/>
                <w:szCs w:val="17"/>
                <w:lang w:val="pl-PL"/>
              </w:rPr>
              <w:t>Swobodnie, precyzyjnie i niemal bezbłędnie stosuje pełny zakres słownictwa i struktur, elastycznie łącząc poznane środki.</w:t>
            </w:r>
          </w:p>
        </w:tc>
      </w:tr>
      <w:tr w:rsidR="5A79A215" w:rsidRPr="0081371B" w14:paraId="61810F9F" w14:textId="77777777" w:rsidTr="00C524C5">
        <w:trPr>
          <w:trHeight w:val="300"/>
          <w:jc w:val="center"/>
        </w:trPr>
        <w:tc>
          <w:tcPr>
            <w:tcW w:w="1843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789E8C4F" w14:textId="77777777" w:rsidR="5A79A215" w:rsidRDefault="5A79A215" w:rsidP="5A79A215">
            <w:pPr>
              <w:spacing w:after="30" w:line="240" w:lineRule="auto"/>
            </w:pPr>
            <w:r w:rsidRPr="5A79A215">
              <w:rPr>
                <w:b/>
                <w:bCs/>
                <w:sz w:val="17"/>
                <w:szCs w:val="17"/>
              </w:rPr>
              <w:t>Rozumienie wypowiedzi ustnych</w:t>
            </w:r>
          </w:p>
        </w:tc>
        <w:tc>
          <w:tcPr>
            <w:tcW w:w="8469" w:type="dxa"/>
            <w:tcMar>
              <w:top w:w="100" w:type="dxa"/>
              <w:bottom w:w="100" w:type="dxa"/>
            </w:tcMar>
            <w:vAlign w:val="center"/>
          </w:tcPr>
          <w:p w14:paraId="3FBDEC5E" w14:textId="23C48DDC" w:rsidR="5A79A215" w:rsidRPr="00132F33" w:rsidRDefault="5A79A215" w:rsidP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sz w:val="17"/>
                <w:szCs w:val="17"/>
                <w:lang w:val="pl-PL"/>
              </w:rPr>
              <w:t>Swobodnie, precyzyjnie i niemal bezbłędnie realizuje pełny zakres działań, także w zadaniach wymagających łączenia informacji: reagowanie na polecenia; określanie głównej myśli, intencji i kontekstu; wyszukiwanie informacji szczegółowych.</w:t>
            </w:r>
          </w:p>
        </w:tc>
      </w:tr>
      <w:tr w:rsidR="5A79A215" w:rsidRPr="0081371B" w14:paraId="2239FCE4" w14:textId="77777777" w:rsidTr="00C524C5">
        <w:trPr>
          <w:trHeight w:val="300"/>
          <w:jc w:val="center"/>
        </w:trPr>
        <w:tc>
          <w:tcPr>
            <w:tcW w:w="1843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11FABCDB" w14:textId="77777777" w:rsidR="5A79A215" w:rsidRDefault="5A79A215" w:rsidP="5A79A215">
            <w:pPr>
              <w:spacing w:after="30" w:line="240" w:lineRule="auto"/>
            </w:pPr>
            <w:r w:rsidRPr="5A79A215">
              <w:rPr>
                <w:b/>
                <w:bCs/>
                <w:sz w:val="17"/>
                <w:szCs w:val="17"/>
              </w:rPr>
              <w:t>Rozumienie wypowiedzi pisemnych</w:t>
            </w:r>
          </w:p>
        </w:tc>
        <w:tc>
          <w:tcPr>
            <w:tcW w:w="8469" w:type="dxa"/>
            <w:tcMar>
              <w:top w:w="100" w:type="dxa"/>
              <w:bottom w:w="100" w:type="dxa"/>
            </w:tcMar>
            <w:vAlign w:val="center"/>
          </w:tcPr>
          <w:p w14:paraId="6281A662" w14:textId="2065EAFD" w:rsidR="5A79A215" w:rsidRPr="00132F33" w:rsidRDefault="5A79A215" w:rsidP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sz w:val="17"/>
                <w:szCs w:val="17"/>
                <w:lang w:val="pl-PL"/>
              </w:rPr>
              <w:t>Swobodnie, precyzyjnie i niemal bezbłędnie realizuje pełny zakres działań, także w zadaniach wymagających łączenia informacji: określanie głównej myśli, intencji i kontekstu; wyszukiwanie informacji szczegółowych.</w:t>
            </w:r>
          </w:p>
        </w:tc>
      </w:tr>
      <w:tr w:rsidR="5A79A215" w:rsidRPr="0081371B" w14:paraId="03A6C224" w14:textId="77777777" w:rsidTr="00C524C5">
        <w:trPr>
          <w:trHeight w:val="300"/>
          <w:jc w:val="center"/>
        </w:trPr>
        <w:tc>
          <w:tcPr>
            <w:tcW w:w="1843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78A4784E" w14:textId="77777777" w:rsidR="5A79A215" w:rsidRDefault="5A79A215" w:rsidP="5A79A215">
            <w:pPr>
              <w:spacing w:after="30" w:line="240" w:lineRule="auto"/>
            </w:pPr>
            <w:r w:rsidRPr="5A79A215">
              <w:rPr>
                <w:b/>
                <w:bCs/>
                <w:sz w:val="17"/>
                <w:szCs w:val="17"/>
              </w:rPr>
              <w:t>Tworzenie wypowiedzi ustnych</w:t>
            </w:r>
          </w:p>
        </w:tc>
        <w:tc>
          <w:tcPr>
            <w:tcW w:w="8469" w:type="dxa"/>
            <w:tcMar>
              <w:top w:w="100" w:type="dxa"/>
              <w:bottom w:w="100" w:type="dxa"/>
            </w:tcMar>
            <w:vAlign w:val="center"/>
          </w:tcPr>
          <w:p w14:paraId="69FD2334" w14:textId="0A090D53" w:rsidR="5A79A215" w:rsidRPr="00132F33" w:rsidRDefault="5A79A215" w:rsidP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sz w:val="17"/>
                <w:szCs w:val="17"/>
                <w:lang w:val="pl-PL"/>
              </w:rPr>
              <w:t>Swobodnie, precyzyjnie i niemal bezbłędnie realizuje pełny zakres działań, także w zadaniach wymagających łączenia informacji: opisywanie ludzi, charakteru, wyglądu, przedmiotów, ubrań i miejsc; określanie liczby i koloru; opowiadanie o teraźniejszości; literowanie i alfabet; poprawna wymowa ćwiczonych dźwięków.</w:t>
            </w:r>
          </w:p>
        </w:tc>
      </w:tr>
      <w:tr w:rsidR="5A79A215" w:rsidRPr="0081371B" w14:paraId="21EB0403" w14:textId="77777777" w:rsidTr="00C524C5">
        <w:trPr>
          <w:trHeight w:val="300"/>
          <w:jc w:val="center"/>
        </w:trPr>
        <w:tc>
          <w:tcPr>
            <w:tcW w:w="1843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63046C54" w14:textId="77777777" w:rsidR="5A79A215" w:rsidRDefault="5A79A215" w:rsidP="5A79A215">
            <w:pPr>
              <w:spacing w:after="30" w:line="240" w:lineRule="auto"/>
            </w:pPr>
            <w:r w:rsidRPr="5A79A215">
              <w:rPr>
                <w:b/>
                <w:bCs/>
                <w:sz w:val="17"/>
                <w:szCs w:val="17"/>
              </w:rPr>
              <w:t>Tworzenie wypowiedzi pisemnych</w:t>
            </w:r>
          </w:p>
        </w:tc>
        <w:tc>
          <w:tcPr>
            <w:tcW w:w="8469" w:type="dxa"/>
            <w:tcMar>
              <w:top w:w="100" w:type="dxa"/>
              <w:bottom w:w="100" w:type="dxa"/>
            </w:tcMar>
            <w:vAlign w:val="center"/>
          </w:tcPr>
          <w:p w14:paraId="3E8D71A8" w14:textId="41897DFA" w:rsidR="5A79A215" w:rsidRPr="00132F33" w:rsidRDefault="5A79A215" w:rsidP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sz w:val="17"/>
                <w:szCs w:val="17"/>
                <w:lang w:val="pl-PL"/>
              </w:rPr>
              <w:t>Swobodnie, precyzyjnie i niemal bezbłędnie realizuje pełny zakres działań, także w zadaniach wymagających łączenia informacji: krótkie, proste, spójne i logiczne opisy ludzi, wieku, charakteru, wyglądu, zwierząt, przedmiotów, ubrań, pokoju oraz członka rodziny.</w:t>
            </w:r>
          </w:p>
        </w:tc>
      </w:tr>
      <w:tr w:rsidR="5A79A215" w:rsidRPr="0081371B" w14:paraId="7913031E" w14:textId="77777777" w:rsidTr="00C524C5">
        <w:trPr>
          <w:trHeight w:val="300"/>
          <w:jc w:val="center"/>
        </w:trPr>
        <w:tc>
          <w:tcPr>
            <w:tcW w:w="1843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2DC35A65" w14:textId="77777777" w:rsidR="5A79A215" w:rsidRDefault="5A79A215" w:rsidP="5A79A215">
            <w:pPr>
              <w:spacing w:after="30" w:line="240" w:lineRule="auto"/>
            </w:pPr>
            <w:r w:rsidRPr="5A79A215">
              <w:rPr>
                <w:b/>
                <w:bCs/>
                <w:sz w:val="17"/>
                <w:szCs w:val="17"/>
              </w:rPr>
              <w:t>Reagowanie ustne i pisemne</w:t>
            </w:r>
          </w:p>
        </w:tc>
        <w:tc>
          <w:tcPr>
            <w:tcW w:w="8469" w:type="dxa"/>
            <w:tcMar>
              <w:top w:w="100" w:type="dxa"/>
              <w:bottom w:w="100" w:type="dxa"/>
            </w:tcMar>
            <w:vAlign w:val="center"/>
          </w:tcPr>
          <w:p w14:paraId="14632D2C" w14:textId="196F738D" w:rsidR="5A79A215" w:rsidRPr="00132F33" w:rsidRDefault="5A79A215" w:rsidP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sz w:val="17"/>
                <w:szCs w:val="17"/>
                <w:lang w:val="pl-PL"/>
              </w:rPr>
              <w:t xml:space="preserve">Swobodnie, precyzyjnie i niemal bezbłędnie realizuje pełny zakres działań, także w zadaniach wymagających łączenia informacji: przedstawianie siebie i innych; uzyskiwanie i przekazywanie informacji o danych personalnych, wieku, charakterze, wyglądzie, liczbie, cenie, ubraniach, posiadaniu i rodzinie; prowadzenie rozmowy; wyrażanie opinii; stosowanie form grzecznościowych; pisemne opisy osoby, szkoły, zwierzęcia, pokoju </w:t>
            </w:r>
            <w:r w:rsidRPr="00132F33">
              <w:rPr>
                <w:sz w:val="17"/>
                <w:szCs w:val="17"/>
                <w:lang w:val="pl-PL"/>
              </w:rPr>
              <w:lastRenderedPageBreak/>
              <w:t>i członka rodziny.</w:t>
            </w:r>
          </w:p>
        </w:tc>
      </w:tr>
      <w:tr w:rsidR="5A79A215" w:rsidRPr="0081371B" w14:paraId="6A2E4C7A" w14:textId="77777777" w:rsidTr="00C524C5">
        <w:trPr>
          <w:trHeight w:val="300"/>
          <w:jc w:val="center"/>
        </w:trPr>
        <w:tc>
          <w:tcPr>
            <w:tcW w:w="1843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2B779EA5" w14:textId="77777777" w:rsidR="5A79A215" w:rsidRDefault="5A79A215" w:rsidP="5A79A215">
            <w:pPr>
              <w:spacing w:after="30" w:line="240" w:lineRule="auto"/>
            </w:pPr>
            <w:r w:rsidRPr="5A79A215">
              <w:rPr>
                <w:b/>
                <w:bCs/>
                <w:sz w:val="17"/>
                <w:szCs w:val="17"/>
              </w:rPr>
              <w:lastRenderedPageBreak/>
              <w:t>Przetwarzanie tekstu</w:t>
            </w:r>
          </w:p>
        </w:tc>
        <w:tc>
          <w:tcPr>
            <w:tcW w:w="8469" w:type="dxa"/>
            <w:tcMar>
              <w:top w:w="100" w:type="dxa"/>
              <w:bottom w:w="100" w:type="dxa"/>
            </w:tcMar>
            <w:vAlign w:val="center"/>
          </w:tcPr>
          <w:p w14:paraId="0915D930" w14:textId="7B9DD546" w:rsidR="5A79A215" w:rsidRPr="00132F33" w:rsidRDefault="5A79A215" w:rsidP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sz w:val="17"/>
                <w:szCs w:val="17"/>
                <w:lang w:val="pl-PL"/>
              </w:rPr>
              <w:t>Swobodnie, precyzyjnie i niemal bezbłędnie realizuje pełny zakres działań, także w zadaniach wymagających łączenia informacji: przekazywanie informacji sformułowanych w języku obcym i polskim oraz zawartych w materiałach wizualnych; współtworzenie wypowiedzi.</w:t>
            </w:r>
          </w:p>
        </w:tc>
      </w:tr>
      <w:tr w:rsidR="5A79A215" w:rsidRPr="0081371B" w14:paraId="1BA972F7" w14:textId="77777777" w:rsidTr="00C524C5">
        <w:trPr>
          <w:trHeight w:val="300"/>
          <w:jc w:val="center"/>
        </w:trPr>
        <w:tc>
          <w:tcPr>
            <w:tcW w:w="1843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33D951B6" w14:textId="77777777" w:rsidR="5A79A215" w:rsidRDefault="5A79A215" w:rsidP="5A79A215">
            <w:pPr>
              <w:spacing w:after="30" w:line="240" w:lineRule="auto"/>
            </w:pPr>
            <w:r w:rsidRPr="5A79A215">
              <w:rPr>
                <w:b/>
                <w:bCs/>
                <w:sz w:val="17"/>
                <w:szCs w:val="17"/>
              </w:rPr>
              <w:t>Strategie, wiedza i postawy</w:t>
            </w:r>
          </w:p>
        </w:tc>
        <w:tc>
          <w:tcPr>
            <w:tcW w:w="8469" w:type="dxa"/>
            <w:tcMar>
              <w:top w:w="100" w:type="dxa"/>
              <w:bottom w:w="100" w:type="dxa"/>
            </w:tcMar>
            <w:vAlign w:val="center"/>
          </w:tcPr>
          <w:p w14:paraId="0318DC4B" w14:textId="4E5F4846" w:rsidR="5A79A215" w:rsidRPr="00132F33" w:rsidRDefault="5A79A215" w:rsidP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sz w:val="17"/>
                <w:szCs w:val="17"/>
                <w:lang w:val="pl-PL"/>
              </w:rPr>
              <w:t>Swobodnie, precyzyjnie i niemal bezbłędnie realizuje pełny zakres działań, także w zadaniach wymagających łączenia informacji: samodzielna praca, współdziałanie, samoocena, wykorzystywanie informacji zwrotnej i TIK; wiedza o krajach i kulturach; ciekawość poznawcza i otwartość.</w:t>
            </w:r>
          </w:p>
        </w:tc>
      </w:tr>
    </w:tbl>
    <w:p w14:paraId="5583E0BD" w14:textId="77777777" w:rsidR="32BE3F85" w:rsidRPr="00132F33" w:rsidRDefault="32BE3F85" w:rsidP="5A79A215">
      <w:pPr>
        <w:pStyle w:val="Nagwek2"/>
        <w:rPr>
          <w:lang w:val="pl-PL"/>
        </w:rPr>
      </w:pPr>
      <w:r w:rsidRPr="00132F33">
        <w:rPr>
          <w:lang w:val="pl-PL"/>
        </w:rPr>
        <w:t>Ocena 5 - bardzo dobra</w:t>
      </w:r>
    </w:p>
    <w:p w14:paraId="5034C012" w14:textId="77777777" w:rsidR="32BE3F85" w:rsidRPr="00132F33" w:rsidRDefault="32BE3F85">
      <w:pPr>
        <w:rPr>
          <w:lang w:val="pl-PL"/>
        </w:rPr>
      </w:pPr>
      <w:r w:rsidRPr="00132F33">
        <w:rPr>
          <w:b/>
          <w:bCs/>
          <w:lang w:val="pl-PL"/>
        </w:rPr>
        <w:t xml:space="preserve">Ogólny poziom spełnienia wymagań: </w:t>
      </w:r>
      <w:r w:rsidRPr="00132F33">
        <w:rPr>
          <w:lang w:val="pl-PL"/>
        </w:rPr>
        <w:t>opanował pełny zakres wymagań; samodzielnie, sprawnie i poprawnie wykonuje zadania, a sporadyczne błędy nie wpływają na zrozumienie.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843"/>
        <w:gridCol w:w="8469"/>
      </w:tblGrid>
      <w:tr w:rsidR="5A79A215" w:rsidRPr="0081371B" w14:paraId="2C1BBB52" w14:textId="77777777" w:rsidTr="00C524C5">
        <w:trPr>
          <w:trHeight w:val="300"/>
          <w:jc w:val="center"/>
        </w:trPr>
        <w:tc>
          <w:tcPr>
            <w:tcW w:w="1843" w:type="dxa"/>
            <w:shd w:val="clear" w:color="auto" w:fill="333333"/>
            <w:tcMar>
              <w:top w:w="100" w:type="dxa"/>
              <w:bottom w:w="100" w:type="dxa"/>
            </w:tcMar>
            <w:vAlign w:val="center"/>
          </w:tcPr>
          <w:p w14:paraId="5CD4316F" w14:textId="77777777" w:rsidR="5A79A215" w:rsidRDefault="5A79A215" w:rsidP="5A79A215">
            <w:pPr>
              <w:spacing w:after="30" w:line="240" w:lineRule="auto"/>
            </w:pPr>
            <w:r w:rsidRPr="5A79A215">
              <w:rPr>
                <w:b/>
                <w:bCs/>
                <w:color w:val="FFFFFF" w:themeColor="background1"/>
                <w:sz w:val="17"/>
                <w:szCs w:val="17"/>
              </w:rPr>
              <w:t>Obszar</w:t>
            </w:r>
          </w:p>
        </w:tc>
        <w:tc>
          <w:tcPr>
            <w:tcW w:w="8469" w:type="dxa"/>
            <w:shd w:val="clear" w:color="auto" w:fill="333333"/>
            <w:tcMar>
              <w:top w:w="100" w:type="dxa"/>
              <w:bottom w:w="100" w:type="dxa"/>
            </w:tcMar>
            <w:vAlign w:val="center"/>
          </w:tcPr>
          <w:p w14:paraId="0609E780" w14:textId="77777777" w:rsidR="5A79A215" w:rsidRPr="00132F33" w:rsidRDefault="5A79A215" w:rsidP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b/>
                <w:bCs/>
                <w:color w:val="FFFFFF" w:themeColor="background1"/>
                <w:sz w:val="17"/>
                <w:szCs w:val="17"/>
                <w:lang w:val="pl-PL"/>
              </w:rPr>
              <w:t>Wymagania niezbędne do otrzymania oceny</w:t>
            </w:r>
          </w:p>
        </w:tc>
      </w:tr>
      <w:tr w:rsidR="5A79A215" w:rsidRPr="0081371B" w14:paraId="69127156" w14:textId="77777777" w:rsidTr="00C524C5">
        <w:trPr>
          <w:trHeight w:val="300"/>
          <w:jc w:val="center"/>
        </w:trPr>
        <w:tc>
          <w:tcPr>
            <w:tcW w:w="1843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6596DAF3" w14:textId="77777777" w:rsidR="5A79A215" w:rsidRDefault="5A79A215" w:rsidP="5A79A215">
            <w:pPr>
              <w:spacing w:after="30" w:line="240" w:lineRule="auto"/>
            </w:pPr>
            <w:r w:rsidRPr="5A79A215">
              <w:rPr>
                <w:b/>
                <w:bCs/>
                <w:sz w:val="17"/>
                <w:szCs w:val="17"/>
              </w:rPr>
              <w:t>Znajomość środków językowych</w:t>
            </w:r>
          </w:p>
        </w:tc>
        <w:tc>
          <w:tcPr>
            <w:tcW w:w="8469" w:type="dxa"/>
            <w:tcMar>
              <w:top w:w="100" w:type="dxa"/>
              <w:bottom w:w="100" w:type="dxa"/>
            </w:tcMar>
            <w:vAlign w:val="center"/>
          </w:tcPr>
          <w:p w14:paraId="04680040" w14:textId="77777777" w:rsidR="5A79A215" w:rsidRPr="00132F33" w:rsidRDefault="5A79A215" w:rsidP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sz w:val="17"/>
                <w:szCs w:val="17"/>
                <w:lang w:val="pl-PL"/>
              </w:rPr>
              <w:t>Zna i poprawnie stosuje pełny zakres słownictwa i struktur, samodzielnie dobierając środki do zadania.</w:t>
            </w:r>
          </w:p>
        </w:tc>
      </w:tr>
      <w:tr w:rsidR="5A79A215" w:rsidRPr="0081371B" w14:paraId="12A49BE9" w14:textId="77777777" w:rsidTr="00C524C5">
        <w:trPr>
          <w:trHeight w:val="300"/>
          <w:jc w:val="center"/>
        </w:trPr>
        <w:tc>
          <w:tcPr>
            <w:tcW w:w="1843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2861D885" w14:textId="77777777" w:rsidR="5A79A215" w:rsidRDefault="5A79A215" w:rsidP="5A79A215">
            <w:pPr>
              <w:spacing w:after="30" w:line="240" w:lineRule="auto"/>
            </w:pPr>
            <w:r w:rsidRPr="5A79A215">
              <w:rPr>
                <w:b/>
                <w:bCs/>
                <w:sz w:val="17"/>
                <w:szCs w:val="17"/>
              </w:rPr>
              <w:t>Rozumienie wypowiedzi ustnych</w:t>
            </w:r>
          </w:p>
        </w:tc>
        <w:tc>
          <w:tcPr>
            <w:tcW w:w="8469" w:type="dxa"/>
            <w:tcMar>
              <w:top w:w="100" w:type="dxa"/>
              <w:bottom w:w="100" w:type="dxa"/>
            </w:tcMar>
            <w:vAlign w:val="center"/>
          </w:tcPr>
          <w:p w14:paraId="6C4C405F" w14:textId="26A5AEC2" w:rsidR="5A79A215" w:rsidRPr="00132F33" w:rsidRDefault="5A79A215" w:rsidP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sz w:val="17"/>
                <w:szCs w:val="17"/>
                <w:lang w:val="pl-PL"/>
              </w:rPr>
              <w:t>Samodzielnie, sprawnie i poprawnie realizuje pełny zakres działań: reagowanie na polecenia; określanie głównej myśli, intencji i kontekstu; wyszukiwanie informacji szczegółowych.</w:t>
            </w:r>
          </w:p>
        </w:tc>
      </w:tr>
      <w:tr w:rsidR="5A79A215" w:rsidRPr="0081371B" w14:paraId="335C958C" w14:textId="77777777" w:rsidTr="00C524C5">
        <w:trPr>
          <w:trHeight w:val="300"/>
          <w:jc w:val="center"/>
        </w:trPr>
        <w:tc>
          <w:tcPr>
            <w:tcW w:w="1843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3C6AFC52" w14:textId="77777777" w:rsidR="5A79A215" w:rsidRDefault="5A79A215" w:rsidP="5A79A215">
            <w:pPr>
              <w:spacing w:after="30" w:line="240" w:lineRule="auto"/>
            </w:pPr>
            <w:r w:rsidRPr="5A79A215">
              <w:rPr>
                <w:b/>
                <w:bCs/>
                <w:sz w:val="17"/>
                <w:szCs w:val="17"/>
              </w:rPr>
              <w:t>Rozumienie wypowiedzi pisemnych</w:t>
            </w:r>
          </w:p>
        </w:tc>
        <w:tc>
          <w:tcPr>
            <w:tcW w:w="8469" w:type="dxa"/>
            <w:tcMar>
              <w:top w:w="100" w:type="dxa"/>
              <w:bottom w:w="100" w:type="dxa"/>
            </w:tcMar>
            <w:vAlign w:val="center"/>
          </w:tcPr>
          <w:p w14:paraId="4CC2EE27" w14:textId="38737B8B" w:rsidR="5A79A215" w:rsidRPr="00132F33" w:rsidRDefault="5A79A215" w:rsidP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sz w:val="17"/>
                <w:szCs w:val="17"/>
                <w:lang w:val="pl-PL"/>
              </w:rPr>
              <w:t>Samodzielnie, sprawnie i poprawnie realizuje pełny zakres działań: określanie głównej myśli, intencji i kontekstu; wyszukiwanie informacji szczegółowych.</w:t>
            </w:r>
          </w:p>
        </w:tc>
      </w:tr>
      <w:tr w:rsidR="5A79A215" w:rsidRPr="0081371B" w14:paraId="11669C2B" w14:textId="77777777" w:rsidTr="00C524C5">
        <w:trPr>
          <w:trHeight w:val="300"/>
          <w:jc w:val="center"/>
        </w:trPr>
        <w:tc>
          <w:tcPr>
            <w:tcW w:w="1843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560DF97D" w14:textId="77777777" w:rsidR="5A79A215" w:rsidRDefault="5A79A215" w:rsidP="5A79A215">
            <w:pPr>
              <w:spacing w:after="30" w:line="240" w:lineRule="auto"/>
            </w:pPr>
            <w:r w:rsidRPr="5A79A215">
              <w:rPr>
                <w:b/>
                <w:bCs/>
                <w:sz w:val="17"/>
                <w:szCs w:val="17"/>
              </w:rPr>
              <w:t>Tworzenie wypowiedzi ustnych</w:t>
            </w:r>
          </w:p>
        </w:tc>
        <w:tc>
          <w:tcPr>
            <w:tcW w:w="8469" w:type="dxa"/>
            <w:tcMar>
              <w:top w:w="100" w:type="dxa"/>
              <w:bottom w:w="100" w:type="dxa"/>
            </w:tcMar>
            <w:vAlign w:val="center"/>
          </w:tcPr>
          <w:p w14:paraId="3F47A30B" w14:textId="68427CB0" w:rsidR="5A79A215" w:rsidRPr="00132F33" w:rsidRDefault="5A79A215" w:rsidP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sz w:val="17"/>
                <w:szCs w:val="17"/>
                <w:lang w:val="pl-PL"/>
              </w:rPr>
              <w:t>Samodzielnie, sprawnie i poprawnie realizuje pełny zakres działań: opisywanie ludzi, charakteru, wyglądu, przedmiotów, ubrań i miejsc; określanie liczby i koloru; opowiadanie o teraźniejszości; literowanie i alfabet; poprawna wymowa ćwiczonych dźwięków.</w:t>
            </w:r>
          </w:p>
        </w:tc>
      </w:tr>
      <w:tr w:rsidR="5A79A215" w:rsidRPr="0081371B" w14:paraId="1ECD035F" w14:textId="77777777" w:rsidTr="00C524C5">
        <w:trPr>
          <w:trHeight w:val="300"/>
          <w:jc w:val="center"/>
        </w:trPr>
        <w:tc>
          <w:tcPr>
            <w:tcW w:w="1843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4522E68E" w14:textId="77777777" w:rsidR="5A79A215" w:rsidRDefault="5A79A215" w:rsidP="5A79A215">
            <w:pPr>
              <w:spacing w:after="30" w:line="240" w:lineRule="auto"/>
            </w:pPr>
            <w:r w:rsidRPr="5A79A215">
              <w:rPr>
                <w:b/>
                <w:bCs/>
                <w:sz w:val="17"/>
                <w:szCs w:val="17"/>
              </w:rPr>
              <w:t>Tworzenie wypowiedzi pisemnych</w:t>
            </w:r>
          </w:p>
        </w:tc>
        <w:tc>
          <w:tcPr>
            <w:tcW w:w="8469" w:type="dxa"/>
            <w:tcMar>
              <w:top w:w="100" w:type="dxa"/>
              <w:bottom w:w="100" w:type="dxa"/>
            </w:tcMar>
            <w:vAlign w:val="center"/>
          </w:tcPr>
          <w:p w14:paraId="24867622" w14:textId="4612A674" w:rsidR="5A79A215" w:rsidRPr="00132F33" w:rsidRDefault="5A79A215" w:rsidP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sz w:val="17"/>
                <w:szCs w:val="17"/>
                <w:lang w:val="pl-PL"/>
              </w:rPr>
              <w:t>Samodzielnie, sprawnie i poprawnie realizuje pełny zakres działań: krótkie, proste, spójne i logiczne opisy ludzi, wieku, charakteru, wyglądu, zwierząt, przedmiotów, ubrań, pokoju oraz członka rodziny.</w:t>
            </w:r>
          </w:p>
        </w:tc>
      </w:tr>
      <w:tr w:rsidR="5A79A215" w:rsidRPr="0081371B" w14:paraId="55CDA20C" w14:textId="77777777" w:rsidTr="00C524C5">
        <w:trPr>
          <w:trHeight w:val="300"/>
          <w:jc w:val="center"/>
        </w:trPr>
        <w:tc>
          <w:tcPr>
            <w:tcW w:w="1843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7BB02864" w14:textId="77777777" w:rsidR="5A79A215" w:rsidRDefault="5A79A215" w:rsidP="5A79A215">
            <w:pPr>
              <w:spacing w:after="30" w:line="240" w:lineRule="auto"/>
            </w:pPr>
            <w:r w:rsidRPr="5A79A215">
              <w:rPr>
                <w:b/>
                <w:bCs/>
                <w:sz w:val="17"/>
                <w:szCs w:val="17"/>
              </w:rPr>
              <w:t>Reagowanie ustne i pisemne</w:t>
            </w:r>
          </w:p>
        </w:tc>
        <w:tc>
          <w:tcPr>
            <w:tcW w:w="8469" w:type="dxa"/>
            <w:tcMar>
              <w:top w:w="100" w:type="dxa"/>
              <w:bottom w:w="100" w:type="dxa"/>
            </w:tcMar>
            <w:vAlign w:val="center"/>
          </w:tcPr>
          <w:p w14:paraId="466C3E03" w14:textId="77777777" w:rsidR="5A79A215" w:rsidRPr="00132F33" w:rsidRDefault="5A79A215" w:rsidP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sz w:val="17"/>
                <w:szCs w:val="17"/>
                <w:lang w:val="pl-PL"/>
              </w:rPr>
              <w:t>Samodzielnie, sprawnie i poprawnie realizuje pełny zakres działań: przedstawianie siebie i innych; uzyskiwanie i przekazywanie informacji o danych personalnych, wieku, charakterze, wyglądzie, liczbie, cenie, ubraniach, posiadaniu i rodzinie; prowadzenie rozmowy; wyrażanie opinii; stosowanie form grzecznościowych; pisemne opisy osoby, szkoły, zwierzęcia, pokoju i członka rodziny..</w:t>
            </w:r>
          </w:p>
        </w:tc>
      </w:tr>
      <w:tr w:rsidR="5A79A215" w:rsidRPr="0081371B" w14:paraId="425DFC62" w14:textId="77777777" w:rsidTr="00C524C5">
        <w:trPr>
          <w:trHeight w:val="300"/>
          <w:jc w:val="center"/>
        </w:trPr>
        <w:tc>
          <w:tcPr>
            <w:tcW w:w="1843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0F86DBD1" w14:textId="77777777" w:rsidR="5A79A215" w:rsidRDefault="5A79A215" w:rsidP="5A79A215">
            <w:pPr>
              <w:spacing w:after="30" w:line="240" w:lineRule="auto"/>
            </w:pPr>
            <w:r w:rsidRPr="5A79A215">
              <w:rPr>
                <w:b/>
                <w:bCs/>
                <w:sz w:val="17"/>
                <w:szCs w:val="17"/>
              </w:rPr>
              <w:t>Przetwarzanie tekstu</w:t>
            </w:r>
          </w:p>
        </w:tc>
        <w:tc>
          <w:tcPr>
            <w:tcW w:w="8469" w:type="dxa"/>
            <w:tcMar>
              <w:top w:w="100" w:type="dxa"/>
              <w:bottom w:w="100" w:type="dxa"/>
            </w:tcMar>
            <w:vAlign w:val="center"/>
          </w:tcPr>
          <w:p w14:paraId="6CBAF85E" w14:textId="59551559" w:rsidR="5A79A215" w:rsidRPr="00132F33" w:rsidRDefault="5A79A215" w:rsidP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sz w:val="17"/>
                <w:szCs w:val="17"/>
                <w:lang w:val="pl-PL"/>
              </w:rPr>
              <w:t>Samodzielnie, sprawnie i poprawnie realizuje pełny zakres działań: przekazywanie informacji sformułowanych w języku obcym i polskim oraz zawartych w materiałach wizualnych; współtworzenie wypowiedzi.</w:t>
            </w:r>
          </w:p>
        </w:tc>
      </w:tr>
      <w:tr w:rsidR="5A79A215" w:rsidRPr="0081371B" w14:paraId="5FCD26CC" w14:textId="77777777" w:rsidTr="00C524C5">
        <w:trPr>
          <w:trHeight w:val="300"/>
          <w:jc w:val="center"/>
        </w:trPr>
        <w:tc>
          <w:tcPr>
            <w:tcW w:w="1843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33FB46AB" w14:textId="77777777" w:rsidR="5A79A215" w:rsidRDefault="5A79A215" w:rsidP="5A79A215">
            <w:pPr>
              <w:spacing w:after="30" w:line="240" w:lineRule="auto"/>
            </w:pPr>
            <w:r w:rsidRPr="5A79A215">
              <w:rPr>
                <w:b/>
                <w:bCs/>
                <w:sz w:val="17"/>
                <w:szCs w:val="17"/>
              </w:rPr>
              <w:t>Strategie, wiedza i postawy</w:t>
            </w:r>
          </w:p>
        </w:tc>
        <w:tc>
          <w:tcPr>
            <w:tcW w:w="8469" w:type="dxa"/>
            <w:tcMar>
              <w:top w:w="100" w:type="dxa"/>
              <w:bottom w:w="100" w:type="dxa"/>
            </w:tcMar>
            <w:vAlign w:val="center"/>
          </w:tcPr>
          <w:p w14:paraId="799302F3" w14:textId="77777777" w:rsidR="5A79A215" w:rsidRPr="00132F33" w:rsidRDefault="5A79A215" w:rsidP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sz w:val="17"/>
                <w:szCs w:val="17"/>
                <w:lang w:val="pl-PL"/>
              </w:rPr>
              <w:t>Samodzielnie, sprawnie i poprawnie realizuje pełny zakres działań: samodzielna praca, współdziałanie, samoocena, wykorzystywanie informacji zwrotnej i TIK; wiedza o krajach i kulturach; ciekawość poznawcza i otwartość..</w:t>
            </w:r>
          </w:p>
        </w:tc>
      </w:tr>
    </w:tbl>
    <w:p w14:paraId="196C6463" w14:textId="6DC0A50E" w:rsidR="00C2186F" w:rsidRPr="00132F33" w:rsidRDefault="5A79A215">
      <w:pPr>
        <w:pStyle w:val="Nagwek2"/>
        <w:rPr>
          <w:lang w:val="pl-PL"/>
        </w:rPr>
      </w:pPr>
      <w:r w:rsidRPr="00132F33">
        <w:rPr>
          <w:lang w:val="pl-PL"/>
        </w:rPr>
        <w:t>Ocena 4 - dobra</w:t>
      </w:r>
    </w:p>
    <w:p w14:paraId="5600D5FF" w14:textId="77777777" w:rsidR="00C2186F" w:rsidRPr="00132F33" w:rsidRDefault="5A79A215">
      <w:pPr>
        <w:rPr>
          <w:lang w:val="pl-PL"/>
        </w:rPr>
      </w:pPr>
      <w:r w:rsidRPr="00132F33">
        <w:rPr>
          <w:b/>
          <w:bCs/>
          <w:lang w:val="pl-PL"/>
        </w:rPr>
        <w:t xml:space="preserve">Ogólny poziom spełnienia wymagań: </w:t>
      </w:r>
      <w:r w:rsidRPr="00132F33">
        <w:rPr>
          <w:lang w:val="pl-PL"/>
        </w:rPr>
        <w:t>opanował większość wymagań; na ogół samodzielnie i poprawnie wykonuje typowe zadania, a nieliczne błędy nie zakłócają komunikacji.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43"/>
        <w:gridCol w:w="8469"/>
      </w:tblGrid>
      <w:tr w:rsidR="00C2186F" w:rsidRPr="0081371B" w14:paraId="5C8A66B0" w14:textId="77777777" w:rsidTr="00C524C5">
        <w:trPr>
          <w:cantSplit/>
          <w:jc w:val="center"/>
        </w:trPr>
        <w:tc>
          <w:tcPr>
            <w:tcW w:w="1843" w:type="dxa"/>
            <w:shd w:val="clear" w:color="auto" w:fill="3333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978C43" w14:textId="77777777" w:rsidR="00C2186F" w:rsidRDefault="004D06AB">
            <w:pPr>
              <w:spacing w:after="30" w:line="240" w:lineRule="auto"/>
            </w:pPr>
            <w:r>
              <w:rPr>
                <w:b/>
                <w:color w:val="FFFFFF"/>
                <w:sz w:val="17"/>
              </w:rPr>
              <w:t>Obszar</w:t>
            </w:r>
          </w:p>
        </w:tc>
        <w:tc>
          <w:tcPr>
            <w:tcW w:w="8469" w:type="dxa"/>
            <w:shd w:val="clear" w:color="auto" w:fill="3333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7E7DB6" w14:textId="77777777" w:rsidR="00C2186F" w:rsidRPr="00132F33" w:rsidRDefault="004D06AB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b/>
                <w:color w:val="FFFFFF"/>
                <w:sz w:val="17"/>
                <w:lang w:val="pl-PL"/>
              </w:rPr>
              <w:t>Wymagania niezbędne do otrzymania oceny</w:t>
            </w:r>
          </w:p>
        </w:tc>
      </w:tr>
      <w:tr w:rsidR="00C2186F" w:rsidRPr="0081371B" w14:paraId="7C38869A" w14:textId="77777777" w:rsidTr="00C524C5">
        <w:trPr>
          <w:cantSplit/>
          <w:jc w:val="center"/>
        </w:trPr>
        <w:tc>
          <w:tcPr>
            <w:tcW w:w="1843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74E966" w14:textId="77777777" w:rsidR="00C2186F" w:rsidRDefault="004D06AB">
            <w:pPr>
              <w:spacing w:after="30" w:line="240" w:lineRule="auto"/>
            </w:pPr>
            <w:r>
              <w:rPr>
                <w:b/>
                <w:sz w:val="17"/>
              </w:rPr>
              <w:t>Znajomość środków językowych</w:t>
            </w:r>
          </w:p>
        </w:tc>
        <w:tc>
          <w:tcPr>
            <w:tcW w:w="846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987D6B" w14:textId="77777777" w:rsidR="00C2186F" w:rsidRPr="00132F33" w:rsidRDefault="004D06AB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sz w:val="17"/>
                <w:lang w:val="pl-PL"/>
              </w:rPr>
              <w:t>Zna i na ogół poprawnie stosuje większość słownictwa i struktur z całego zakresu.</w:t>
            </w:r>
          </w:p>
        </w:tc>
      </w:tr>
      <w:tr w:rsidR="00C2186F" w:rsidRPr="0081371B" w14:paraId="5970CB3C" w14:textId="77777777" w:rsidTr="00C524C5">
        <w:trPr>
          <w:cantSplit/>
          <w:jc w:val="center"/>
        </w:trPr>
        <w:tc>
          <w:tcPr>
            <w:tcW w:w="1843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F95112" w14:textId="77777777" w:rsidR="00C2186F" w:rsidRDefault="004D06AB">
            <w:pPr>
              <w:spacing w:after="30" w:line="240" w:lineRule="auto"/>
            </w:pPr>
            <w:r>
              <w:rPr>
                <w:b/>
                <w:sz w:val="17"/>
              </w:rPr>
              <w:t>Rozumienie wypowiedzi ustnych</w:t>
            </w:r>
          </w:p>
        </w:tc>
        <w:tc>
          <w:tcPr>
            <w:tcW w:w="846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F7A364" w14:textId="1FBDC94D" w:rsidR="00C2186F" w:rsidRPr="00132F33" w:rsidRDefault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sz w:val="17"/>
                <w:szCs w:val="17"/>
                <w:lang w:val="pl-PL"/>
              </w:rPr>
              <w:t>Na ogół samodzielnie i poprawnie realizuje większość działań: reagowanie na polecenia; określanie głównej myśli, intencji i kontekstu; wyszukiwanie informacji szczegółowych.</w:t>
            </w:r>
          </w:p>
        </w:tc>
      </w:tr>
      <w:tr w:rsidR="00C2186F" w:rsidRPr="0081371B" w14:paraId="54011D36" w14:textId="77777777" w:rsidTr="00C524C5">
        <w:trPr>
          <w:cantSplit/>
          <w:jc w:val="center"/>
        </w:trPr>
        <w:tc>
          <w:tcPr>
            <w:tcW w:w="1843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8C7E69" w14:textId="77777777" w:rsidR="00C2186F" w:rsidRDefault="004D06AB">
            <w:pPr>
              <w:spacing w:after="30" w:line="240" w:lineRule="auto"/>
            </w:pPr>
            <w:r>
              <w:rPr>
                <w:b/>
                <w:sz w:val="17"/>
              </w:rPr>
              <w:lastRenderedPageBreak/>
              <w:t>Rozumienie wypowiedzi pisemnych</w:t>
            </w:r>
          </w:p>
        </w:tc>
        <w:tc>
          <w:tcPr>
            <w:tcW w:w="846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B2E748" w14:textId="207CFDE1" w:rsidR="00C2186F" w:rsidRPr="00132F33" w:rsidRDefault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sz w:val="17"/>
                <w:szCs w:val="17"/>
                <w:lang w:val="pl-PL"/>
              </w:rPr>
              <w:t>Na ogół samodzielnie i poprawnie realizuje większość działań: określanie głównej myśli, intencji i kontekstu; wyszukiwanie informacji szczegółowych.</w:t>
            </w:r>
          </w:p>
        </w:tc>
      </w:tr>
      <w:tr w:rsidR="00C2186F" w:rsidRPr="0081371B" w14:paraId="23EE1472" w14:textId="77777777" w:rsidTr="00C524C5">
        <w:trPr>
          <w:cantSplit/>
          <w:jc w:val="center"/>
        </w:trPr>
        <w:tc>
          <w:tcPr>
            <w:tcW w:w="1843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4F2E36" w14:textId="77777777" w:rsidR="00C2186F" w:rsidRDefault="004D06AB">
            <w:pPr>
              <w:spacing w:after="30" w:line="240" w:lineRule="auto"/>
            </w:pPr>
            <w:r>
              <w:rPr>
                <w:b/>
                <w:sz w:val="17"/>
              </w:rPr>
              <w:t>Tworzenie wypowiedzi ustnych</w:t>
            </w:r>
          </w:p>
        </w:tc>
        <w:tc>
          <w:tcPr>
            <w:tcW w:w="846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F5FF5A" w14:textId="17C97D00" w:rsidR="00C2186F" w:rsidRPr="00132F33" w:rsidRDefault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sz w:val="17"/>
                <w:szCs w:val="17"/>
                <w:lang w:val="pl-PL"/>
              </w:rPr>
              <w:t>Na ogół samodzielnie i poprawnie realizuje większość działań: opisywanie ludzi, charakteru, wyglądu, przedmiotów, ubrań i miejsc; określanie liczby i koloru; opowiadanie o teraźniejszości; literowanie i alfabet; poprawna wymowa ćwiczonych dźwięków.</w:t>
            </w:r>
          </w:p>
        </w:tc>
      </w:tr>
      <w:tr w:rsidR="00C2186F" w:rsidRPr="0081371B" w14:paraId="106E4919" w14:textId="77777777" w:rsidTr="00C524C5">
        <w:trPr>
          <w:cantSplit/>
          <w:jc w:val="center"/>
        </w:trPr>
        <w:tc>
          <w:tcPr>
            <w:tcW w:w="1843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7406BA" w14:textId="77777777" w:rsidR="00C2186F" w:rsidRDefault="004D06AB">
            <w:pPr>
              <w:spacing w:after="30" w:line="240" w:lineRule="auto"/>
            </w:pPr>
            <w:r>
              <w:rPr>
                <w:b/>
                <w:sz w:val="17"/>
              </w:rPr>
              <w:t>Tworzenie wypowiedzi pisemnych</w:t>
            </w:r>
          </w:p>
        </w:tc>
        <w:tc>
          <w:tcPr>
            <w:tcW w:w="846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9E21F4" w14:textId="33E94BA7" w:rsidR="00C2186F" w:rsidRPr="00132F33" w:rsidRDefault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sz w:val="17"/>
                <w:szCs w:val="17"/>
                <w:lang w:val="pl-PL"/>
              </w:rPr>
              <w:t>Na ogół samodzielnie i poprawnie realizuje większość działań: krótkie, proste, spójne i logiczne opisy ludzi, wieku, charakteru, wyglądu, zwierząt, przedmiotów, ubrań, pokoju oraz członka rodziny.</w:t>
            </w:r>
          </w:p>
        </w:tc>
      </w:tr>
      <w:tr w:rsidR="00C2186F" w:rsidRPr="0081371B" w14:paraId="380447AE" w14:textId="77777777" w:rsidTr="00C524C5">
        <w:trPr>
          <w:cantSplit/>
          <w:jc w:val="center"/>
        </w:trPr>
        <w:tc>
          <w:tcPr>
            <w:tcW w:w="1843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E77A7C" w14:textId="77777777" w:rsidR="00C2186F" w:rsidRDefault="004D06AB">
            <w:pPr>
              <w:spacing w:after="30" w:line="240" w:lineRule="auto"/>
            </w:pPr>
            <w:r>
              <w:rPr>
                <w:b/>
                <w:sz w:val="17"/>
              </w:rPr>
              <w:t>Reagowanie ustne i pisemne</w:t>
            </w:r>
          </w:p>
        </w:tc>
        <w:tc>
          <w:tcPr>
            <w:tcW w:w="846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6A388F" w14:textId="11E3CA40" w:rsidR="00C2186F" w:rsidRPr="00132F33" w:rsidRDefault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sz w:val="17"/>
                <w:szCs w:val="17"/>
                <w:lang w:val="pl-PL"/>
              </w:rPr>
              <w:t>Na ogół samodzielnie i poprawnie realizuje większość działań: przedstawianie siebie i innych; uzyskiwanie i przekazywanie informacji o danych personalnych, wieku, charakterze, wyglądzie, liczbie, cenie, ubraniach, posiadaniu i rodzinie; prowadzenie rozmowy; wyrażanie opinii; stosowanie form grzecznościowych; pisemne opisy osoby, szkoły, zwierzęcia, pokoju i członka rodziny.</w:t>
            </w:r>
          </w:p>
        </w:tc>
      </w:tr>
      <w:tr w:rsidR="00C2186F" w:rsidRPr="0081371B" w14:paraId="44F3881B" w14:textId="77777777" w:rsidTr="00C524C5">
        <w:trPr>
          <w:cantSplit/>
          <w:jc w:val="center"/>
        </w:trPr>
        <w:tc>
          <w:tcPr>
            <w:tcW w:w="1843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CEBC9A" w14:textId="77777777" w:rsidR="00C2186F" w:rsidRDefault="004D06AB">
            <w:pPr>
              <w:spacing w:after="30" w:line="240" w:lineRule="auto"/>
            </w:pPr>
            <w:r>
              <w:rPr>
                <w:b/>
                <w:sz w:val="17"/>
              </w:rPr>
              <w:t>Przetwarzanie tekstu</w:t>
            </w:r>
          </w:p>
        </w:tc>
        <w:tc>
          <w:tcPr>
            <w:tcW w:w="846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F6BF74" w14:textId="5DB66AB9" w:rsidR="00C2186F" w:rsidRPr="00132F33" w:rsidRDefault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sz w:val="17"/>
                <w:szCs w:val="17"/>
                <w:lang w:val="pl-PL"/>
              </w:rPr>
              <w:t>Na ogół samodzielnie i poprawnie realizuje większość działań: przekazywanie informacji sformułowanych w języku obcym i polskim oraz zawartych w materiałach wizualnych; współtworzenie wypowiedzi.</w:t>
            </w:r>
          </w:p>
        </w:tc>
      </w:tr>
      <w:tr w:rsidR="00C2186F" w:rsidRPr="0081371B" w14:paraId="472149CD" w14:textId="77777777" w:rsidTr="00C524C5">
        <w:trPr>
          <w:cantSplit/>
          <w:jc w:val="center"/>
        </w:trPr>
        <w:tc>
          <w:tcPr>
            <w:tcW w:w="1843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3F8368" w14:textId="77777777" w:rsidR="00C2186F" w:rsidRDefault="004D06AB">
            <w:pPr>
              <w:spacing w:after="30" w:line="240" w:lineRule="auto"/>
            </w:pPr>
            <w:r>
              <w:rPr>
                <w:b/>
                <w:sz w:val="17"/>
              </w:rPr>
              <w:t>Strategie, wiedza i postawy</w:t>
            </w:r>
          </w:p>
        </w:tc>
        <w:tc>
          <w:tcPr>
            <w:tcW w:w="846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EBA6C5" w14:textId="39BAA5DE" w:rsidR="00C2186F" w:rsidRPr="00132F33" w:rsidRDefault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sz w:val="17"/>
                <w:szCs w:val="17"/>
                <w:lang w:val="pl-PL"/>
              </w:rPr>
              <w:t>Na ogół samodzielnie i poprawnie realizuje większość działań: samodzielna praca, współdziałanie, samoocena, wykorzystywanie informacji zwrotnej i TIK; wiedza o krajach i kulturach; ciekawość poznawcza i otwartość.</w:t>
            </w:r>
          </w:p>
        </w:tc>
      </w:tr>
    </w:tbl>
    <w:p w14:paraId="0D0B940D" w14:textId="77777777" w:rsidR="00C2186F" w:rsidRPr="00132F33" w:rsidRDefault="00C2186F">
      <w:pPr>
        <w:rPr>
          <w:lang w:val="pl-PL"/>
        </w:rPr>
      </w:pPr>
    </w:p>
    <w:p w14:paraId="438BFEFB" w14:textId="77777777" w:rsidR="0DB46185" w:rsidRPr="00132F33" w:rsidRDefault="0DB46185" w:rsidP="5A79A215">
      <w:pPr>
        <w:pStyle w:val="Nagwek2"/>
        <w:rPr>
          <w:lang w:val="pl-PL"/>
        </w:rPr>
      </w:pPr>
      <w:r w:rsidRPr="00132F33">
        <w:rPr>
          <w:lang w:val="pl-PL"/>
        </w:rPr>
        <w:t>Ocena 3 - dostateczna</w:t>
      </w:r>
    </w:p>
    <w:p w14:paraId="49D6B498" w14:textId="77777777" w:rsidR="0DB46185" w:rsidRPr="00132F33" w:rsidRDefault="0DB46185">
      <w:pPr>
        <w:rPr>
          <w:lang w:val="pl-PL"/>
        </w:rPr>
      </w:pPr>
      <w:r w:rsidRPr="00132F33">
        <w:rPr>
          <w:b/>
          <w:bCs/>
          <w:lang w:val="pl-PL"/>
        </w:rPr>
        <w:t xml:space="preserve">Ogólny poziom spełnienia wymagań: </w:t>
      </w:r>
      <w:r w:rsidRPr="00132F33">
        <w:rPr>
          <w:lang w:val="pl-PL"/>
        </w:rPr>
        <w:t>opanował podstawową część wymagań; wykonuje proste zadania samodzielnie lub z niewielką pomocą, a błędy czasami zakłócają komunikację.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843"/>
        <w:gridCol w:w="8469"/>
      </w:tblGrid>
      <w:tr w:rsidR="5A79A215" w:rsidRPr="0081371B" w14:paraId="48F4BFE3" w14:textId="77777777" w:rsidTr="00C524C5">
        <w:trPr>
          <w:trHeight w:val="300"/>
          <w:jc w:val="center"/>
        </w:trPr>
        <w:tc>
          <w:tcPr>
            <w:tcW w:w="1843" w:type="dxa"/>
            <w:shd w:val="clear" w:color="auto" w:fill="333333"/>
            <w:tcMar>
              <w:top w:w="100" w:type="dxa"/>
              <w:bottom w:w="100" w:type="dxa"/>
            </w:tcMar>
            <w:vAlign w:val="center"/>
          </w:tcPr>
          <w:p w14:paraId="4C7D9C6B" w14:textId="77777777" w:rsidR="5A79A215" w:rsidRDefault="5A79A215" w:rsidP="5A79A215">
            <w:pPr>
              <w:spacing w:after="30" w:line="240" w:lineRule="auto"/>
            </w:pPr>
            <w:r w:rsidRPr="5A79A215">
              <w:rPr>
                <w:b/>
                <w:bCs/>
                <w:color w:val="FFFFFF" w:themeColor="background1"/>
                <w:sz w:val="17"/>
                <w:szCs w:val="17"/>
              </w:rPr>
              <w:t>Obszar</w:t>
            </w:r>
          </w:p>
        </w:tc>
        <w:tc>
          <w:tcPr>
            <w:tcW w:w="8469" w:type="dxa"/>
            <w:shd w:val="clear" w:color="auto" w:fill="333333"/>
            <w:tcMar>
              <w:top w:w="100" w:type="dxa"/>
              <w:bottom w:w="100" w:type="dxa"/>
            </w:tcMar>
            <w:vAlign w:val="center"/>
          </w:tcPr>
          <w:p w14:paraId="3BFCDA9B" w14:textId="77777777" w:rsidR="5A79A215" w:rsidRPr="00132F33" w:rsidRDefault="5A79A215" w:rsidP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b/>
                <w:bCs/>
                <w:color w:val="FFFFFF" w:themeColor="background1"/>
                <w:sz w:val="17"/>
                <w:szCs w:val="17"/>
                <w:lang w:val="pl-PL"/>
              </w:rPr>
              <w:t>Wymagania niezbędne do otrzymania oceny</w:t>
            </w:r>
          </w:p>
        </w:tc>
      </w:tr>
      <w:tr w:rsidR="5A79A215" w:rsidRPr="0081371B" w14:paraId="0D7D6C51" w14:textId="77777777" w:rsidTr="00C524C5">
        <w:trPr>
          <w:trHeight w:val="300"/>
          <w:jc w:val="center"/>
        </w:trPr>
        <w:tc>
          <w:tcPr>
            <w:tcW w:w="1843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13FE9D40" w14:textId="77777777" w:rsidR="5A79A215" w:rsidRDefault="5A79A215" w:rsidP="5A79A215">
            <w:pPr>
              <w:spacing w:after="30" w:line="240" w:lineRule="auto"/>
            </w:pPr>
            <w:r w:rsidRPr="5A79A215">
              <w:rPr>
                <w:b/>
                <w:bCs/>
                <w:sz w:val="17"/>
                <w:szCs w:val="17"/>
              </w:rPr>
              <w:t>Znajomość środków językowych</w:t>
            </w:r>
          </w:p>
        </w:tc>
        <w:tc>
          <w:tcPr>
            <w:tcW w:w="8469" w:type="dxa"/>
            <w:tcMar>
              <w:top w:w="100" w:type="dxa"/>
              <w:bottom w:w="100" w:type="dxa"/>
            </w:tcMar>
            <w:vAlign w:val="center"/>
          </w:tcPr>
          <w:p w14:paraId="481E0E2B" w14:textId="77777777" w:rsidR="5A79A215" w:rsidRPr="00132F33" w:rsidRDefault="5A79A215" w:rsidP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sz w:val="17"/>
                <w:szCs w:val="17"/>
                <w:lang w:val="pl-PL"/>
              </w:rPr>
              <w:t>Rozpoznaje i stosuje podstawowe słownictwo i najczęstsze struktury z całego zakresu, niekiedy z pomocą.</w:t>
            </w:r>
          </w:p>
        </w:tc>
      </w:tr>
      <w:tr w:rsidR="5A79A215" w:rsidRPr="0081371B" w14:paraId="25849A90" w14:textId="77777777" w:rsidTr="00C524C5">
        <w:trPr>
          <w:trHeight w:val="300"/>
          <w:jc w:val="center"/>
        </w:trPr>
        <w:tc>
          <w:tcPr>
            <w:tcW w:w="1843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153F6434" w14:textId="77777777" w:rsidR="5A79A215" w:rsidRDefault="5A79A215" w:rsidP="5A79A215">
            <w:pPr>
              <w:spacing w:after="30" w:line="240" w:lineRule="auto"/>
            </w:pPr>
            <w:r w:rsidRPr="5A79A215">
              <w:rPr>
                <w:b/>
                <w:bCs/>
                <w:sz w:val="17"/>
                <w:szCs w:val="17"/>
              </w:rPr>
              <w:t>Rozumienie wypowiedzi ustnych</w:t>
            </w:r>
          </w:p>
        </w:tc>
        <w:tc>
          <w:tcPr>
            <w:tcW w:w="8469" w:type="dxa"/>
            <w:tcMar>
              <w:top w:w="100" w:type="dxa"/>
              <w:bottom w:w="100" w:type="dxa"/>
            </w:tcMar>
            <w:vAlign w:val="center"/>
          </w:tcPr>
          <w:p w14:paraId="647C5033" w14:textId="77777777" w:rsidR="5A79A215" w:rsidRPr="00132F33" w:rsidRDefault="5A79A215" w:rsidP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sz w:val="17"/>
                <w:szCs w:val="17"/>
                <w:lang w:val="pl-PL"/>
              </w:rPr>
              <w:t>W prostych zadaniach, czasem z pomocą, realizuje podstawowe działania: reagowanie na polecenia; określanie głównej myśli, intencji i kontekstu; wyszukiwanie informacji szczegółowych..</w:t>
            </w:r>
          </w:p>
        </w:tc>
      </w:tr>
      <w:tr w:rsidR="5A79A215" w:rsidRPr="0081371B" w14:paraId="59B44E49" w14:textId="77777777" w:rsidTr="00C524C5">
        <w:trPr>
          <w:trHeight w:val="300"/>
          <w:jc w:val="center"/>
        </w:trPr>
        <w:tc>
          <w:tcPr>
            <w:tcW w:w="1843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1C1B10BF" w14:textId="77777777" w:rsidR="5A79A215" w:rsidRDefault="5A79A215" w:rsidP="5A79A215">
            <w:pPr>
              <w:spacing w:after="30" w:line="240" w:lineRule="auto"/>
            </w:pPr>
            <w:r w:rsidRPr="5A79A215">
              <w:rPr>
                <w:b/>
                <w:bCs/>
                <w:sz w:val="17"/>
                <w:szCs w:val="17"/>
              </w:rPr>
              <w:t>Rozumienie wypowiedzi pisemnych</w:t>
            </w:r>
          </w:p>
        </w:tc>
        <w:tc>
          <w:tcPr>
            <w:tcW w:w="8469" w:type="dxa"/>
            <w:tcMar>
              <w:top w:w="100" w:type="dxa"/>
              <w:bottom w:w="100" w:type="dxa"/>
            </w:tcMar>
            <w:vAlign w:val="center"/>
          </w:tcPr>
          <w:p w14:paraId="125EF323" w14:textId="66D3947D" w:rsidR="5A79A215" w:rsidRPr="00132F33" w:rsidRDefault="5A79A215" w:rsidP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sz w:val="17"/>
                <w:szCs w:val="17"/>
                <w:lang w:val="pl-PL"/>
              </w:rPr>
              <w:t>W prostych zadaniach, czasem z pomocą, realizuje podstawowe działania: określanie głównej myśli, intencji i kontekstu; wyszukiwanie informacji szczegółowych.</w:t>
            </w:r>
          </w:p>
        </w:tc>
      </w:tr>
      <w:tr w:rsidR="5A79A215" w:rsidRPr="0081371B" w14:paraId="12CA9C92" w14:textId="77777777" w:rsidTr="00C524C5">
        <w:trPr>
          <w:trHeight w:val="300"/>
          <w:jc w:val="center"/>
        </w:trPr>
        <w:tc>
          <w:tcPr>
            <w:tcW w:w="1843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749D8F7F" w14:textId="77777777" w:rsidR="5A79A215" w:rsidRDefault="5A79A215" w:rsidP="5A79A215">
            <w:pPr>
              <w:spacing w:after="30" w:line="240" w:lineRule="auto"/>
            </w:pPr>
            <w:r w:rsidRPr="5A79A215">
              <w:rPr>
                <w:b/>
                <w:bCs/>
                <w:sz w:val="17"/>
                <w:szCs w:val="17"/>
              </w:rPr>
              <w:t>Tworzenie wypowiedzi ustnych</w:t>
            </w:r>
          </w:p>
        </w:tc>
        <w:tc>
          <w:tcPr>
            <w:tcW w:w="8469" w:type="dxa"/>
            <w:tcMar>
              <w:top w:w="100" w:type="dxa"/>
              <w:bottom w:w="100" w:type="dxa"/>
            </w:tcMar>
            <w:vAlign w:val="center"/>
          </w:tcPr>
          <w:p w14:paraId="219DE36C" w14:textId="35669110" w:rsidR="5A79A215" w:rsidRPr="00132F33" w:rsidRDefault="5A79A215" w:rsidP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sz w:val="17"/>
                <w:szCs w:val="17"/>
                <w:lang w:val="pl-PL"/>
              </w:rPr>
              <w:t>W prostych zadaniach, czasem z pomocą, realizuje podstawowe działania: opisywanie ludzi, charakteru, wyglądu, przedmiotów, ubrań i miejsc; określanie liczby i koloru; opowiadanie o teraźniejszości; literowanie i alfabet; poprawna wymowa ćwiczonych dźwięków.</w:t>
            </w:r>
          </w:p>
        </w:tc>
      </w:tr>
      <w:tr w:rsidR="5A79A215" w:rsidRPr="0081371B" w14:paraId="4390D701" w14:textId="77777777" w:rsidTr="00C524C5">
        <w:trPr>
          <w:trHeight w:val="300"/>
          <w:jc w:val="center"/>
        </w:trPr>
        <w:tc>
          <w:tcPr>
            <w:tcW w:w="1843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461E24CF" w14:textId="77777777" w:rsidR="5A79A215" w:rsidRDefault="5A79A215" w:rsidP="5A79A215">
            <w:pPr>
              <w:spacing w:after="30" w:line="240" w:lineRule="auto"/>
            </w:pPr>
            <w:r w:rsidRPr="5A79A215">
              <w:rPr>
                <w:b/>
                <w:bCs/>
                <w:sz w:val="17"/>
                <w:szCs w:val="17"/>
              </w:rPr>
              <w:t>Tworzenie wypowiedzi pisemnych</w:t>
            </w:r>
          </w:p>
        </w:tc>
        <w:tc>
          <w:tcPr>
            <w:tcW w:w="8469" w:type="dxa"/>
            <w:tcMar>
              <w:top w:w="100" w:type="dxa"/>
              <w:bottom w:w="100" w:type="dxa"/>
            </w:tcMar>
            <w:vAlign w:val="center"/>
          </w:tcPr>
          <w:p w14:paraId="0FC9159D" w14:textId="23A8D1A8" w:rsidR="5A79A215" w:rsidRPr="00132F33" w:rsidRDefault="5A79A215" w:rsidP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sz w:val="17"/>
                <w:szCs w:val="17"/>
                <w:lang w:val="pl-PL"/>
              </w:rPr>
              <w:t>W prostych zadaniach, czasem z pomocą, realizuje podstawowe działania: krótkie, proste, spójne i logiczne opisy ludzi, wieku, charakteru, wyglądu, zwierząt, przedmiotów, ubrań, pokoju oraz członka rodziny.</w:t>
            </w:r>
          </w:p>
        </w:tc>
      </w:tr>
      <w:tr w:rsidR="5A79A215" w:rsidRPr="0081371B" w14:paraId="6D31F3D1" w14:textId="77777777" w:rsidTr="00C524C5">
        <w:trPr>
          <w:trHeight w:val="300"/>
          <w:jc w:val="center"/>
        </w:trPr>
        <w:tc>
          <w:tcPr>
            <w:tcW w:w="1843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4252FBC8" w14:textId="77777777" w:rsidR="5A79A215" w:rsidRDefault="5A79A215" w:rsidP="5A79A215">
            <w:pPr>
              <w:spacing w:after="30" w:line="240" w:lineRule="auto"/>
            </w:pPr>
            <w:r w:rsidRPr="5A79A215">
              <w:rPr>
                <w:b/>
                <w:bCs/>
                <w:sz w:val="17"/>
                <w:szCs w:val="17"/>
              </w:rPr>
              <w:t>Reagowanie ustne i pisemne</w:t>
            </w:r>
          </w:p>
        </w:tc>
        <w:tc>
          <w:tcPr>
            <w:tcW w:w="8469" w:type="dxa"/>
            <w:tcMar>
              <w:top w:w="100" w:type="dxa"/>
              <w:bottom w:w="100" w:type="dxa"/>
            </w:tcMar>
            <w:vAlign w:val="center"/>
          </w:tcPr>
          <w:p w14:paraId="43756B61" w14:textId="18E04FAA" w:rsidR="5A79A215" w:rsidRPr="00132F33" w:rsidRDefault="5A79A215" w:rsidP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sz w:val="17"/>
                <w:szCs w:val="17"/>
                <w:lang w:val="pl-PL"/>
              </w:rPr>
              <w:t>W prostych zadaniach, czasem z pomocą, realizuje podstawowe działania: przedstawianie siebie i innych; uzyskiwanie i przekazywanie informacji o danych personalnych, wieku, charakterze, wyglądzie, liczbie, cenie, ubraniach, posiadaniu i rodzinie; prowadzenie rozmowy; wyrażanie opinii; stosowanie form grzecznościowych; pisemne opisy osoby, szkoły, zwierzęcia, pokoju i członka rodziny.</w:t>
            </w:r>
          </w:p>
        </w:tc>
      </w:tr>
      <w:tr w:rsidR="5A79A215" w:rsidRPr="0081371B" w14:paraId="0E6F2230" w14:textId="77777777" w:rsidTr="00C524C5">
        <w:trPr>
          <w:trHeight w:val="300"/>
          <w:jc w:val="center"/>
        </w:trPr>
        <w:tc>
          <w:tcPr>
            <w:tcW w:w="1843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029264CD" w14:textId="77777777" w:rsidR="5A79A215" w:rsidRDefault="5A79A215" w:rsidP="5A79A215">
            <w:pPr>
              <w:spacing w:after="30" w:line="240" w:lineRule="auto"/>
            </w:pPr>
            <w:r w:rsidRPr="5A79A215">
              <w:rPr>
                <w:b/>
                <w:bCs/>
                <w:sz w:val="17"/>
                <w:szCs w:val="17"/>
              </w:rPr>
              <w:t>Przetwarzanie tekstu</w:t>
            </w:r>
          </w:p>
        </w:tc>
        <w:tc>
          <w:tcPr>
            <w:tcW w:w="8469" w:type="dxa"/>
            <w:tcMar>
              <w:top w:w="100" w:type="dxa"/>
              <w:bottom w:w="100" w:type="dxa"/>
            </w:tcMar>
            <w:vAlign w:val="center"/>
          </w:tcPr>
          <w:p w14:paraId="2454D570" w14:textId="5BD385F4" w:rsidR="5A79A215" w:rsidRPr="00132F33" w:rsidRDefault="5A79A215" w:rsidP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sz w:val="17"/>
                <w:szCs w:val="17"/>
                <w:lang w:val="pl-PL"/>
              </w:rPr>
              <w:t>W prostych zadaniach, czasem z pomocą, realizuje podstawowe działania: przekazywanie informacji sformułowanych w języku obcym i polskim oraz zawartych w materiałach wizualnych; współtworzenie wypowiedzi.</w:t>
            </w:r>
          </w:p>
        </w:tc>
      </w:tr>
      <w:tr w:rsidR="5A79A215" w:rsidRPr="0081371B" w14:paraId="7E5A3AD4" w14:textId="77777777" w:rsidTr="00C524C5">
        <w:trPr>
          <w:trHeight w:val="300"/>
          <w:jc w:val="center"/>
        </w:trPr>
        <w:tc>
          <w:tcPr>
            <w:tcW w:w="1843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6EEB787E" w14:textId="77777777" w:rsidR="5A79A215" w:rsidRDefault="5A79A215" w:rsidP="5A79A215">
            <w:pPr>
              <w:spacing w:after="30" w:line="240" w:lineRule="auto"/>
            </w:pPr>
            <w:r w:rsidRPr="5A79A215">
              <w:rPr>
                <w:b/>
                <w:bCs/>
                <w:sz w:val="17"/>
                <w:szCs w:val="17"/>
              </w:rPr>
              <w:t>Strategie, wiedza i postawy</w:t>
            </w:r>
          </w:p>
        </w:tc>
        <w:tc>
          <w:tcPr>
            <w:tcW w:w="8469" w:type="dxa"/>
            <w:tcMar>
              <w:top w:w="100" w:type="dxa"/>
              <w:bottom w:w="100" w:type="dxa"/>
            </w:tcMar>
            <w:vAlign w:val="center"/>
          </w:tcPr>
          <w:p w14:paraId="15A32647" w14:textId="3CE585BE" w:rsidR="5A79A215" w:rsidRPr="00132F33" w:rsidRDefault="5A79A215" w:rsidP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sz w:val="17"/>
                <w:szCs w:val="17"/>
                <w:lang w:val="pl-PL"/>
              </w:rPr>
              <w:t>W prostych zadaniach, czasem z pomocą, realizuje podstawowe działania: samodzielna praca, współdziałanie, samoocena, wykorzystywanie informacji zwrotnej i TIK; wiedza o krajach i kulturach; ciekawość poznawcza i otwartość.</w:t>
            </w:r>
          </w:p>
        </w:tc>
      </w:tr>
    </w:tbl>
    <w:p w14:paraId="7E43D9BB" w14:textId="55CE54C9" w:rsidR="5A79A215" w:rsidRPr="00132F33" w:rsidRDefault="5A79A215">
      <w:pPr>
        <w:rPr>
          <w:lang w:val="pl-PL"/>
        </w:rPr>
      </w:pPr>
    </w:p>
    <w:p w14:paraId="0168625E" w14:textId="032CC33C" w:rsidR="00C2186F" w:rsidRPr="00132F33" w:rsidRDefault="4C7EB33A" w:rsidP="5A79A215">
      <w:pPr>
        <w:pStyle w:val="Nagwek2"/>
        <w:rPr>
          <w:lang w:val="pl-PL"/>
        </w:rPr>
      </w:pPr>
      <w:r w:rsidRPr="00132F33">
        <w:rPr>
          <w:lang w:val="pl-PL"/>
        </w:rPr>
        <w:lastRenderedPageBreak/>
        <w:t>Ocena 2 - dopuszczająca</w:t>
      </w:r>
    </w:p>
    <w:p w14:paraId="4EE12618" w14:textId="77777777" w:rsidR="00C2186F" w:rsidRPr="00132F33" w:rsidRDefault="4C7EB33A">
      <w:pPr>
        <w:rPr>
          <w:lang w:val="pl-PL"/>
        </w:rPr>
      </w:pPr>
      <w:r w:rsidRPr="00132F33">
        <w:rPr>
          <w:b/>
          <w:bCs/>
          <w:lang w:val="pl-PL"/>
        </w:rPr>
        <w:t xml:space="preserve">Ogólny poziom spełnienia wymagań: </w:t>
      </w:r>
      <w:r w:rsidRPr="00132F33">
        <w:rPr>
          <w:lang w:val="pl-PL"/>
        </w:rPr>
        <w:t>opanował wymagania w bardzo ograniczonym zakresie; wykonuje najprostsze zadania głównie z pomocą, a liczne błędy często zakłócają komunikację.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843"/>
        <w:gridCol w:w="8469"/>
      </w:tblGrid>
      <w:tr w:rsidR="5A79A215" w:rsidRPr="0081371B" w14:paraId="16533694" w14:textId="77777777" w:rsidTr="00C524C5">
        <w:trPr>
          <w:trHeight w:val="300"/>
          <w:jc w:val="center"/>
        </w:trPr>
        <w:tc>
          <w:tcPr>
            <w:tcW w:w="1843" w:type="dxa"/>
            <w:shd w:val="clear" w:color="auto" w:fill="333333"/>
            <w:tcMar>
              <w:top w:w="100" w:type="dxa"/>
              <w:bottom w:w="100" w:type="dxa"/>
            </w:tcMar>
            <w:vAlign w:val="center"/>
          </w:tcPr>
          <w:p w14:paraId="0884EBA4" w14:textId="77777777" w:rsidR="5A79A215" w:rsidRDefault="5A79A215" w:rsidP="5A79A215">
            <w:pPr>
              <w:spacing w:after="30" w:line="240" w:lineRule="auto"/>
            </w:pPr>
            <w:r w:rsidRPr="5A79A215">
              <w:rPr>
                <w:b/>
                <w:bCs/>
                <w:color w:val="FFFFFF" w:themeColor="background1"/>
                <w:sz w:val="17"/>
                <w:szCs w:val="17"/>
              </w:rPr>
              <w:t>Obszar</w:t>
            </w:r>
          </w:p>
        </w:tc>
        <w:tc>
          <w:tcPr>
            <w:tcW w:w="8469" w:type="dxa"/>
            <w:shd w:val="clear" w:color="auto" w:fill="333333"/>
            <w:tcMar>
              <w:top w:w="100" w:type="dxa"/>
              <w:bottom w:w="100" w:type="dxa"/>
            </w:tcMar>
            <w:vAlign w:val="center"/>
          </w:tcPr>
          <w:p w14:paraId="2B158BB8" w14:textId="77777777" w:rsidR="5A79A215" w:rsidRPr="00132F33" w:rsidRDefault="5A79A215" w:rsidP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b/>
                <w:bCs/>
                <w:color w:val="FFFFFF" w:themeColor="background1"/>
                <w:sz w:val="17"/>
                <w:szCs w:val="17"/>
                <w:lang w:val="pl-PL"/>
              </w:rPr>
              <w:t>Wymagania niezbędne do otrzymania oceny</w:t>
            </w:r>
          </w:p>
        </w:tc>
      </w:tr>
      <w:tr w:rsidR="5A79A215" w:rsidRPr="0081371B" w14:paraId="06E6DEFC" w14:textId="77777777" w:rsidTr="00C524C5">
        <w:trPr>
          <w:trHeight w:val="300"/>
          <w:jc w:val="center"/>
        </w:trPr>
        <w:tc>
          <w:tcPr>
            <w:tcW w:w="1843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77FA91C2" w14:textId="77777777" w:rsidR="5A79A215" w:rsidRDefault="5A79A215" w:rsidP="5A79A215">
            <w:pPr>
              <w:spacing w:after="30" w:line="240" w:lineRule="auto"/>
            </w:pPr>
            <w:r w:rsidRPr="5A79A215">
              <w:rPr>
                <w:b/>
                <w:bCs/>
                <w:sz w:val="17"/>
                <w:szCs w:val="17"/>
              </w:rPr>
              <w:t>Znajomość środków językowych</w:t>
            </w:r>
          </w:p>
        </w:tc>
        <w:tc>
          <w:tcPr>
            <w:tcW w:w="8469" w:type="dxa"/>
            <w:tcMar>
              <w:top w:w="100" w:type="dxa"/>
              <w:bottom w:w="100" w:type="dxa"/>
            </w:tcMar>
            <w:vAlign w:val="center"/>
          </w:tcPr>
          <w:p w14:paraId="03856C2B" w14:textId="77777777" w:rsidR="5A79A215" w:rsidRPr="00132F33" w:rsidRDefault="5A79A215" w:rsidP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sz w:val="17"/>
                <w:szCs w:val="17"/>
                <w:lang w:val="pl-PL"/>
              </w:rPr>
              <w:t>Rozpoznaje i stosuje niewielką część pełnego zakresu, głównie według wzoru i z dużą pomocą; popełnia liczne błędy.</w:t>
            </w:r>
          </w:p>
        </w:tc>
      </w:tr>
      <w:tr w:rsidR="5A79A215" w:rsidRPr="0081371B" w14:paraId="61A556D2" w14:textId="77777777" w:rsidTr="00C524C5">
        <w:trPr>
          <w:trHeight w:val="300"/>
          <w:jc w:val="center"/>
        </w:trPr>
        <w:tc>
          <w:tcPr>
            <w:tcW w:w="1843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598FD7BB" w14:textId="77777777" w:rsidR="5A79A215" w:rsidRDefault="5A79A215" w:rsidP="5A79A215">
            <w:pPr>
              <w:spacing w:after="30" w:line="240" w:lineRule="auto"/>
            </w:pPr>
            <w:r w:rsidRPr="5A79A215">
              <w:rPr>
                <w:b/>
                <w:bCs/>
                <w:sz w:val="17"/>
                <w:szCs w:val="17"/>
              </w:rPr>
              <w:t>Rozumienie wypowiedzi ustnych</w:t>
            </w:r>
          </w:p>
        </w:tc>
        <w:tc>
          <w:tcPr>
            <w:tcW w:w="8469" w:type="dxa"/>
            <w:tcMar>
              <w:top w:w="100" w:type="dxa"/>
              <w:bottom w:w="100" w:type="dxa"/>
            </w:tcMar>
            <w:vAlign w:val="center"/>
          </w:tcPr>
          <w:p w14:paraId="5B3DA5C7" w14:textId="77777777" w:rsidR="5A79A215" w:rsidRPr="00132F33" w:rsidRDefault="5A79A215" w:rsidP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sz w:val="17"/>
                <w:szCs w:val="17"/>
                <w:lang w:val="pl-PL"/>
              </w:rPr>
              <w:t>Z dużą pomocą i z licznymi błędami realizuje wybrane najprostsze działania: reagowanie na polecenia; określanie głównej myśli, intencji i kontekstu; wyszukiwanie informacji szczegółowych..</w:t>
            </w:r>
          </w:p>
        </w:tc>
      </w:tr>
      <w:tr w:rsidR="5A79A215" w:rsidRPr="0081371B" w14:paraId="0020EFAA" w14:textId="77777777" w:rsidTr="00C524C5">
        <w:trPr>
          <w:trHeight w:val="300"/>
          <w:jc w:val="center"/>
        </w:trPr>
        <w:tc>
          <w:tcPr>
            <w:tcW w:w="1843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0F99CCB0" w14:textId="77777777" w:rsidR="5A79A215" w:rsidRDefault="5A79A215" w:rsidP="5A79A215">
            <w:pPr>
              <w:spacing w:after="30" w:line="240" w:lineRule="auto"/>
            </w:pPr>
            <w:r w:rsidRPr="5A79A215">
              <w:rPr>
                <w:b/>
                <w:bCs/>
                <w:sz w:val="17"/>
                <w:szCs w:val="17"/>
              </w:rPr>
              <w:t>Rozumienie wypowiedzi pisemnych</w:t>
            </w:r>
          </w:p>
        </w:tc>
        <w:tc>
          <w:tcPr>
            <w:tcW w:w="8469" w:type="dxa"/>
            <w:tcMar>
              <w:top w:w="100" w:type="dxa"/>
              <w:bottom w:w="100" w:type="dxa"/>
            </w:tcMar>
            <w:vAlign w:val="center"/>
          </w:tcPr>
          <w:p w14:paraId="16E0E988" w14:textId="61B5ED14" w:rsidR="5A79A215" w:rsidRPr="00132F33" w:rsidRDefault="5A79A215" w:rsidP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sz w:val="17"/>
                <w:szCs w:val="17"/>
                <w:lang w:val="pl-PL"/>
              </w:rPr>
              <w:t>Z dużą pomocą i z licznymi błędami realizuje wybrane najprostsze działania: określanie głównej myśli, intencji i kontekstu; wyszukiwanie informacji szczegółowych.</w:t>
            </w:r>
          </w:p>
        </w:tc>
      </w:tr>
      <w:tr w:rsidR="5A79A215" w:rsidRPr="0081371B" w14:paraId="7437BDF5" w14:textId="77777777" w:rsidTr="00C524C5">
        <w:trPr>
          <w:trHeight w:val="300"/>
          <w:jc w:val="center"/>
        </w:trPr>
        <w:tc>
          <w:tcPr>
            <w:tcW w:w="1843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38C1BE24" w14:textId="77777777" w:rsidR="5A79A215" w:rsidRDefault="5A79A215" w:rsidP="5A79A215">
            <w:pPr>
              <w:spacing w:after="30" w:line="240" w:lineRule="auto"/>
            </w:pPr>
            <w:r w:rsidRPr="5A79A215">
              <w:rPr>
                <w:b/>
                <w:bCs/>
                <w:sz w:val="17"/>
                <w:szCs w:val="17"/>
              </w:rPr>
              <w:t>Tworzenie wypowiedzi ustnych</w:t>
            </w:r>
          </w:p>
        </w:tc>
        <w:tc>
          <w:tcPr>
            <w:tcW w:w="8469" w:type="dxa"/>
            <w:tcMar>
              <w:top w:w="100" w:type="dxa"/>
              <w:bottom w:w="100" w:type="dxa"/>
            </w:tcMar>
            <w:vAlign w:val="center"/>
          </w:tcPr>
          <w:p w14:paraId="1054BEC3" w14:textId="372B752B" w:rsidR="5A79A215" w:rsidRPr="00132F33" w:rsidRDefault="5A79A215" w:rsidP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sz w:val="17"/>
                <w:szCs w:val="17"/>
                <w:lang w:val="pl-PL"/>
              </w:rPr>
              <w:t>Z dużą pomocą i z licznymi błędami realizuje wybrane najprostsze działania: opisywanie ludzi, charakteru, wyglądu, przedmiotów, ubrań i miejsc; określanie liczby i koloru; opowiadanie o teraźniejszości; literowanie i alfabet; poprawna wymowa ćwiczonych dźwięków.</w:t>
            </w:r>
          </w:p>
        </w:tc>
      </w:tr>
      <w:tr w:rsidR="5A79A215" w:rsidRPr="0081371B" w14:paraId="76D20DEE" w14:textId="77777777" w:rsidTr="00C524C5">
        <w:trPr>
          <w:trHeight w:val="300"/>
          <w:jc w:val="center"/>
        </w:trPr>
        <w:tc>
          <w:tcPr>
            <w:tcW w:w="1843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521D41F3" w14:textId="77777777" w:rsidR="5A79A215" w:rsidRDefault="5A79A215" w:rsidP="5A79A215">
            <w:pPr>
              <w:spacing w:after="30" w:line="240" w:lineRule="auto"/>
            </w:pPr>
            <w:r w:rsidRPr="5A79A215">
              <w:rPr>
                <w:b/>
                <w:bCs/>
                <w:sz w:val="17"/>
                <w:szCs w:val="17"/>
              </w:rPr>
              <w:t>Tworzenie wypowiedzi pisemnych</w:t>
            </w:r>
          </w:p>
        </w:tc>
        <w:tc>
          <w:tcPr>
            <w:tcW w:w="8469" w:type="dxa"/>
            <w:tcMar>
              <w:top w:w="100" w:type="dxa"/>
              <w:bottom w:w="100" w:type="dxa"/>
            </w:tcMar>
            <w:vAlign w:val="center"/>
          </w:tcPr>
          <w:p w14:paraId="1799438D" w14:textId="21ED6996" w:rsidR="5A79A215" w:rsidRPr="00132F33" w:rsidRDefault="5A79A215" w:rsidP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sz w:val="17"/>
                <w:szCs w:val="17"/>
                <w:lang w:val="pl-PL"/>
              </w:rPr>
              <w:t>Z dużą pomocą i z licznymi błędami realizuje wybrane najprostsze działania: krótkie, proste, spójne i logiczne opisy ludzi, wieku, charakteru, wyglądu, zwierząt, przedmiotów, ubrań, pokoju oraz członka rodziny.</w:t>
            </w:r>
          </w:p>
        </w:tc>
      </w:tr>
      <w:tr w:rsidR="5A79A215" w:rsidRPr="0081371B" w14:paraId="27C4FEA7" w14:textId="77777777" w:rsidTr="00C524C5">
        <w:trPr>
          <w:trHeight w:val="300"/>
          <w:jc w:val="center"/>
        </w:trPr>
        <w:tc>
          <w:tcPr>
            <w:tcW w:w="1843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7FAF1B41" w14:textId="77777777" w:rsidR="5A79A215" w:rsidRDefault="5A79A215" w:rsidP="5A79A215">
            <w:pPr>
              <w:spacing w:after="30" w:line="240" w:lineRule="auto"/>
            </w:pPr>
            <w:r w:rsidRPr="5A79A215">
              <w:rPr>
                <w:b/>
                <w:bCs/>
                <w:sz w:val="17"/>
                <w:szCs w:val="17"/>
              </w:rPr>
              <w:t>Reagowanie ustne i pisemne</w:t>
            </w:r>
          </w:p>
        </w:tc>
        <w:tc>
          <w:tcPr>
            <w:tcW w:w="8469" w:type="dxa"/>
            <w:tcMar>
              <w:top w:w="100" w:type="dxa"/>
              <w:bottom w:w="100" w:type="dxa"/>
            </w:tcMar>
            <w:vAlign w:val="center"/>
          </w:tcPr>
          <w:p w14:paraId="046AE5C0" w14:textId="72AD4B6F" w:rsidR="5A79A215" w:rsidRPr="00132F33" w:rsidRDefault="5A79A215" w:rsidP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sz w:val="17"/>
                <w:szCs w:val="17"/>
                <w:lang w:val="pl-PL"/>
              </w:rPr>
              <w:t>Z dużą pomocą i z licznymi błędami realizuje wybrane najprostsze działania: przedstawianie siebie i innych; uzyskiwanie i przekazywanie informacji o danych personalnych, wieku, charakterze, wyglądzie, liczbie, cenie, ubraniach, posiadaniu i rodzinie; prowadzenie rozmowy; wyrażanie opinii; stosowanie form grzecznościowych; pisemne opisy osoby, szkoły, zwierzęcia, pokoju i członka rodziny.</w:t>
            </w:r>
          </w:p>
        </w:tc>
      </w:tr>
      <w:tr w:rsidR="5A79A215" w:rsidRPr="0081371B" w14:paraId="2A009435" w14:textId="77777777" w:rsidTr="00C524C5">
        <w:trPr>
          <w:trHeight w:val="300"/>
          <w:jc w:val="center"/>
        </w:trPr>
        <w:tc>
          <w:tcPr>
            <w:tcW w:w="1843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0400728C" w14:textId="77777777" w:rsidR="5A79A215" w:rsidRDefault="5A79A215" w:rsidP="5A79A215">
            <w:pPr>
              <w:spacing w:after="30" w:line="240" w:lineRule="auto"/>
            </w:pPr>
            <w:r w:rsidRPr="5A79A215">
              <w:rPr>
                <w:b/>
                <w:bCs/>
                <w:sz w:val="17"/>
                <w:szCs w:val="17"/>
              </w:rPr>
              <w:t>Przetwarzanie tekstu</w:t>
            </w:r>
          </w:p>
        </w:tc>
        <w:tc>
          <w:tcPr>
            <w:tcW w:w="8469" w:type="dxa"/>
            <w:tcMar>
              <w:top w:w="100" w:type="dxa"/>
              <w:bottom w:w="100" w:type="dxa"/>
            </w:tcMar>
            <w:vAlign w:val="center"/>
          </w:tcPr>
          <w:p w14:paraId="310B33CD" w14:textId="77777777" w:rsidR="5A79A215" w:rsidRPr="00132F33" w:rsidRDefault="5A79A215" w:rsidP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sz w:val="17"/>
                <w:szCs w:val="17"/>
                <w:lang w:val="pl-PL"/>
              </w:rPr>
              <w:t>Z dużą pomocą i z licznymi błędami realizuje wybrane najprostsze działania: przekazywanie informacji sformułowanych w języku obcym i polskim oraz zawartych w materiałach wizualnych; współtworzenie wypowiedzi..</w:t>
            </w:r>
          </w:p>
        </w:tc>
      </w:tr>
      <w:tr w:rsidR="5A79A215" w:rsidRPr="0081371B" w14:paraId="5949D728" w14:textId="77777777" w:rsidTr="00C524C5">
        <w:trPr>
          <w:trHeight w:val="300"/>
          <w:jc w:val="center"/>
        </w:trPr>
        <w:tc>
          <w:tcPr>
            <w:tcW w:w="1843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652987AA" w14:textId="77777777" w:rsidR="5A79A215" w:rsidRDefault="5A79A215" w:rsidP="5A79A215">
            <w:pPr>
              <w:spacing w:after="30" w:line="240" w:lineRule="auto"/>
            </w:pPr>
            <w:r w:rsidRPr="5A79A215">
              <w:rPr>
                <w:b/>
                <w:bCs/>
                <w:sz w:val="17"/>
                <w:szCs w:val="17"/>
              </w:rPr>
              <w:t>Strategie, wiedza i postawy</w:t>
            </w:r>
          </w:p>
        </w:tc>
        <w:tc>
          <w:tcPr>
            <w:tcW w:w="8469" w:type="dxa"/>
            <w:tcMar>
              <w:top w:w="100" w:type="dxa"/>
              <w:bottom w:w="100" w:type="dxa"/>
            </w:tcMar>
            <w:vAlign w:val="center"/>
          </w:tcPr>
          <w:p w14:paraId="28416ADF" w14:textId="77777777" w:rsidR="5A79A215" w:rsidRPr="00132F33" w:rsidRDefault="5A79A215" w:rsidP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sz w:val="17"/>
                <w:szCs w:val="17"/>
                <w:lang w:val="pl-PL"/>
              </w:rPr>
              <w:t>Z dużą pomocą i z licznymi błędami realizuje wybrane najprostsze działania: samodzielna praca, współdziałanie, samoocena, wykorzystywanie informacji zwrotnej i TIK; wiedza o krajach i kulturach; ciekawość poznawcza i otwartość..</w:t>
            </w:r>
          </w:p>
        </w:tc>
      </w:tr>
    </w:tbl>
    <w:p w14:paraId="1CC04245" w14:textId="20567F91" w:rsidR="00C2186F" w:rsidRPr="00132F33" w:rsidRDefault="5DF513FE" w:rsidP="5A79A215">
      <w:pPr>
        <w:pStyle w:val="Nagwek2"/>
        <w:rPr>
          <w:lang w:val="pl-PL"/>
        </w:rPr>
      </w:pPr>
      <w:r w:rsidRPr="00132F33">
        <w:rPr>
          <w:lang w:val="pl-PL"/>
        </w:rPr>
        <w:t>Ocena 1 - niedostateczn</w:t>
      </w:r>
      <w:r w:rsidR="20B9BD20" w:rsidRPr="00132F33">
        <w:rPr>
          <w:lang w:val="pl-PL"/>
        </w:rPr>
        <w:t>a</w:t>
      </w:r>
    </w:p>
    <w:p w14:paraId="17B94341" w14:textId="77777777" w:rsidR="00C2186F" w:rsidRPr="00132F33" w:rsidRDefault="5DF513FE" w:rsidP="5A79A215">
      <w:pPr>
        <w:rPr>
          <w:lang w:val="pl-PL"/>
        </w:rPr>
      </w:pPr>
      <w:r w:rsidRPr="00132F33">
        <w:rPr>
          <w:b/>
          <w:bCs/>
          <w:lang w:val="pl-PL"/>
        </w:rPr>
        <w:t xml:space="preserve">Ogólny poziom spełnienia wymagań: </w:t>
      </w:r>
      <w:r w:rsidRPr="00132F33">
        <w:rPr>
          <w:lang w:val="pl-PL"/>
        </w:rPr>
        <w:t>nie opanował wymagań koniecznych; nie wykonuje zadań nawet z dużą pomocą lub błędy uniemożliwiają komunikację.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843"/>
        <w:gridCol w:w="8469"/>
      </w:tblGrid>
      <w:tr w:rsidR="5A79A215" w:rsidRPr="0081371B" w14:paraId="57C45E6B" w14:textId="77777777" w:rsidTr="00C524C5">
        <w:trPr>
          <w:trHeight w:val="300"/>
          <w:jc w:val="center"/>
        </w:trPr>
        <w:tc>
          <w:tcPr>
            <w:tcW w:w="1843" w:type="dxa"/>
            <w:shd w:val="clear" w:color="auto" w:fill="333333"/>
            <w:tcMar>
              <w:top w:w="100" w:type="dxa"/>
              <w:bottom w:w="100" w:type="dxa"/>
            </w:tcMar>
            <w:vAlign w:val="center"/>
          </w:tcPr>
          <w:p w14:paraId="54A06948" w14:textId="77777777" w:rsidR="5A79A215" w:rsidRDefault="5A79A215" w:rsidP="5A79A215">
            <w:pPr>
              <w:spacing w:after="30" w:line="240" w:lineRule="auto"/>
            </w:pPr>
            <w:r w:rsidRPr="5A79A215">
              <w:rPr>
                <w:b/>
                <w:bCs/>
                <w:color w:val="FFFFFF" w:themeColor="background1"/>
                <w:sz w:val="17"/>
                <w:szCs w:val="17"/>
              </w:rPr>
              <w:t>Obszar</w:t>
            </w:r>
          </w:p>
        </w:tc>
        <w:tc>
          <w:tcPr>
            <w:tcW w:w="8469" w:type="dxa"/>
            <w:shd w:val="clear" w:color="auto" w:fill="333333"/>
            <w:tcMar>
              <w:top w:w="100" w:type="dxa"/>
              <w:bottom w:w="100" w:type="dxa"/>
            </w:tcMar>
            <w:vAlign w:val="center"/>
          </w:tcPr>
          <w:p w14:paraId="362EBB0A" w14:textId="77777777" w:rsidR="5A79A215" w:rsidRPr="00132F33" w:rsidRDefault="5A79A215" w:rsidP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b/>
                <w:bCs/>
                <w:color w:val="FFFFFF" w:themeColor="background1"/>
                <w:sz w:val="17"/>
                <w:szCs w:val="17"/>
                <w:lang w:val="pl-PL"/>
              </w:rPr>
              <w:t>Wymagania niezbędne do otrzymania oceny</w:t>
            </w:r>
          </w:p>
        </w:tc>
      </w:tr>
      <w:tr w:rsidR="5A79A215" w:rsidRPr="0081371B" w14:paraId="0CC56B4B" w14:textId="77777777" w:rsidTr="00C524C5">
        <w:trPr>
          <w:trHeight w:val="300"/>
          <w:jc w:val="center"/>
        </w:trPr>
        <w:tc>
          <w:tcPr>
            <w:tcW w:w="1843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76D4755C" w14:textId="77777777" w:rsidR="5A79A215" w:rsidRDefault="5A79A215" w:rsidP="5A79A215">
            <w:pPr>
              <w:spacing w:after="30" w:line="240" w:lineRule="auto"/>
            </w:pPr>
            <w:r w:rsidRPr="5A79A215">
              <w:rPr>
                <w:b/>
                <w:bCs/>
                <w:sz w:val="17"/>
                <w:szCs w:val="17"/>
              </w:rPr>
              <w:t>Znajomość środków językowych</w:t>
            </w:r>
          </w:p>
        </w:tc>
        <w:tc>
          <w:tcPr>
            <w:tcW w:w="8469" w:type="dxa"/>
            <w:tcMar>
              <w:top w:w="100" w:type="dxa"/>
              <w:bottom w:w="100" w:type="dxa"/>
            </w:tcMar>
            <w:vAlign w:val="center"/>
          </w:tcPr>
          <w:p w14:paraId="5AB2889C" w14:textId="77777777" w:rsidR="5A79A215" w:rsidRPr="00132F33" w:rsidRDefault="5A79A215" w:rsidP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sz w:val="17"/>
                <w:szCs w:val="17"/>
                <w:lang w:val="pl-PL"/>
              </w:rPr>
              <w:t>Nie rozpoznaje i nie stosuje skutecznie pełnego zakresu słownictwa i struktur, nawet z pomocą.</w:t>
            </w:r>
          </w:p>
        </w:tc>
      </w:tr>
      <w:tr w:rsidR="5A79A215" w:rsidRPr="0081371B" w14:paraId="44153090" w14:textId="77777777" w:rsidTr="00C524C5">
        <w:trPr>
          <w:trHeight w:val="300"/>
          <w:jc w:val="center"/>
        </w:trPr>
        <w:tc>
          <w:tcPr>
            <w:tcW w:w="1843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50A0C360" w14:textId="77777777" w:rsidR="5A79A215" w:rsidRDefault="5A79A215" w:rsidP="5A79A215">
            <w:pPr>
              <w:spacing w:after="30" w:line="240" w:lineRule="auto"/>
            </w:pPr>
            <w:r w:rsidRPr="5A79A215">
              <w:rPr>
                <w:b/>
                <w:bCs/>
                <w:sz w:val="17"/>
                <w:szCs w:val="17"/>
              </w:rPr>
              <w:t>Rozumienie wypowiedzi ustnych</w:t>
            </w:r>
          </w:p>
        </w:tc>
        <w:tc>
          <w:tcPr>
            <w:tcW w:w="8469" w:type="dxa"/>
            <w:tcMar>
              <w:top w:w="100" w:type="dxa"/>
              <w:bottom w:w="100" w:type="dxa"/>
            </w:tcMar>
            <w:vAlign w:val="center"/>
          </w:tcPr>
          <w:p w14:paraId="41C743DF" w14:textId="76757313" w:rsidR="5A79A215" w:rsidRPr="00132F33" w:rsidRDefault="5A79A215" w:rsidP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sz w:val="17"/>
                <w:szCs w:val="17"/>
                <w:lang w:val="pl-PL"/>
              </w:rPr>
              <w:t>Nie potrafi skutecznie realizować działań: reagowanie na polecenia; określanie głównej myśli, intencji i kontekstu; wyszukiwanie informacji szczegółowych.</w:t>
            </w:r>
          </w:p>
        </w:tc>
      </w:tr>
      <w:tr w:rsidR="5A79A215" w:rsidRPr="0081371B" w14:paraId="113E3C79" w14:textId="77777777" w:rsidTr="00C524C5">
        <w:trPr>
          <w:trHeight w:val="300"/>
          <w:jc w:val="center"/>
        </w:trPr>
        <w:tc>
          <w:tcPr>
            <w:tcW w:w="1843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209278DB" w14:textId="77777777" w:rsidR="5A79A215" w:rsidRDefault="5A79A215" w:rsidP="5A79A215">
            <w:pPr>
              <w:spacing w:after="30" w:line="240" w:lineRule="auto"/>
            </w:pPr>
            <w:r w:rsidRPr="5A79A215">
              <w:rPr>
                <w:b/>
                <w:bCs/>
                <w:sz w:val="17"/>
                <w:szCs w:val="17"/>
              </w:rPr>
              <w:t>Rozumienie wypowiedzi pisemnych</w:t>
            </w:r>
          </w:p>
        </w:tc>
        <w:tc>
          <w:tcPr>
            <w:tcW w:w="8469" w:type="dxa"/>
            <w:tcMar>
              <w:top w:w="100" w:type="dxa"/>
              <w:bottom w:w="100" w:type="dxa"/>
            </w:tcMar>
            <w:vAlign w:val="center"/>
          </w:tcPr>
          <w:p w14:paraId="0CD1A6DC" w14:textId="77777777" w:rsidR="5A79A215" w:rsidRPr="00132F33" w:rsidRDefault="5A79A215" w:rsidP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sz w:val="17"/>
                <w:szCs w:val="17"/>
                <w:lang w:val="pl-PL"/>
              </w:rPr>
              <w:t>Nie potrafi skutecznie realizować działań: określanie głównej myśli, intencji i kontekstu; wyszukiwanie informacji szczegółowych..</w:t>
            </w:r>
          </w:p>
        </w:tc>
      </w:tr>
      <w:tr w:rsidR="5A79A215" w:rsidRPr="0081371B" w14:paraId="58BD5263" w14:textId="77777777" w:rsidTr="00C524C5">
        <w:trPr>
          <w:trHeight w:val="300"/>
          <w:jc w:val="center"/>
        </w:trPr>
        <w:tc>
          <w:tcPr>
            <w:tcW w:w="1843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1C94C1C0" w14:textId="77777777" w:rsidR="5A79A215" w:rsidRDefault="5A79A215" w:rsidP="5A79A215">
            <w:pPr>
              <w:spacing w:after="30" w:line="240" w:lineRule="auto"/>
            </w:pPr>
            <w:r w:rsidRPr="5A79A215">
              <w:rPr>
                <w:b/>
                <w:bCs/>
                <w:sz w:val="17"/>
                <w:szCs w:val="17"/>
              </w:rPr>
              <w:t>Tworzenie wypowiedzi ustnych</w:t>
            </w:r>
          </w:p>
        </w:tc>
        <w:tc>
          <w:tcPr>
            <w:tcW w:w="8469" w:type="dxa"/>
            <w:tcMar>
              <w:top w:w="100" w:type="dxa"/>
              <w:bottom w:w="100" w:type="dxa"/>
            </w:tcMar>
            <w:vAlign w:val="center"/>
          </w:tcPr>
          <w:p w14:paraId="50DD10A6" w14:textId="28EF8188" w:rsidR="5A79A215" w:rsidRPr="00132F33" w:rsidRDefault="5A79A215" w:rsidP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sz w:val="17"/>
                <w:szCs w:val="17"/>
                <w:lang w:val="pl-PL"/>
              </w:rPr>
              <w:t>Nie potrafi skutecznie realizować działań: opisywanie ludzi, charakteru, wyglądu, przedmiotów, ubrań i miejsc; określanie liczby i koloru; opowiadanie o teraźniejszości; literowanie i alfabet; poprawna wymowa ćwiczonych dźwięków.</w:t>
            </w:r>
          </w:p>
        </w:tc>
      </w:tr>
      <w:tr w:rsidR="5A79A215" w:rsidRPr="0081371B" w14:paraId="11098024" w14:textId="77777777" w:rsidTr="00C524C5">
        <w:trPr>
          <w:trHeight w:val="300"/>
          <w:jc w:val="center"/>
        </w:trPr>
        <w:tc>
          <w:tcPr>
            <w:tcW w:w="1843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2B8B5766" w14:textId="77777777" w:rsidR="5A79A215" w:rsidRDefault="5A79A215" w:rsidP="5A79A215">
            <w:pPr>
              <w:spacing w:after="30" w:line="240" w:lineRule="auto"/>
            </w:pPr>
            <w:r w:rsidRPr="5A79A215">
              <w:rPr>
                <w:b/>
                <w:bCs/>
                <w:sz w:val="17"/>
                <w:szCs w:val="17"/>
              </w:rPr>
              <w:t>Tworzenie wypowiedzi pisemnych</w:t>
            </w:r>
          </w:p>
        </w:tc>
        <w:tc>
          <w:tcPr>
            <w:tcW w:w="8469" w:type="dxa"/>
            <w:tcMar>
              <w:top w:w="100" w:type="dxa"/>
              <w:bottom w:w="100" w:type="dxa"/>
            </w:tcMar>
            <w:vAlign w:val="center"/>
          </w:tcPr>
          <w:p w14:paraId="189534A1" w14:textId="63662379" w:rsidR="5A79A215" w:rsidRPr="00132F33" w:rsidRDefault="5A79A215" w:rsidP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sz w:val="17"/>
                <w:szCs w:val="17"/>
                <w:lang w:val="pl-PL"/>
              </w:rPr>
              <w:t>Nie potrafi skutecznie realizować działań: krótkie, proste, spójne i logiczne opisy ludzi, wieku, charakteru, wyglądu, zwierząt, przedmiotów, ubrań, pokoju oraz członka rodziny.</w:t>
            </w:r>
          </w:p>
        </w:tc>
      </w:tr>
      <w:tr w:rsidR="5A79A215" w:rsidRPr="0081371B" w14:paraId="19B6764D" w14:textId="77777777" w:rsidTr="00C524C5">
        <w:trPr>
          <w:trHeight w:val="300"/>
          <w:jc w:val="center"/>
        </w:trPr>
        <w:tc>
          <w:tcPr>
            <w:tcW w:w="1843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713A884C" w14:textId="77777777" w:rsidR="5A79A215" w:rsidRDefault="5A79A215" w:rsidP="5A79A215">
            <w:pPr>
              <w:spacing w:after="30" w:line="240" w:lineRule="auto"/>
            </w:pPr>
            <w:r w:rsidRPr="5A79A215">
              <w:rPr>
                <w:b/>
                <w:bCs/>
                <w:sz w:val="17"/>
                <w:szCs w:val="17"/>
              </w:rPr>
              <w:lastRenderedPageBreak/>
              <w:t>Reagowanie ustne i pisemne</w:t>
            </w:r>
          </w:p>
        </w:tc>
        <w:tc>
          <w:tcPr>
            <w:tcW w:w="8469" w:type="dxa"/>
            <w:tcMar>
              <w:top w:w="100" w:type="dxa"/>
              <w:bottom w:w="100" w:type="dxa"/>
            </w:tcMar>
            <w:vAlign w:val="center"/>
          </w:tcPr>
          <w:p w14:paraId="47398B38" w14:textId="3946E040" w:rsidR="5A79A215" w:rsidRPr="00132F33" w:rsidRDefault="5A79A215" w:rsidP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sz w:val="17"/>
                <w:szCs w:val="17"/>
                <w:lang w:val="pl-PL"/>
              </w:rPr>
              <w:t>Nie potrafi skutecznie realizować działań: przedstawianie siebie i innych; uzyskiwanie i przekazywanie informacji o danych personalnych, wieku, charakterze, wyglądzie, liczbie, cenie, ubraniach, posiadaniu i rodzinie; prowadzenie rozmowy; wyrażanie opinii; stosowanie form grzecznościowych; pisemne opisy osoby, szkoły, zwierzęcia, pokoju i członka rodziny.</w:t>
            </w:r>
          </w:p>
        </w:tc>
      </w:tr>
      <w:tr w:rsidR="5A79A215" w:rsidRPr="0081371B" w14:paraId="173541FD" w14:textId="77777777" w:rsidTr="00C524C5">
        <w:trPr>
          <w:trHeight w:val="300"/>
          <w:jc w:val="center"/>
        </w:trPr>
        <w:tc>
          <w:tcPr>
            <w:tcW w:w="1843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0E6EF453" w14:textId="77777777" w:rsidR="5A79A215" w:rsidRDefault="5A79A215" w:rsidP="5A79A215">
            <w:pPr>
              <w:spacing w:after="30" w:line="240" w:lineRule="auto"/>
            </w:pPr>
            <w:r w:rsidRPr="5A79A215">
              <w:rPr>
                <w:b/>
                <w:bCs/>
                <w:sz w:val="17"/>
                <w:szCs w:val="17"/>
              </w:rPr>
              <w:t>Przetwarzanie tekstu</w:t>
            </w:r>
          </w:p>
        </w:tc>
        <w:tc>
          <w:tcPr>
            <w:tcW w:w="8469" w:type="dxa"/>
            <w:tcMar>
              <w:top w:w="100" w:type="dxa"/>
              <w:bottom w:w="100" w:type="dxa"/>
            </w:tcMar>
            <w:vAlign w:val="center"/>
          </w:tcPr>
          <w:p w14:paraId="2969B9C4" w14:textId="77777777" w:rsidR="5A79A215" w:rsidRPr="00132F33" w:rsidRDefault="5A79A215" w:rsidP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sz w:val="17"/>
                <w:szCs w:val="17"/>
                <w:lang w:val="pl-PL"/>
              </w:rPr>
              <w:t>Nie potrafi skutecznie realizować działań: przekazywanie informacji sformułowanych w języku obcym i polskim oraz zawartych w materiałach wizualnych; współtworzenie wypowiedzi..</w:t>
            </w:r>
          </w:p>
        </w:tc>
      </w:tr>
      <w:tr w:rsidR="5A79A215" w:rsidRPr="0081371B" w14:paraId="01041CF3" w14:textId="77777777" w:rsidTr="00C524C5">
        <w:trPr>
          <w:trHeight w:val="300"/>
          <w:jc w:val="center"/>
        </w:trPr>
        <w:tc>
          <w:tcPr>
            <w:tcW w:w="1843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5F067B1E" w14:textId="77777777" w:rsidR="5A79A215" w:rsidRDefault="5A79A215" w:rsidP="5A79A215">
            <w:pPr>
              <w:spacing w:after="30" w:line="240" w:lineRule="auto"/>
            </w:pPr>
            <w:r w:rsidRPr="5A79A215">
              <w:rPr>
                <w:b/>
                <w:bCs/>
                <w:sz w:val="17"/>
                <w:szCs w:val="17"/>
              </w:rPr>
              <w:t>Strategie, wiedza i postawy</w:t>
            </w:r>
          </w:p>
        </w:tc>
        <w:tc>
          <w:tcPr>
            <w:tcW w:w="8469" w:type="dxa"/>
            <w:tcMar>
              <w:top w:w="100" w:type="dxa"/>
              <w:bottom w:w="100" w:type="dxa"/>
            </w:tcMar>
            <w:vAlign w:val="center"/>
          </w:tcPr>
          <w:p w14:paraId="33222E03" w14:textId="67BDD25A" w:rsidR="5A79A215" w:rsidRPr="00132F33" w:rsidRDefault="5A79A215" w:rsidP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sz w:val="17"/>
                <w:szCs w:val="17"/>
                <w:lang w:val="pl-PL"/>
              </w:rPr>
              <w:t>Nie potrafi skutecznie realizować działań: samodzielna praca, współdziałanie, samoocena, wykorzystywanie informacji zwrotnej i TIK; wiedza o krajach i kulturach; ciekawość poznawcza i otwartość.</w:t>
            </w:r>
          </w:p>
        </w:tc>
      </w:tr>
    </w:tbl>
    <w:p w14:paraId="1160E171" w14:textId="7EAA0240" w:rsidR="00C2186F" w:rsidRPr="00132F33" w:rsidRDefault="5A79A215">
      <w:pPr>
        <w:pStyle w:val="Nagwek1"/>
        <w:rPr>
          <w:lang w:val="pl-PL"/>
        </w:rPr>
      </w:pPr>
      <w:r w:rsidRPr="00132F33">
        <w:rPr>
          <w:lang w:val="pl-PL"/>
        </w:rPr>
        <w:t>WYMAGANIA ROCZNE</w:t>
      </w:r>
    </w:p>
    <w:p w14:paraId="6038FAC1" w14:textId="2C2A2635" w:rsidR="00C2186F" w:rsidRPr="00132F33" w:rsidRDefault="5A79A215">
      <w:pPr>
        <w:rPr>
          <w:lang w:val="pl-PL"/>
        </w:rPr>
      </w:pPr>
      <w:r w:rsidRPr="00132F33">
        <w:rPr>
          <w:b/>
          <w:bCs/>
          <w:lang w:val="pl-PL"/>
        </w:rPr>
        <w:t xml:space="preserve">Zakres klasyfikacji: </w:t>
      </w:r>
      <w:r w:rsidRPr="00132F33">
        <w:rPr>
          <w:lang w:val="pl-PL"/>
        </w:rPr>
        <w:t xml:space="preserve">rozdziały 1-8. Wymagania roczne są kumulatywne i obejmują </w:t>
      </w:r>
      <w:r w:rsidR="1CB17B17" w:rsidRPr="00132F33">
        <w:rPr>
          <w:lang w:val="pl-PL"/>
        </w:rPr>
        <w:t>zakresy tematyczne oraz środki językowe</w:t>
      </w:r>
      <w:r w:rsidRPr="00132F33">
        <w:rPr>
          <w:lang w:val="pl-PL"/>
        </w:rPr>
        <w:t xml:space="preserve"> z całego roku szkolnego.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985"/>
        <w:gridCol w:w="8327"/>
      </w:tblGrid>
      <w:tr w:rsidR="5A79A215" w:rsidRPr="0081371B" w14:paraId="1C93141E" w14:textId="77777777" w:rsidTr="00C524C5">
        <w:trPr>
          <w:trHeight w:val="300"/>
          <w:jc w:val="center"/>
        </w:trPr>
        <w:tc>
          <w:tcPr>
            <w:tcW w:w="1985" w:type="dxa"/>
            <w:shd w:val="clear" w:color="auto" w:fill="C00000"/>
            <w:tcMar>
              <w:top w:w="100" w:type="dxa"/>
              <w:bottom w:w="100" w:type="dxa"/>
            </w:tcMar>
            <w:vAlign w:val="center"/>
          </w:tcPr>
          <w:p w14:paraId="424E072D" w14:textId="77777777" w:rsidR="5A79A215" w:rsidRDefault="5A79A215" w:rsidP="5A79A215">
            <w:pPr>
              <w:spacing w:after="30" w:line="240" w:lineRule="auto"/>
            </w:pPr>
            <w:r w:rsidRPr="5A79A215">
              <w:rPr>
                <w:b/>
                <w:bCs/>
                <w:color w:val="FFFFFF" w:themeColor="background1"/>
                <w:sz w:val="17"/>
                <w:szCs w:val="17"/>
              </w:rPr>
              <w:t>Zakres tematyczny</w:t>
            </w:r>
          </w:p>
        </w:tc>
        <w:tc>
          <w:tcPr>
            <w:tcW w:w="8327" w:type="dxa"/>
            <w:shd w:val="clear" w:color="auto" w:fill="FFF7F7"/>
            <w:tcMar>
              <w:top w:w="100" w:type="dxa"/>
              <w:bottom w:w="100" w:type="dxa"/>
            </w:tcMar>
            <w:vAlign w:val="center"/>
          </w:tcPr>
          <w:p w14:paraId="5C2D72C6" w14:textId="77777777" w:rsidR="5A79A215" w:rsidRPr="00132F33" w:rsidRDefault="5A79A215" w:rsidP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sz w:val="17"/>
                <w:szCs w:val="17"/>
                <w:lang w:val="pl-PL"/>
              </w:rPr>
              <w:t>Alfabet; liczby 1-100; przybory szkolne; dane personalne; przymiotniki opisujące charakter; wybrane kraje; posiadane przedmioty; ubrania; pomieszczenia i wyposażenie domu; członkowie rodziny; wygląd zewnętrzny, w tym rodzaje włosów; zwierzęta i rośliny; środki transportu; kupowanie i sprzedawanie. Czynności i umiejętności; jedzenie, owoce, warzywa i posiłki; zakupy; formy spędzania czasu wolnego; sporty i obiekty sportowe; codzienne rutyny; dni tygodnia, pory dnia i godziny; zajęcia pozalekcyjne; czynności związane z przygodami; miejsca w mieście i orientacja w terenie; obozy wakacyjne i atrakcje turystyczne; samopoczucie; zwierzęta.</w:t>
            </w:r>
          </w:p>
        </w:tc>
      </w:tr>
      <w:tr w:rsidR="5A79A215" w:rsidRPr="0081371B" w14:paraId="322F33E3" w14:textId="77777777" w:rsidTr="00C524C5">
        <w:trPr>
          <w:trHeight w:val="300"/>
          <w:jc w:val="center"/>
        </w:trPr>
        <w:tc>
          <w:tcPr>
            <w:tcW w:w="1985" w:type="dxa"/>
            <w:shd w:val="clear" w:color="auto" w:fill="C00000"/>
            <w:tcMar>
              <w:top w:w="100" w:type="dxa"/>
              <w:bottom w:w="100" w:type="dxa"/>
            </w:tcMar>
            <w:vAlign w:val="center"/>
          </w:tcPr>
          <w:p w14:paraId="3B3A7357" w14:textId="77777777" w:rsidR="5A79A215" w:rsidRDefault="5A79A215" w:rsidP="5A79A215">
            <w:pPr>
              <w:spacing w:after="30" w:line="240" w:lineRule="auto"/>
            </w:pPr>
            <w:r w:rsidRPr="5A79A215">
              <w:rPr>
                <w:b/>
                <w:bCs/>
                <w:color w:val="FFFFFF" w:themeColor="background1"/>
                <w:sz w:val="17"/>
                <w:szCs w:val="17"/>
              </w:rPr>
              <w:t>Środki językowe</w:t>
            </w:r>
          </w:p>
        </w:tc>
        <w:tc>
          <w:tcPr>
            <w:tcW w:w="8327" w:type="dxa"/>
            <w:shd w:val="clear" w:color="auto" w:fill="FFF7F7"/>
            <w:tcMar>
              <w:top w:w="100" w:type="dxa"/>
              <w:bottom w:w="100" w:type="dxa"/>
            </w:tcMar>
            <w:vAlign w:val="center"/>
          </w:tcPr>
          <w:p w14:paraId="1BCC91A6" w14:textId="77777777" w:rsidR="5A79A215" w:rsidRPr="00132F33" w:rsidRDefault="5A79A215" w:rsidP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sz w:val="17"/>
                <w:szCs w:val="17"/>
                <w:lang w:val="pl-PL"/>
              </w:rPr>
              <w:t>My name’s...; This is...; liczba pojedyncza i mnoga rzeczowników; zaimki osobowe; pełne i skrócone formy to be; a/an; to be w Present Simple w zdaniach twierdzących, przeczących i pytających oraz krótkich odpowiedziach; who, what, where; It’s/They’re; dopełniacz saksoński; Whose; przymiotniki dzierżawcze; this, that, these, those; How much is/are...?; have got w zdaniach twierdzących, przeczących i pytających. can w zdaniach twierdzących, przeczących i pytających; przysłówki sposobu z can; can do wyrażania umiejętności, możliwości, prośby i pozwolenia; rzeczowniki policzalne i niepoliczalne; some, any, a lot of; there is/there are; Let’s...; określanie przynależności; Present Simple w zdaniach twierdzących, przeczących i pytających oraz krótkich odpowiedziach; It’s time to...; Present Continuous w zdaniach twierdzących, przeczących i pytających oraz krótkich odpowiedziach; tryb rozkazujący.</w:t>
            </w:r>
          </w:p>
        </w:tc>
      </w:tr>
    </w:tbl>
    <w:p w14:paraId="243AE73D" w14:textId="77777777" w:rsidR="7F7390B8" w:rsidRPr="00132F33" w:rsidRDefault="7F7390B8" w:rsidP="5A79A215">
      <w:pPr>
        <w:pStyle w:val="Nagwek2"/>
        <w:rPr>
          <w:lang w:val="pl-PL"/>
        </w:rPr>
      </w:pPr>
      <w:r w:rsidRPr="00132F33">
        <w:rPr>
          <w:lang w:val="pl-PL"/>
        </w:rPr>
        <w:t>Ocena 6 - celująca</w:t>
      </w:r>
    </w:p>
    <w:p w14:paraId="609F6934" w14:textId="77777777" w:rsidR="7F7390B8" w:rsidRPr="00132F33" w:rsidRDefault="7F7390B8">
      <w:pPr>
        <w:rPr>
          <w:lang w:val="pl-PL"/>
        </w:rPr>
      </w:pPr>
      <w:r w:rsidRPr="00132F33">
        <w:rPr>
          <w:b/>
          <w:bCs/>
          <w:lang w:val="pl-PL"/>
        </w:rPr>
        <w:t xml:space="preserve">Ogólny poziom spełnienia wymagań: </w:t>
      </w:r>
      <w:r w:rsidRPr="00132F33">
        <w:rPr>
          <w:lang w:val="pl-PL"/>
        </w:rPr>
        <w:t>opanował pełny zakres wymagań na bardzo wysokim poziomie; działa swobodnie, płynnie, precyzyjnie i niemal bezbłędnie, elastycznie wykorzystując poznane środki.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985"/>
        <w:gridCol w:w="8327"/>
      </w:tblGrid>
      <w:tr w:rsidR="5A79A215" w:rsidRPr="0081371B" w14:paraId="6D2B67B7" w14:textId="77777777" w:rsidTr="00C524C5">
        <w:trPr>
          <w:trHeight w:val="300"/>
          <w:jc w:val="center"/>
        </w:trPr>
        <w:tc>
          <w:tcPr>
            <w:tcW w:w="1985" w:type="dxa"/>
            <w:shd w:val="clear" w:color="auto" w:fill="333333"/>
            <w:tcMar>
              <w:top w:w="100" w:type="dxa"/>
              <w:bottom w:w="100" w:type="dxa"/>
            </w:tcMar>
            <w:vAlign w:val="center"/>
          </w:tcPr>
          <w:p w14:paraId="6E62F211" w14:textId="77777777" w:rsidR="5A79A215" w:rsidRDefault="5A79A215" w:rsidP="5A79A215">
            <w:pPr>
              <w:spacing w:after="30" w:line="240" w:lineRule="auto"/>
            </w:pPr>
            <w:r w:rsidRPr="5A79A215">
              <w:rPr>
                <w:b/>
                <w:bCs/>
                <w:color w:val="FFFFFF" w:themeColor="background1"/>
                <w:sz w:val="17"/>
                <w:szCs w:val="17"/>
              </w:rPr>
              <w:t>Obszar</w:t>
            </w:r>
          </w:p>
        </w:tc>
        <w:tc>
          <w:tcPr>
            <w:tcW w:w="8327" w:type="dxa"/>
            <w:shd w:val="clear" w:color="auto" w:fill="333333"/>
            <w:tcMar>
              <w:top w:w="100" w:type="dxa"/>
              <w:bottom w:w="100" w:type="dxa"/>
            </w:tcMar>
            <w:vAlign w:val="center"/>
          </w:tcPr>
          <w:p w14:paraId="35EF873D" w14:textId="77777777" w:rsidR="5A79A215" w:rsidRPr="00132F33" w:rsidRDefault="5A79A215" w:rsidP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b/>
                <w:bCs/>
                <w:color w:val="FFFFFF" w:themeColor="background1"/>
                <w:sz w:val="17"/>
                <w:szCs w:val="17"/>
                <w:lang w:val="pl-PL"/>
              </w:rPr>
              <w:t>Wymagania niezbędne do otrzymania oceny</w:t>
            </w:r>
          </w:p>
        </w:tc>
      </w:tr>
      <w:tr w:rsidR="5A79A215" w:rsidRPr="0081371B" w14:paraId="1954F4E5" w14:textId="77777777" w:rsidTr="00C524C5">
        <w:trPr>
          <w:trHeight w:val="300"/>
          <w:jc w:val="center"/>
        </w:trPr>
        <w:tc>
          <w:tcPr>
            <w:tcW w:w="1985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31963610" w14:textId="77777777" w:rsidR="5A79A215" w:rsidRDefault="5A79A215" w:rsidP="5A79A215">
            <w:pPr>
              <w:spacing w:after="30" w:line="240" w:lineRule="auto"/>
            </w:pPr>
            <w:r w:rsidRPr="5A79A215">
              <w:rPr>
                <w:b/>
                <w:bCs/>
                <w:sz w:val="17"/>
                <w:szCs w:val="17"/>
              </w:rPr>
              <w:t>Znajomość środków językowych</w:t>
            </w:r>
          </w:p>
        </w:tc>
        <w:tc>
          <w:tcPr>
            <w:tcW w:w="8327" w:type="dxa"/>
            <w:tcMar>
              <w:top w:w="100" w:type="dxa"/>
              <w:bottom w:w="100" w:type="dxa"/>
            </w:tcMar>
            <w:vAlign w:val="center"/>
          </w:tcPr>
          <w:p w14:paraId="19BFED7B" w14:textId="77777777" w:rsidR="5A79A215" w:rsidRPr="00132F33" w:rsidRDefault="5A79A215" w:rsidP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sz w:val="17"/>
                <w:szCs w:val="17"/>
                <w:lang w:val="pl-PL"/>
              </w:rPr>
              <w:t>Swobodnie, precyzyjnie i niemal bezbłędnie stosuje pełny zakres słownictwa i struktur, elastycznie łącząc poznane środki.</w:t>
            </w:r>
          </w:p>
        </w:tc>
      </w:tr>
      <w:tr w:rsidR="5A79A215" w:rsidRPr="0081371B" w14:paraId="7AB359E5" w14:textId="77777777" w:rsidTr="00C524C5">
        <w:trPr>
          <w:trHeight w:val="300"/>
          <w:jc w:val="center"/>
        </w:trPr>
        <w:tc>
          <w:tcPr>
            <w:tcW w:w="1985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60F11BF0" w14:textId="77777777" w:rsidR="5A79A215" w:rsidRDefault="5A79A215" w:rsidP="5A79A215">
            <w:pPr>
              <w:spacing w:after="30" w:line="240" w:lineRule="auto"/>
            </w:pPr>
            <w:r w:rsidRPr="5A79A215">
              <w:rPr>
                <w:b/>
                <w:bCs/>
                <w:sz w:val="17"/>
                <w:szCs w:val="17"/>
              </w:rPr>
              <w:t>Rozumienie wypowiedzi ustnych</w:t>
            </w:r>
          </w:p>
        </w:tc>
        <w:tc>
          <w:tcPr>
            <w:tcW w:w="8327" w:type="dxa"/>
            <w:tcMar>
              <w:top w:w="100" w:type="dxa"/>
              <w:bottom w:w="100" w:type="dxa"/>
            </w:tcMar>
            <w:vAlign w:val="center"/>
          </w:tcPr>
          <w:p w14:paraId="6B56CCD6" w14:textId="366E5541" w:rsidR="5A79A215" w:rsidRPr="00132F33" w:rsidRDefault="5A79A215" w:rsidP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sz w:val="17"/>
                <w:szCs w:val="17"/>
                <w:lang w:val="pl-PL"/>
              </w:rPr>
              <w:t>Swobodnie, precyzyjnie i niemal bezbłędnie realizuje pełny zakres działań, także w zadaniach wymagających łączenia informacji: reagowanie na polecenia; określanie głównej myśli, intencji i kontekstu; wyszukiwanie informacji szczegółowych. Ponadto: reagowanie na polecenia; określanie głównej myśli, intencji i kontekstu; wyszukiwanie informacji szczegółowych.</w:t>
            </w:r>
          </w:p>
        </w:tc>
      </w:tr>
      <w:tr w:rsidR="5A79A215" w:rsidRPr="0081371B" w14:paraId="3920D210" w14:textId="77777777" w:rsidTr="00C524C5">
        <w:trPr>
          <w:trHeight w:val="300"/>
          <w:jc w:val="center"/>
        </w:trPr>
        <w:tc>
          <w:tcPr>
            <w:tcW w:w="1985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2B32D393" w14:textId="77777777" w:rsidR="5A79A215" w:rsidRDefault="5A79A215" w:rsidP="5A79A215">
            <w:pPr>
              <w:spacing w:after="30" w:line="240" w:lineRule="auto"/>
            </w:pPr>
            <w:r w:rsidRPr="5A79A215">
              <w:rPr>
                <w:b/>
                <w:bCs/>
                <w:sz w:val="17"/>
                <w:szCs w:val="17"/>
              </w:rPr>
              <w:t>Rozumienie wypowiedzi pisemnych</w:t>
            </w:r>
          </w:p>
        </w:tc>
        <w:tc>
          <w:tcPr>
            <w:tcW w:w="8327" w:type="dxa"/>
            <w:tcMar>
              <w:top w:w="100" w:type="dxa"/>
              <w:bottom w:w="100" w:type="dxa"/>
            </w:tcMar>
            <w:vAlign w:val="center"/>
          </w:tcPr>
          <w:p w14:paraId="631004CC" w14:textId="0CBB553A" w:rsidR="5A79A215" w:rsidRPr="00132F33" w:rsidRDefault="5A79A215" w:rsidP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sz w:val="17"/>
                <w:szCs w:val="17"/>
                <w:lang w:val="pl-PL"/>
              </w:rPr>
              <w:t>Swobodnie, precyzyjnie i niemal bezbłędnie realizuje pełny zakres działań, także w zadaniach wymagających łączenia informacji: określanie głównej myśli, intencji i kontekstu; wyszukiwanie informacji szczegółowych. Ponadto: określanie głównej myśli, intencji i kontekstu; wyszukiwanie informacji szczegółowych.</w:t>
            </w:r>
          </w:p>
        </w:tc>
      </w:tr>
      <w:tr w:rsidR="5A79A215" w:rsidRPr="0081371B" w14:paraId="716BD8D1" w14:textId="77777777" w:rsidTr="00C524C5">
        <w:trPr>
          <w:trHeight w:val="300"/>
          <w:jc w:val="center"/>
        </w:trPr>
        <w:tc>
          <w:tcPr>
            <w:tcW w:w="1985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161ECBF1" w14:textId="77777777" w:rsidR="5A79A215" w:rsidRDefault="5A79A215" w:rsidP="5A79A215">
            <w:pPr>
              <w:spacing w:after="30" w:line="240" w:lineRule="auto"/>
            </w:pPr>
            <w:r w:rsidRPr="5A79A215">
              <w:rPr>
                <w:b/>
                <w:bCs/>
                <w:sz w:val="17"/>
                <w:szCs w:val="17"/>
              </w:rPr>
              <w:t>Tworzenie wypowiedzi ustnych</w:t>
            </w:r>
          </w:p>
        </w:tc>
        <w:tc>
          <w:tcPr>
            <w:tcW w:w="8327" w:type="dxa"/>
            <w:tcMar>
              <w:top w:w="100" w:type="dxa"/>
              <w:bottom w:w="100" w:type="dxa"/>
            </w:tcMar>
            <w:vAlign w:val="center"/>
          </w:tcPr>
          <w:p w14:paraId="314D665A" w14:textId="120D74D5" w:rsidR="5A79A215" w:rsidRPr="00132F33" w:rsidRDefault="5A79A215" w:rsidP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sz w:val="17"/>
                <w:szCs w:val="17"/>
                <w:lang w:val="pl-PL"/>
              </w:rPr>
              <w:t>Swobodnie, precyzyjnie i niemal bezbłędnie realizuje pełny zakres działań, także w zadaniach wymagających łączenia informacji: opisywanie ludzi, charakteru, wyglądu, przedmiotów, ubrań i miejsc; określanie liczby i koloru; opowiadanie o teraźniejszości; literowanie i alfabet; poprawna wymowa ćwiczonych dźwięków. Ponadto: opowiadanie o czynnościach teraźniejszych i umiejętnościach; opisywanie zakupów, produktów, potraw, sportów, obozów, okolicy i atrakcji; rutyny, czas wolny, dni i godziny; wyrażanie opinii; wymowa ćwiczonych dźwięków.</w:t>
            </w:r>
          </w:p>
        </w:tc>
      </w:tr>
      <w:tr w:rsidR="5A79A215" w:rsidRPr="0081371B" w14:paraId="766D9F64" w14:textId="77777777" w:rsidTr="00C524C5">
        <w:trPr>
          <w:trHeight w:val="300"/>
          <w:jc w:val="center"/>
        </w:trPr>
        <w:tc>
          <w:tcPr>
            <w:tcW w:w="1985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18D458EE" w14:textId="77777777" w:rsidR="5A79A215" w:rsidRDefault="5A79A215" w:rsidP="5A79A215">
            <w:pPr>
              <w:spacing w:after="30" w:line="240" w:lineRule="auto"/>
            </w:pPr>
            <w:r w:rsidRPr="5A79A215">
              <w:rPr>
                <w:b/>
                <w:bCs/>
                <w:sz w:val="17"/>
                <w:szCs w:val="17"/>
              </w:rPr>
              <w:t xml:space="preserve">Tworzenie wypowiedzi </w:t>
            </w:r>
            <w:r w:rsidRPr="5A79A215">
              <w:rPr>
                <w:b/>
                <w:bCs/>
                <w:sz w:val="17"/>
                <w:szCs w:val="17"/>
              </w:rPr>
              <w:lastRenderedPageBreak/>
              <w:t>pisemnych</w:t>
            </w:r>
          </w:p>
        </w:tc>
        <w:tc>
          <w:tcPr>
            <w:tcW w:w="8327" w:type="dxa"/>
            <w:tcMar>
              <w:top w:w="100" w:type="dxa"/>
              <w:bottom w:w="100" w:type="dxa"/>
            </w:tcMar>
            <w:vAlign w:val="center"/>
          </w:tcPr>
          <w:p w14:paraId="27504AE6" w14:textId="40235059" w:rsidR="5A79A215" w:rsidRPr="00132F33" w:rsidRDefault="5A79A215" w:rsidP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sz w:val="17"/>
                <w:szCs w:val="17"/>
                <w:lang w:val="pl-PL"/>
              </w:rPr>
              <w:lastRenderedPageBreak/>
              <w:t xml:space="preserve">Swobodnie, precyzyjnie i niemal bezbłędnie realizuje pełny zakres działań, także w zadaniach wymagających </w:t>
            </w:r>
            <w:r w:rsidRPr="00132F33">
              <w:rPr>
                <w:sz w:val="17"/>
                <w:szCs w:val="17"/>
                <w:lang w:val="pl-PL"/>
              </w:rPr>
              <w:lastRenderedPageBreak/>
              <w:t>łączenia informacji: krótkie, proste, spójne i logiczne opisy ludzi, wieku, charakteru, wyglądu, zwierząt, przedmiotów, ubrań, pokoju oraz członka rodziny. Ponadto: opisywanie umiejętności ludzi i zwierząt, produktów i ich ilości, lodówki, smoothie, obozu wakacyjnego, rutyny zwierzęcia, nakazów i zakazów oraz czynności przedstawionych na obrazku.</w:t>
            </w:r>
          </w:p>
        </w:tc>
      </w:tr>
      <w:tr w:rsidR="5A79A215" w:rsidRPr="0081371B" w14:paraId="14F45429" w14:textId="77777777" w:rsidTr="00C524C5">
        <w:trPr>
          <w:trHeight w:val="300"/>
          <w:jc w:val="center"/>
        </w:trPr>
        <w:tc>
          <w:tcPr>
            <w:tcW w:w="1985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6622A3C1" w14:textId="77777777" w:rsidR="5A79A215" w:rsidRDefault="5A79A215" w:rsidP="5A79A215">
            <w:pPr>
              <w:spacing w:after="30" w:line="240" w:lineRule="auto"/>
            </w:pPr>
            <w:r w:rsidRPr="5A79A215">
              <w:rPr>
                <w:b/>
                <w:bCs/>
                <w:sz w:val="17"/>
                <w:szCs w:val="17"/>
              </w:rPr>
              <w:lastRenderedPageBreak/>
              <w:t>Reagowanie ustne i pisemne</w:t>
            </w:r>
          </w:p>
        </w:tc>
        <w:tc>
          <w:tcPr>
            <w:tcW w:w="8327" w:type="dxa"/>
            <w:tcMar>
              <w:top w:w="100" w:type="dxa"/>
              <w:bottom w:w="100" w:type="dxa"/>
            </w:tcMar>
            <w:vAlign w:val="center"/>
          </w:tcPr>
          <w:p w14:paraId="0F339A3E" w14:textId="17CCF58F" w:rsidR="5A79A215" w:rsidRPr="00132F33" w:rsidRDefault="5A79A215" w:rsidP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sz w:val="17"/>
                <w:szCs w:val="17"/>
                <w:lang w:val="pl-PL"/>
              </w:rPr>
              <w:t>Swobodnie, precyzyjnie i niemal bezbłędnie realizuje pełny zakres działań, także w zadaniach wymagających łączenia informacji: przedstawianie siebie i innych; uzyskiwanie i przekazywanie informacji o danych personalnych, wieku, charakterze, wyglądzie, liczbie, cenie, ubraniach, posiadaniu i rodzinie; prowadzenie rozmowy; wyrażanie opinii; stosowanie form grzecznościowych; pisemne opisy osoby, szkoły, zwierzęcia, pokoju i członka rodziny. Ponadto: uzyskiwanie i przekazywanie informacji o umiejętnościach, jedzeniu, rutynach, czasie i czynnościach; wyrażanie opinii, upodobań, intencji i próśb; pytanie o pozwolenie; podziękowanie; wskazywanie drogi; dialog w barze sałatkowym; opis robota.</w:t>
            </w:r>
          </w:p>
        </w:tc>
      </w:tr>
      <w:tr w:rsidR="5A79A215" w:rsidRPr="0081371B" w14:paraId="6A994D17" w14:textId="77777777" w:rsidTr="00C524C5">
        <w:trPr>
          <w:trHeight w:val="300"/>
          <w:jc w:val="center"/>
        </w:trPr>
        <w:tc>
          <w:tcPr>
            <w:tcW w:w="1985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56BD8CB2" w14:textId="77777777" w:rsidR="5A79A215" w:rsidRDefault="5A79A215" w:rsidP="5A79A215">
            <w:pPr>
              <w:spacing w:after="30" w:line="240" w:lineRule="auto"/>
            </w:pPr>
            <w:r w:rsidRPr="5A79A215">
              <w:rPr>
                <w:b/>
                <w:bCs/>
                <w:sz w:val="17"/>
                <w:szCs w:val="17"/>
              </w:rPr>
              <w:t>Przetwarzanie tekstu</w:t>
            </w:r>
          </w:p>
        </w:tc>
        <w:tc>
          <w:tcPr>
            <w:tcW w:w="8327" w:type="dxa"/>
            <w:tcMar>
              <w:top w:w="100" w:type="dxa"/>
              <w:bottom w:w="100" w:type="dxa"/>
            </w:tcMar>
            <w:vAlign w:val="center"/>
          </w:tcPr>
          <w:p w14:paraId="7CCC43DB" w14:textId="77777777" w:rsidR="5A79A215" w:rsidRPr="00132F33" w:rsidRDefault="5A79A215" w:rsidP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sz w:val="17"/>
                <w:szCs w:val="17"/>
                <w:lang w:val="pl-PL"/>
              </w:rPr>
              <w:t>Swobodnie, precyzyjnie i niemal bezbłędnie realizuje pełny zakres działań, także w zadaniach wymagających łączenia informacji: przekazywanie informacji sformułowanych w języku obcym i polskim oraz zawartych w materiałach wizualnych; współtworzenie wypowiedzi. Ponadto: przekazywanie informacji sformułowanych w języku obcym i polskim oraz zawartych w materiałach wizualnych; współtworzenie wypowiedzi..</w:t>
            </w:r>
          </w:p>
        </w:tc>
      </w:tr>
      <w:tr w:rsidR="5A79A215" w:rsidRPr="0081371B" w14:paraId="18F76F31" w14:textId="77777777" w:rsidTr="00C524C5">
        <w:trPr>
          <w:trHeight w:val="300"/>
          <w:jc w:val="center"/>
        </w:trPr>
        <w:tc>
          <w:tcPr>
            <w:tcW w:w="1985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51447765" w14:textId="77777777" w:rsidR="5A79A215" w:rsidRDefault="5A79A215" w:rsidP="5A79A215">
            <w:pPr>
              <w:spacing w:after="30" w:line="240" w:lineRule="auto"/>
            </w:pPr>
            <w:r w:rsidRPr="5A79A215">
              <w:rPr>
                <w:b/>
                <w:bCs/>
                <w:sz w:val="17"/>
                <w:szCs w:val="17"/>
              </w:rPr>
              <w:t>Strategie, wiedza i postawy</w:t>
            </w:r>
          </w:p>
        </w:tc>
        <w:tc>
          <w:tcPr>
            <w:tcW w:w="8327" w:type="dxa"/>
            <w:tcMar>
              <w:top w:w="100" w:type="dxa"/>
              <w:bottom w:w="100" w:type="dxa"/>
            </w:tcMar>
            <w:vAlign w:val="center"/>
          </w:tcPr>
          <w:p w14:paraId="5E13A242" w14:textId="4425B868" w:rsidR="5A79A215" w:rsidRPr="00132F33" w:rsidRDefault="5A79A215" w:rsidP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sz w:val="17"/>
                <w:szCs w:val="17"/>
                <w:lang w:val="pl-PL"/>
              </w:rPr>
              <w:t>Swobodnie, precyzyjnie i niemal bezbłędnie realizuje pełny zakres działań, także w zadaniach wymagających łączenia informacji: samodzielna praca, współdziałanie, samoocena, wykorzystywanie informacji zwrotnej i TIK; wiedza o krajach i kulturach; ciekawość poznawcza i otwartość. Ponadto: samodzielna praca, współdziałanie, samoocena, wykorzystywanie informacji zwrotnej i TIK; wiedza o krajach i kulturach; ciekawość poznawcza i otwartość.</w:t>
            </w:r>
          </w:p>
        </w:tc>
      </w:tr>
    </w:tbl>
    <w:p w14:paraId="2FEEFA12" w14:textId="714CBD5D" w:rsidR="7B8B4710" w:rsidRPr="00132F33" w:rsidRDefault="7B8B4710" w:rsidP="5A79A215">
      <w:pPr>
        <w:pStyle w:val="Nagwek2"/>
        <w:rPr>
          <w:lang w:val="pl-PL"/>
        </w:rPr>
      </w:pPr>
      <w:r w:rsidRPr="00132F33">
        <w:rPr>
          <w:lang w:val="pl-PL"/>
        </w:rPr>
        <w:t>Ocena 5 - bardzo dobra</w:t>
      </w:r>
    </w:p>
    <w:p w14:paraId="0686D31E" w14:textId="77777777" w:rsidR="7B8B4710" w:rsidRPr="00132F33" w:rsidRDefault="7B8B4710">
      <w:pPr>
        <w:rPr>
          <w:lang w:val="pl-PL"/>
        </w:rPr>
      </w:pPr>
      <w:r w:rsidRPr="00132F33">
        <w:rPr>
          <w:b/>
          <w:bCs/>
          <w:lang w:val="pl-PL"/>
        </w:rPr>
        <w:t xml:space="preserve">Ogólny poziom spełnienia wymagań: </w:t>
      </w:r>
      <w:r w:rsidRPr="00132F33">
        <w:rPr>
          <w:lang w:val="pl-PL"/>
        </w:rPr>
        <w:t>opanował pełny zakres wymagań; samodzielnie, sprawnie i poprawnie wykonuje zadania, a sporadyczne błędy nie wpływają na zrozumienie.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127"/>
        <w:gridCol w:w="8185"/>
      </w:tblGrid>
      <w:tr w:rsidR="5A79A215" w:rsidRPr="0081371B" w14:paraId="11B9B88D" w14:textId="77777777" w:rsidTr="00C524C5">
        <w:trPr>
          <w:trHeight w:val="300"/>
          <w:jc w:val="center"/>
        </w:trPr>
        <w:tc>
          <w:tcPr>
            <w:tcW w:w="2127" w:type="dxa"/>
            <w:shd w:val="clear" w:color="auto" w:fill="333333"/>
            <w:tcMar>
              <w:top w:w="100" w:type="dxa"/>
              <w:bottom w:w="100" w:type="dxa"/>
            </w:tcMar>
            <w:vAlign w:val="center"/>
          </w:tcPr>
          <w:p w14:paraId="13775C95" w14:textId="77777777" w:rsidR="5A79A215" w:rsidRDefault="5A79A215" w:rsidP="5A79A215">
            <w:pPr>
              <w:spacing w:after="30" w:line="240" w:lineRule="auto"/>
            </w:pPr>
            <w:r w:rsidRPr="5A79A215">
              <w:rPr>
                <w:b/>
                <w:bCs/>
                <w:color w:val="FFFFFF" w:themeColor="background1"/>
                <w:sz w:val="17"/>
                <w:szCs w:val="17"/>
              </w:rPr>
              <w:t>Obszar</w:t>
            </w:r>
          </w:p>
        </w:tc>
        <w:tc>
          <w:tcPr>
            <w:tcW w:w="8185" w:type="dxa"/>
            <w:shd w:val="clear" w:color="auto" w:fill="333333"/>
            <w:tcMar>
              <w:top w:w="100" w:type="dxa"/>
              <w:bottom w:w="100" w:type="dxa"/>
            </w:tcMar>
            <w:vAlign w:val="center"/>
          </w:tcPr>
          <w:p w14:paraId="702306A6" w14:textId="77777777" w:rsidR="5A79A215" w:rsidRPr="00132F33" w:rsidRDefault="5A79A215" w:rsidP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b/>
                <w:bCs/>
                <w:color w:val="FFFFFF" w:themeColor="background1"/>
                <w:sz w:val="17"/>
                <w:szCs w:val="17"/>
                <w:lang w:val="pl-PL"/>
              </w:rPr>
              <w:t>Wymagania niezbędne do otrzymania oceny</w:t>
            </w:r>
          </w:p>
        </w:tc>
      </w:tr>
      <w:tr w:rsidR="5A79A215" w:rsidRPr="0081371B" w14:paraId="709FE014" w14:textId="77777777" w:rsidTr="00C524C5">
        <w:trPr>
          <w:trHeight w:val="300"/>
          <w:jc w:val="center"/>
        </w:trPr>
        <w:tc>
          <w:tcPr>
            <w:tcW w:w="2127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513E7624" w14:textId="77777777" w:rsidR="5A79A215" w:rsidRDefault="5A79A215" w:rsidP="5A79A215">
            <w:pPr>
              <w:spacing w:after="30" w:line="240" w:lineRule="auto"/>
            </w:pPr>
            <w:r w:rsidRPr="5A79A215">
              <w:rPr>
                <w:b/>
                <w:bCs/>
                <w:sz w:val="17"/>
                <w:szCs w:val="17"/>
              </w:rPr>
              <w:t>Znajomość środków językowych</w:t>
            </w:r>
          </w:p>
        </w:tc>
        <w:tc>
          <w:tcPr>
            <w:tcW w:w="8185" w:type="dxa"/>
            <w:tcMar>
              <w:top w:w="100" w:type="dxa"/>
              <w:bottom w:w="100" w:type="dxa"/>
            </w:tcMar>
            <w:vAlign w:val="center"/>
          </w:tcPr>
          <w:p w14:paraId="302C5A86" w14:textId="77777777" w:rsidR="5A79A215" w:rsidRPr="00132F33" w:rsidRDefault="5A79A215" w:rsidP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sz w:val="17"/>
                <w:szCs w:val="17"/>
                <w:lang w:val="pl-PL"/>
              </w:rPr>
              <w:t>Zna i poprawnie stosuje pełny zakres słownictwa i struktur, samodzielnie dobierając środki do zadania.</w:t>
            </w:r>
          </w:p>
        </w:tc>
      </w:tr>
      <w:tr w:rsidR="5A79A215" w:rsidRPr="0081371B" w14:paraId="605617C3" w14:textId="77777777" w:rsidTr="00C524C5">
        <w:trPr>
          <w:trHeight w:val="300"/>
          <w:jc w:val="center"/>
        </w:trPr>
        <w:tc>
          <w:tcPr>
            <w:tcW w:w="2127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60C88BB4" w14:textId="77777777" w:rsidR="5A79A215" w:rsidRDefault="5A79A215" w:rsidP="5A79A215">
            <w:pPr>
              <w:spacing w:after="30" w:line="240" w:lineRule="auto"/>
            </w:pPr>
            <w:r w:rsidRPr="5A79A215">
              <w:rPr>
                <w:b/>
                <w:bCs/>
                <w:sz w:val="17"/>
                <w:szCs w:val="17"/>
              </w:rPr>
              <w:t>Rozumienie wypowiedzi ustnych</w:t>
            </w:r>
          </w:p>
        </w:tc>
        <w:tc>
          <w:tcPr>
            <w:tcW w:w="8185" w:type="dxa"/>
            <w:tcMar>
              <w:top w:w="100" w:type="dxa"/>
              <w:bottom w:w="100" w:type="dxa"/>
            </w:tcMar>
            <w:vAlign w:val="center"/>
          </w:tcPr>
          <w:p w14:paraId="40E9BB00" w14:textId="7F2515C8" w:rsidR="5A79A215" w:rsidRPr="00132F33" w:rsidRDefault="5A79A215" w:rsidP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sz w:val="17"/>
                <w:szCs w:val="17"/>
                <w:lang w:val="pl-PL"/>
              </w:rPr>
              <w:t>Samodzielnie, sprawnie i poprawnie realizuje pełny zakres działań: reagowanie na polecenia; określanie głównej myśli, intencji i kontekstu; wyszukiwanie informacji szczegółowych. Ponadto: reagowanie na polecenia; określanie głównej myśli, intencji i kontekstu; wyszukiwanie informacji szczegółowych.</w:t>
            </w:r>
          </w:p>
        </w:tc>
      </w:tr>
      <w:tr w:rsidR="5A79A215" w:rsidRPr="0081371B" w14:paraId="5F84CADC" w14:textId="77777777" w:rsidTr="00C524C5">
        <w:trPr>
          <w:trHeight w:val="300"/>
          <w:jc w:val="center"/>
        </w:trPr>
        <w:tc>
          <w:tcPr>
            <w:tcW w:w="2127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0C350CF8" w14:textId="77777777" w:rsidR="5A79A215" w:rsidRDefault="5A79A215" w:rsidP="5A79A215">
            <w:pPr>
              <w:spacing w:after="30" w:line="240" w:lineRule="auto"/>
            </w:pPr>
            <w:r w:rsidRPr="5A79A215">
              <w:rPr>
                <w:b/>
                <w:bCs/>
                <w:sz w:val="17"/>
                <w:szCs w:val="17"/>
              </w:rPr>
              <w:t>Rozumienie wypowiedzi pisemnych</w:t>
            </w:r>
          </w:p>
        </w:tc>
        <w:tc>
          <w:tcPr>
            <w:tcW w:w="8185" w:type="dxa"/>
            <w:tcMar>
              <w:top w:w="100" w:type="dxa"/>
              <w:bottom w:w="100" w:type="dxa"/>
            </w:tcMar>
            <w:vAlign w:val="center"/>
          </w:tcPr>
          <w:p w14:paraId="5937D3D3" w14:textId="1AF0E8BB" w:rsidR="5A79A215" w:rsidRPr="00132F33" w:rsidRDefault="5A79A215" w:rsidP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sz w:val="17"/>
                <w:szCs w:val="17"/>
                <w:lang w:val="pl-PL"/>
              </w:rPr>
              <w:t>Samodzielnie, sprawnie i poprawnie realizuje pełny zakres działań: określanie głównej myśli, intencji i kontekstu; wyszukiwanie informacji szczegółowych. Ponadto: określanie głównej myśli, intencji i kontekstu; wyszukiwanie informacji szczegółowych.</w:t>
            </w:r>
          </w:p>
        </w:tc>
      </w:tr>
      <w:tr w:rsidR="5A79A215" w:rsidRPr="0081371B" w14:paraId="14CC2676" w14:textId="77777777" w:rsidTr="00C524C5">
        <w:trPr>
          <w:trHeight w:val="300"/>
          <w:jc w:val="center"/>
        </w:trPr>
        <w:tc>
          <w:tcPr>
            <w:tcW w:w="2127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6F1CE31E" w14:textId="77777777" w:rsidR="5A79A215" w:rsidRDefault="5A79A215" w:rsidP="5A79A215">
            <w:pPr>
              <w:spacing w:after="30" w:line="240" w:lineRule="auto"/>
            </w:pPr>
            <w:r w:rsidRPr="5A79A215">
              <w:rPr>
                <w:b/>
                <w:bCs/>
                <w:sz w:val="17"/>
                <w:szCs w:val="17"/>
              </w:rPr>
              <w:t>Tworzenie wypowiedzi ustnych</w:t>
            </w:r>
          </w:p>
        </w:tc>
        <w:tc>
          <w:tcPr>
            <w:tcW w:w="8185" w:type="dxa"/>
            <w:tcMar>
              <w:top w:w="100" w:type="dxa"/>
              <w:bottom w:w="100" w:type="dxa"/>
            </w:tcMar>
            <w:vAlign w:val="center"/>
          </w:tcPr>
          <w:p w14:paraId="490AC0E3" w14:textId="77777777" w:rsidR="5A79A215" w:rsidRPr="00132F33" w:rsidRDefault="5A79A215" w:rsidP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sz w:val="17"/>
                <w:szCs w:val="17"/>
                <w:lang w:val="pl-PL"/>
              </w:rPr>
              <w:t>Samodzielnie, sprawnie i poprawnie realizuje pełny zakres działań: opisywanie ludzi, charakteru, wyglądu, przedmiotów, ubrań i miejsc; określanie liczby i koloru; opowiadanie o teraźniejszości; literowanie i alfabet; poprawna wymowa ćwiczonych dźwięków. Ponadto: opowiadanie o czynnościach teraźniejszych i umiejętnościach; opisywanie zakupów, produktów, potraw, sportów, obozów, okolicy i atrakcji; rutyny, czas wolny, dni i godziny; wyrażanie opinii; wymowa ćwiczonych dźwięków..</w:t>
            </w:r>
          </w:p>
        </w:tc>
      </w:tr>
      <w:tr w:rsidR="5A79A215" w:rsidRPr="0081371B" w14:paraId="41280EEE" w14:textId="77777777" w:rsidTr="00C524C5">
        <w:trPr>
          <w:trHeight w:val="300"/>
          <w:jc w:val="center"/>
        </w:trPr>
        <w:tc>
          <w:tcPr>
            <w:tcW w:w="2127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1BACE07B" w14:textId="77777777" w:rsidR="5A79A215" w:rsidRDefault="5A79A215" w:rsidP="5A79A215">
            <w:pPr>
              <w:spacing w:after="30" w:line="240" w:lineRule="auto"/>
            </w:pPr>
            <w:r w:rsidRPr="5A79A215">
              <w:rPr>
                <w:b/>
                <w:bCs/>
                <w:sz w:val="17"/>
                <w:szCs w:val="17"/>
              </w:rPr>
              <w:t>Tworzenie wypowiedzi pisemnych</w:t>
            </w:r>
          </w:p>
        </w:tc>
        <w:tc>
          <w:tcPr>
            <w:tcW w:w="8185" w:type="dxa"/>
            <w:tcMar>
              <w:top w:w="100" w:type="dxa"/>
              <w:bottom w:w="100" w:type="dxa"/>
            </w:tcMar>
            <w:vAlign w:val="center"/>
          </w:tcPr>
          <w:p w14:paraId="7FEF5255" w14:textId="052F5643" w:rsidR="5A79A215" w:rsidRPr="00132F33" w:rsidRDefault="5A79A215" w:rsidP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sz w:val="17"/>
                <w:szCs w:val="17"/>
                <w:lang w:val="pl-PL"/>
              </w:rPr>
              <w:t>Samodzielnie, sprawnie i poprawnie realizuje pełny zakres działań: krótkie, proste, spójne i logiczne opisy ludzi, wieku, charakteru, wyglądu, zwierząt, przedmiotów, ubrań, pokoju oraz członka rodziny. Ponadto: opisywanie umiejętności ludzi i zwierząt, produktów i ich ilości, lodówki, smoothie, obozu wakacyjnego, rutyny zwierzęcia, nakazów i zakazów oraz czynności przedstawionych na obrazku.</w:t>
            </w:r>
          </w:p>
        </w:tc>
      </w:tr>
      <w:tr w:rsidR="5A79A215" w:rsidRPr="0081371B" w14:paraId="2DFA04DE" w14:textId="77777777" w:rsidTr="00C524C5">
        <w:trPr>
          <w:trHeight w:val="300"/>
          <w:jc w:val="center"/>
        </w:trPr>
        <w:tc>
          <w:tcPr>
            <w:tcW w:w="2127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2139084A" w14:textId="77777777" w:rsidR="5A79A215" w:rsidRDefault="5A79A215" w:rsidP="5A79A215">
            <w:pPr>
              <w:spacing w:after="30" w:line="240" w:lineRule="auto"/>
            </w:pPr>
            <w:r w:rsidRPr="5A79A215">
              <w:rPr>
                <w:b/>
                <w:bCs/>
                <w:sz w:val="17"/>
                <w:szCs w:val="17"/>
              </w:rPr>
              <w:t>Reagowanie ustne i pisemne</w:t>
            </w:r>
          </w:p>
        </w:tc>
        <w:tc>
          <w:tcPr>
            <w:tcW w:w="8185" w:type="dxa"/>
            <w:tcMar>
              <w:top w:w="100" w:type="dxa"/>
              <w:bottom w:w="100" w:type="dxa"/>
            </w:tcMar>
            <w:vAlign w:val="center"/>
          </w:tcPr>
          <w:p w14:paraId="703EF375" w14:textId="690749CB" w:rsidR="5A79A215" w:rsidRPr="00132F33" w:rsidRDefault="5A79A215" w:rsidP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sz w:val="17"/>
                <w:szCs w:val="17"/>
                <w:lang w:val="pl-PL"/>
              </w:rPr>
              <w:t>Samodzielnie, sprawnie i poprawnie realizuje pełny zakres działań: przedstawianie siebie i innych; uzyskiwanie i przekazywanie informacji o danych personalnych, wieku, charakterze, wyglądzie, liczbie, cenie, ubraniach, posiadaniu i rodzinie; prowadzenie rozmowy; wyrażanie opinii; stosowanie form grzecznościowych; pisemne opisy osoby, szkoły, zwierzęcia, pokoju i członka rodziny. Ponadto: uzyskiwanie i przekazywanie informacji o umiejętnościach, jedzeniu, rutynach, czasie i czynnościach; wyrażanie opinii, upodobań, intencji i próśb; pytanie o pozwolenie; podziękowanie; wskazywanie drogi; dialog w barze sałatkowym; opis robota.</w:t>
            </w:r>
          </w:p>
        </w:tc>
      </w:tr>
      <w:tr w:rsidR="5A79A215" w:rsidRPr="0081371B" w14:paraId="7666BDF3" w14:textId="77777777" w:rsidTr="00C524C5">
        <w:trPr>
          <w:trHeight w:val="300"/>
          <w:jc w:val="center"/>
        </w:trPr>
        <w:tc>
          <w:tcPr>
            <w:tcW w:w="2127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6F427A67" w14:textId="77777777" w:rsidR="5A79A215" w:rsidRDefault="5A79A215" w:rsidP="5A79A215">
            <w:pPr>
              <w:spacing w:after="30" w:line="240" w:lineRule="auto"/>
            </w:pPr>
            <w:r w:rsidRPr="5A79A215">
              <w:rPr>
                <w:b/>
                <w:bCs/>
                <w:sz w:val="17"/>
                <w:szCs w:val="17"/>
              </w:rPr>
              <w:t>Przetwarzanie tekstu</w:t>
            </w:r>
          </w:p>
        </w:tc>
        <w:tc>
          <w:tcPr>
            <w:tcW w:w="8185" w:type="dxa"/>
            <w:tcMar>
              <w:top w:w="100" w:type="dxa"/>
              <w:bottom w:w="100" w:type="dxa"/>
            </w:tcMar>
            <w:vAlign w:val="center"/>
          </w:tcPr>
          <w:p w14:paraId="206A3B80" w14:textId="02560E4A" w:rsidR="5A79A215" w:rsidRPr="00132F33" w:rsidRDefault="5A79A215" w:rsidP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sz w:val="17"/>
                <w:szCs w:val="17"/>
                <w:lang w:val="pl-PL"/>
              </w:rPr>
              <w:t xml:space="preserve">Samodzielnie, sprawnie i poprawnie realizuje pełny zakres działań: przekazywanie informacji sformułowanych w języku obcym i polskim oraz zawartych w materiałach wizualnych; współtworzenie wypowiedzi. Ponadto: przekazywanie informacji sformułowanych w języku obcym i polskim oraz zawartych w </w:t>
            </w:r>
            <w:r w:rsidRPr="00132F33">
              <w:rPr>
                <w:sz w:val="17"/>
                <w:szCs w:val="17"/>
                <w:lang w:val="pl-PL"/>
              </w:rPr>
              <w:lastRenderedPageBreak/>
              <w:t>materiałach wizualnych; współtworzenie wypowiedzi.</w:t>
            </w:r>
          </w:p>
        </w:tc>
      </w:tr>
      <w:tr w:rsidR="5A79A215" w:rsidRPr="0081371B" w14:paraId="67C3A6C0" w14:textId="77777777" w:rsidTr="00C524C5">
        <w:trPr>
          <w:trHeight w:val="300"/>
          <w:jc w:val="center"/>
        </w:trPr>
        <w:tc>
          <w:tcPr>
            <w:tcW w:w="2127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148F0BD7" w14:textId="77777777" w:rsidR="5A79A215" w:rsidRDefault="5A79A215" w:rsidP="5A79A215">
            <w:pPr>
              <w:spacing w:after="30" w:line="240" w:lineRule="auto"/>
            </w:pPr>
            <w:r w:rsidRPr="5A79A215">
              <w:rPr>
                <w:b/>
                <w:bCs/>
                <w:sz w:val="17"/>
                <w:szCs w:val="17"/>
              </w:rPr>
              <w:lastRenderedPageBreak/>
              <w:t>Strategie, wiedza i postawy</w:t>
            </w:r>
          </w:p>
        </w:tc>
        <w:tc>
          <w:tcPr>
            <w:tcW w:w="8185" w:type="dxa"/>
            <w:tcMar>
              <w:top w:w="100" w:type="dxa"/>
              <w:bottom w:w="100" w:type="dxa"/>
            </w:tcMar>
            <w:vAlign w:val="center"/>
          </w:tcPr>
          <w:p w14:paraId="1BE68B82" w14:textId="7A9FD706" w:rsidR="5A79A215" w:rsidRPr="00132F33" w:rsidRDefault="5A79A215" w:rsidP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sz w:val="17"/>
                <w:szCs w:val="17"/>
                <w:lang w:val="pl-PL"/>
              </w:rPr>
              <w:t>Samodzielnie, sprawnie i poprawnie realizuje pełny zakres działań: samodzielna praca, współdziałanie, samoocena, wykorzystywanie informacji zwrotnej i TIK; wiedza o krajach i kulturach; ciekawość poznawcza i otwartość. Ponadto: samodzielna praca, współdziałanie, samoocena, wykorzystywanie informacji zwrotnej i TIK; wiedza o krajach i kulturach; ciekawość poznawcza i otwartość.</w:t>
            </w:r>
          </w:p>
        </w:tc>
      </w:tr>
    </w:tbl>
    <w:p w14:paraId="42E651A6" w14:textId="77777777" w:rsidR="00C2186F" w:rsidRPr="00132F33" w:rsidRDefault="004D06AB">
      <w:pPr>
        <w:pStyle w:val="Nagwek2"/>
        <w:rPr>
          <w:lang w:val="pl-PL"/>
        </w:rPr>
      </w:pPr>
      <w:r w:rsidRPr="00132F33">
        <w:rPr>
          <w:lang w:val="pl-PL"/>
        </w:rPr>
        <w:t>Ocena 4 - dobra</w:t>
      </w:r>
    </w:p>
    <w:p w14:paraId="01AEA499" w14:textId="77777777" w:rsidR="00C2186F" w:rsidRPr="00132F33" w:rsidRDefault="5A79A215">
      <w:pPr>
        <w:rPr>
          <w:lang w:val="pl-PL"/>
        </w:rPr>
      </w:pPr>
      <w:r w:rsidRPr="00132F33">
        <w:rPr>
          <w:b/>
          <w:bCs/>
          <w:lang w:val="pl-PL"/>
        </w:rPr>
        <w:t xml:space="preserve">Ogólny poziom spełnienia wymagań: </w:t>
      </w:r>
      <w:r w:rsidRPr="00132F33">
        <w:rPr>
          <w:lang w:val="pl-PL"/>
        </w:rPr>
        <w:t>opanował większość wymagań; na ogół samodzielnie i poprawnie wykonuje typowe zadania, a nieliczne błędy nie zakłócają komunikacji.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8044"/>
      </w:tblGrid>
      <w:tr w:rsidR="00C2186F" w:rsidRPr="0081371B" w14:paraId="6EC0FFB8" w14:textId="77777777" w:rsidTr="00C524C5">
        <w:trPr>
          <w:cantSplit/>
          <w:jc w:val="center"/>
        </w:trPr>
        <w:tc>
          <w:tcPr>
            <w:tcW w:w="2268" w:type="dxa"/>
            <w:shd w:val="clear" w:color="auto" w:fill="3333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718E8B" w14:textId="77777777" w:rsidR="00C2186F" w:rsidRDefault="004D06AB">
            <w:pPr>
              <w:spacing w:after="30" w:line="240" w:lineRule="auto"/>
            </w:pPr>
            <w:r>
              <w:rPr>
                <w:b/>
                <w:color w:val="FFFFFF"/>
                <w:sz w:val="17"/>
              </w:rPr>
              <w:t>Obszar</w:t>
            </w:r>
          </w:p>
        </w:tc>
        <w:tc>
          <w:tcPr>
            <w:tcW w:w="8044" w:type="dxa"/>
            <w:shd w:val="clear" w:color="auto" w:fill="3333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E0574A" w14:textId="77777777" w:rsidR="00C2186F" w:rsidRPr="00132F33" w:rsidRDefault="004D06AB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b/>
                <w:color w:val="FFFFFF"/>
                <w:sz w:val="17"/>
                <w:lang w:val="pl-PL"/>
              </w:rPr>
              <w:t>Wymagania niezbędne do otrzymania oceny</w:t>
            </w:r>
          </w:p>
        </w:tc>
      </w:tr>
      <w:tr w:rsidR="00C2186F" w:rsidRPr="0081371B" w14:paraId="37101722" w14:textId="77777777" w:rsidTr="00C524C5">
        <w:trPr>
          <w:cantSplit/>
          <w:jc w:val="center"/>
        </w:trPr>
        <w:tc>
          <w:tcPr>
            <w:tcW w:w="2268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76DED8" w14:textId="77777777" w:rsidR="00C2186F" w:rsidRDefault="004D06AB">
            <w:pPr>
              <w:spacing w:after="30" w:line="240" w:lineRule="auto"/>
            </w:pPr>
            <w:r>
              <w:rPr>
                <w:b/>
                <w:sz w:val="17"/>
              </w:rPr>
              <w:t>Znajomość środków językowych</w:t>
            </w:r>
          </w:p>
        </w:tc>
        <w:tc>
          <w:tcPr>
            <w:tcW w:w="804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26D08D" w14:textId="77777777" w:rsidR="00C2186F" w:rsidRPr="00132F33" w:rsidRDefault="004D06AB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sz w:val="17"/>
                <w:lang w:val="pl-PL"/>
              </w:rPr>
              <w:t>Zna i na ogół poprawnie stosuje większość słownictwa i struktur z całego zakresu.</w:t>
            </w:r>
          </w:p>
        </w:tc>
      </w:tr>
      <w:tr w:rsidR="00C2186F" w:rsidRPr="0081371B" w14:paraId="0D308C43" w14:textId="77777777" w:rsidTr="00C524C5">
        <w:trPr>
          <w:cantSplit/>
          <w:jc w:val="center"/>
        </w:trPr>
        <w:tc>
          <w:tcPr>
            <w:tcW w:w="2268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F19C52" w14:textId="77777777" w:rsidR="00C2186F" w:rsidRDefault="004D06AB">
            <w:pPr>
              <w:spacing w:after="30" w:line="240" w:lineRule="auto"/>
            </w:pPr>
            <w:r>
              <w:rPr>
                <w:b/>
                <w:sz w:val="17"/>
              </w:rPr>
              <w:t>Rozumienie wypowiedzi ustnych</w:t>
            </w:r>
          </w:p>
        </w:tc>
        <w:tc>
          <w:tcPr>
            <w:tcW w:w="804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F6D60E" w14:textId="0BE5032C" w:rsidR="00C2186F" w:rsidRPr="00132F33" w:rsidRDefault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sz w:val="17"/>
                <w:szCs w:val="17"/>
                <w:lang w:val="pl-PL"/>
              </w:rPr>
              <w:t>Na ogół samodzielnie i poprawnie realizuje większość działań: reagowanie na polecenia; określanie głównej myśli, intencji i kontekstu; wyszukiwanie informacji szczegółowych. Ponadto: reagowanie na polecenia; określanie głównej myśli, intencji i kontekstu; wyszukiwanie informacji szczegółowych.</w:t>
            </w:r>
          </w:p>
        </w:tc>
      </w:tr>
      <w:tr w:rsidR="00C2186F" w:rsidRPr="0081371B" w14:paraId="0C994569" w14:textId="77777777" w:rsidTr="00C524C5">
        <w:trPr>
          <w:cantSplit/>
          <w:jc w:val="center"/>
        </w:trPr>
        <w:tc>
          <w:tcPr>
            <w:tcW w:w="2268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99F48D" w14:textId="77777777" w:rsidR="00C2186F" w:rsidRDefault="004D06AB">
            <w:pPr>
              <w:spacing w:after="30" w:line="240" w:lineRule="auto"/>
            </w:pPr>
            <w:r>
              <w:rPr>
                <w:b/>
                <w:sz w:val="17"/>
              </w:rPr>
              <w:t>Rozumienie wypowiedzi pisemnych</w:t>
            </w:r>
          </w:p>
        </w:tc>
        <w:tc>
          <w:tcPr>
            <w:tcW w:w="804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558857" w14:textId="77777777" w:rsidR="00C2186F" w:rsidRPr="00132F33" w:rsidRDefault="004D06AB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sz w:val="17"/>
                <w:lang w:val="pl-PL"/>
              </w:rPr>
              <w:t>Na ogół samodzielnie i poprawnie realizuje większość działań: określanie głównej myśli, intencji i kontekstu; wyszukiwanie informacji szczegółowych. Ponadto: określanie głównej myśli, intencji i kontekstu; wyszukiwanie informacji szczegółowych..</w:t>
            </w:r>
          </w:p>
        </w:tc>
      </w:tr>
      <w:tr w:rsidR="00C2186F" w:rsidRPr="0081371B" w14:paraId="58FA10D4" w14:textId="77777777" w:rsidTr="00C524C5">
        <w:trPr>
          <w:cantSplit/>
          <w:jc w:val="center"/>
        </w:trPr>
        <w:tc>
          <w:tcPr>
            <w:tcW w:w="2268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67B9F2" w14:textId="77777777" w:rsidR="00C2186F" w:rsidRDefault="004D06AB">
            <w:pPr>
              <w:spacing w:after="30" w:line="240" w:lineRule="auto"/>
            </w:pPr>
            <w:r>
              <w:rPr>
                <w:b/>
                <w:sz w:val="17"/>
              </w:rPr>
              <w:t>Tworzenie wypowiedzi ustnych</w:t>
            </w:r>
          </w:p>
        </w:tc>
        <w:tc>
          <w:tcPr>
            <w:tcW w:w="804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99A131" w14:textId="77777777" w:rsidR="00C2186F" w:rsidRPr="00132F33" w:rsidRDefault="004D06AB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sz w:val="17"/>
                <w:lang w:val="pl-PL"/>
              </w:rPr>
              <w:t>Na ogół samodzielnie i poprawnie realizuje większość działań: opisywanie ludzi, charakteru, wyglądu, przedmiotów, ubrań i miejsc; określanie liczby i koloru; opowiadanie o teraźniejszości; literowanie i alfabet; poprawna wymowa ćwiczonych dźwięków. Ponadto: opowiadanie o czynnościach teraźniejszych i umiejętnościach; opisywanie zakupów, produktów, potraw, sportów, obozów, okolicy i atrakcji; rutyny, czas wolny, dni i godziny; wyrażanie opinii; wymowa ćwiczonych dźwięków..</w:t>
            </w:r>
          </w:p>
        </w:tc>
      </w:tr>
      <w:tr w:rsidR="00C2186F" w:rsidRPr="0081371B" w14:paraId="689723EA" w14:textId="77777777" w:rsidTr="00C524C5">
        <w:trPr>
          <w:cantSplit/>
          <w:jc w:val="center"/>
        </w:trPr>
        <w:tc>
          <w:tcPr>
            <w:tcW w:w="2268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3FB55A" w14:textId="77777777" w:rsidR="00C2186F" w:rsidRDefault="004D06AB">
            <w:pPr>
              <w:spacing w:after="30" w:line="240" w:lineRule="auto"/>
            </w:pPr>
            <w:r>
              <w:rPr>
                <w:b/>
                <w:sz w:val="17"/>
              </w:rPr>
              <w:t>Tworzenie wypowiedzi pisemnych</w:t>
            </w:r>
          </w:p>
        </w:tc>
        <w:tc>
          <w:tcPr>
            <w:tcW w:w="804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9A1651" w14:textId="49E551E5" w:rsidR="00C2186F" w:rsidRPr="00132F33" w:rsidRDefault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sz w:val="17"/>
                <w:szCs w:val="17"/>
                <w:lang w:val="pl-PL"/>
              </w:rPr>
              <w:t>Na ogół samodzielnie i poprawnie realizuje większość działań: krótkie, proste, spójne i logiczne opisy ludzi, wieku, charakteru, wyglądu, zwierząt, przedmiotów, ubrań, pokoju oraz członka rodziny. Ponadto: opisywanie umiejętności ludzi i zwierząt, produktów i ich ilości, lodówki, smoothie, obozu wakacyjnego, rutyny zwierzęcia, nakazów i zakazów oraz czynności przedstawionych na obrazku.</w:t>
            </w:r>
          </w:p>
        </w:tc>
      </w:tr>
      <w:tr w:rsidR="00C2186F" w:rsidRPr="0081371B" w14:paraId="5A539009" w14:textId="77777777" w:rsidTr="00C524C5">
        <w:trPr>
          <w:cantSplit/>
          <w:jc w:val="center"/>
        </w:trPr>
        <w:tc>
          <w:tcPr>
            <w:tcW w:w="2268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D8389C" w14:textId="77777777" w:rsidR="00C2186F" w:rsidRDefault="004D06AB">
            <w:pPr>
              <w:spacing w:after="30" w:line="240" w:lineRule="auto"/>
            </w:pPr>
            <w:r>
              <w:rPr>
                <w:b/>
                <w:sz w:val="17"/>
              </w:rPr>
              <w:t>Reagowanie ustne i pisemne</w:t>
            </w:r>
          </w:p>
        </w:tc>
        <w:tc>
          <w:tcPr>
            <w:tcW w:w="804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3F931F" w14:textId="34C98691" w:rsidR="00C2186F" w:rsidRPr="00132F33" w:rsidRDefault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sz w:val="17"/>
                <w:szCs w:val="17"/>
                <w:lang w:val="pl-PL"/>
              </w:rPr>
              <w:t>Na ogół samodzielnie i poprawnie realizuje większość działań: przedstawianie siebie i innych; uzyskiwanie i przekazywanie informacji o danych personalnych, wieku, charakterze, wyglądzie, liczbie, cenie, ubraniach, posiadaniu i rodzinie; prowadzenie rozmowy; wyrażanie opinii; stosowanie form grzecznościowych; pisemne opisy osoby, szkoły, zwierzęcia, pokoju i członka rodziny. Ponadto: uzyskiwanie i przekazywanie informacji o umiejętnościach, jedzeniu, rutynach, czasie i czynnościach; wyrażanie opinii, upodobań, intencji i próśb; pytanie o pozwolenie; podziękowanie; wskazywanie drogi; dialog w barze sałatkowym; opis robota.</w:t>
            </w:r>
          </w:p>
        </w:tc>
      </w:tr>
      <w:tr w:rsidR="00C2186F" w:rsidRPr="0081371B" w14:paraId="74F237FF" w14:textId="77777777" w:rsidTr="00C524C5">
        <w:trPr>
          <w:cantSplit/>
          <w:jc w:val="center"/>
        </w:trPr>
        <w:tc>
          <w:tcPr>
            <w:tcW w:w="2268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5849D0" w14:textId="77777777" w:rsidR="00C2186F" w:rsidRDefault="004D06AB">
            <w:pPr>
              <w:spacing w:after="30" w:line="240" w:lineRule="auto"/>
            </w:pPr>
            <w:r>
              <w:rPr>
                <w:b/>
                <w:sz w:val="17"/>
              </w:rPr>
              <w:t>Przetwarzanie tekstu</w:t>
            </w:r>
          </w:p>
        </w:tc>
        <w:tc>
          <w:tcPr>
            <w:tcW w:w="804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9EC270" w14:textId="0B19818F" w:rsidR="00C2186F" w:rsidRPr="00132F33" w:rsidRDefault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sz w:val="17"/>
                <w:szCs w:val="17"/>
                <w:lang w:val="pl-PL"/>
              </w:rPr>
              <w:t>Na ogół samodzielnie i poprawnie realizuje większość działań: przekazywanie informacji sformułowanych w języku obcym i polskim oraz zawartych w materiałach wizualnych; współtworzenie wypowiedzi. Ponadto: przekazywanie informacji sformułowanych w języku obcym i polskim oraz zawartych w materiałach wizualnych; współtworzenie wypowiedzi.</w:t>
            </w:r>
          </w:p>
        </w:tc>
      </w:tr>
      <w:tr w:rsidR="00C2186F" w:rsidRPr="0081371B" w14:paraId="2365DBC0" w14:textId="77777777" w:rsidTr="00C524C5">
        <w:trPr>
          <w:cantSplit/>
          <w:jc w:val="center"/>
        </w:trPr>
        <w:tc>
          <w:tcPr>
            <w:tcW w:w="2268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F39D43" w14:textId="77777777" w:rsidR="00C2186F" w:rsidRDefault="004D06AB">
            <w:pPr>
              <w:spacing w:after="30" w:line="240" w:lineRule="auto"/>
            </w:pPr>
            <w:r>
              <w:rPr>
                <w:b/>
                <w:sz w:val="17"/>
              </w:rPr>
              <w:t>Strategie, wiedza i postawy</w:t>
            </w:r>
          </w:p>
        </w:tc>
        <w:tc>
          <w:tcPr>
            <w:tcW w:w="804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AC4DE9" w14:textId="45E94D09" w:rsidR="00C2186F" w:rsidRPr="00132F33" w:rsidRDefault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sz w:val="17"/>
                <w:szCs w:val="17"/>
                <w:lang w:val="pl-PL"/>
              </w:rPr>
              <w:t>Na ogół samodzielnie i poprawnie realizuje większość działań: samodzielna praca, współdziałanie, samoocena, wykorzystywanie informacji zwrotnej i TIK; wiedza o krajach i kulturach; ciekawość poznawcza i otwartość. Ponadto: samodzielna praca, współdziałanie, samoocena, wykorzystywanie informacji zwrotnej i TIK; wiedza o krajach i kulturach; ciekawość poznawcza i otwartość.</w:t>
            </w:r>
          </w:p>
        </w:tc>
      </w:tr>
    </w:tbl>
    <w:p w14:paraId="4B99056E" w14:textId="77777777" w:rsidR="00C2186F" w:rsidRPr="00132F33" w:rsidRDefault="00C2186F">
      <w:pPr>
        <w:rPr>
          <w:lang w:val="pl-PL"/>
        </w:rPr>
      </w:pPr>
    </w:p>
    <w:p w14:paraId="182A09C7" w14:textId="76FADFDF" w:rsidR="00C2186F" w:rsidRPr="00C524C5" w:rsidRDefault="30C4A7AB" w:rsidP="00132F33">
      <w:pPr>
        <w:rPr>
          <w:b/>
          <w:bCs/>
          <w:sz w:val="24"/>
          <w:szCs w:val="24"/>
          <w:lang w:val="pl-PL"/>
        </w:rPr>
      </w:pPr>
      <w:r w:rsidRPr="00C524C5">
        <w:rPr>
          <w:b/>
          <w:bCs/>
          <w:sz w:val="24"/>
          <w:szCs w:val="24"/>
          <w:lang w:val="pl-PL"/>
        </w:rPr>
        <w:t>Ocena 3 - dostateczna</w:t>
      </w:r>
    </w:p>
    <w:p w14:paraId="4F80FE47" w14:textId="77777777" w:rsidR="00C2186F" w:rsidRPr="00132F33" w:rsidRDefault="30C4A7AB">
      <w:pPr>
        <w:rPr>
          <w:lang w:val="pl-PL"/>
        </w:rPr>
      </w:pPr>
      <w:r w:rsidRPr="00132F33">
        <w:rPr>
          <w:b/>
          <w:bCs/>
          <w:lang w:val="pl-PL"/>
        </w:rPr>
        <w:t xml:space="preserve">Ogólny poziom spełnienia wymagań: </w:t>
      </w:r>
      <w:r w:rsidRPr="00132F33">
        <w:rPr>
          <w:lang w:val="pl-PL"/>
        </w:rPr>
        <w:t>opanował podstawową część wymagań; wykonuje proste zadania samodzielnie lub z niewielką pomocą, a błędy czasami zakłócają komunikację.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268"/>
        <w:gridCol w:w="8044"/>
      </w:tblGrid>
      <w:tr w:rsidR="5A79A215" w:rsidRPr="0081371B" w14:paraId="7F9EF558" w14:textId="77777777" w:rsidTr="00C524C5">
        <w:trPr>
          <w:trHeight w:val="300"/>
          <w:jc w:val="center"/>
        </w:trPr>
        <w:tc>
          <w:tcPr>
            <w:tcW w:w="2268" w:type="dxa"/>
            <w:shd w:val="clear" w:color="auto" w:fill="333333"/>
            <w:tcMar>
              <w:top w:w="100" w:type="dxa"/>
              <w:bottom w:w="100" w:type="dxa"/>
            </w:tcMar>
            <w:vAlign w:val="center"/>
          </w:tcPr>
          <w:p w14:paraId="40B3BBAD" w14:textId="77777777" w:rsidR="5A79A215" w:rsidRDefault="5A79A215" w:rsidP="5A79A215">
            <w:pPr>
              <w:spacing w:after="30" w:line="240" w:lineRule="auto"/>
            </w:pPr>
            <w:r w:rsidRPr="5A79A215">
              <w:rPr>
                <w:b/>
                <w:bCs/>
                <w:color w:val="FFFFFF" w:themeColor="background1"/>
                <w:sz w:val="17"/>
                <w:szCs w:val="17"/>
              </w:rPr>
              <w:t>Obszar</w:t>
            </w:r>
          </w:p>
        </w:tc>
        <w:tc>
          <w:tcPr>
            <w:tcW w:w="8044" w:type="dxa"/>
            <w:shd w:val="clear" w:color="auto" w:fill="333333"/>
            <w:tcMar>
              <w:top w:w="100" w:type="dxa"/>
              <w:bottom w:w="100" w:type="dxa"/>
            </w:tcMar>
            <w:vAlign w:val="center"/>
          </w:tcPr>
          <w:p w14:paraId="15257908" w14:textId="77777777" w:rsidR="5A79A215" w:rsidRPr="00132F33" w:rsidRDefault="5A79A215" w:rsidP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b/>
                <w:bCs/>
                <w:color w:val="FFFFFF" w:themeColor="background1"/>
                <w:sz w:val="17"/>
                <w:szCs w:val="17"/>
                <w:lang w:val="pl-PL"/>
              </w:rPr>
              <w:t>Wymagania niezbędne do otrzymania oceny</w:t>
            </w:r>
          </w:p>
        </w:tc>
      </w:tr>
      <w:tr w:rsidR="5A79A215" w:rsidRPr="0081371B" w14:paraId="4C9C9A21" w14:textId="77777777" w:rsidTr="00C524C5">
        <w:trPr>
          <w:trHeight w:val="300"/>
          <w:jc w:val="center"/>
        </w:trPr>
        <w:tc>
          <w:tcPr>
            <w:tcW w:w="2268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4C20E8C6" w14:textId="77777777" w:rsidR="5A79A215" w:rsidRDefault="5A79A215" w:rsidP="5A79A215">
            <w:pPr>
              <w:spacing w:after="30" w:line="240" w:lineRule="auto"/>
            </w:pPr>
            <w:r w:rsidRPr="5A79A215">
              <w:rPr>
                <w:b/>
                <w:bCs/>
                <w:sz w:val="17"/>
                <w:szCs w:val="17"/>
              </w:rPr>
              <w:lastRenderedPageBreak/>
              <w:t>Znajomość środków językowych</w:t>
            </w:r>
          </w:p>
        </w:tc>
        <w:tc>
          <w:tcPr>
            <w:tcW w:w="8044" w:type="dxa"/>
            <w:tcMar>
              <w:top w:w="100" w:type="dxa"/>
              <w:bottom w:w="100" w:type="dxa"/>
            </w:tcMar>
            <w:vAlign w:val="center"/>
          </w:tcPr>
          <w:p w14:paraId="2F7772F9" w14:textId="77777777" w:rsidR="5A79A215" w:rsidRPr="00132F33" w:rsidRDefault="5A79A215" w:rsidP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sz w:val="17"/>
                <w:szCs w:val="17"/>
                <w:lang w:val="pl-PL"/>
              </w:rPr>
              <w:t>Rozpoznaje i stosuje podstawowe słownictwo i najczęstsze struktury z całego zakresu, niekiedy z pomocą.</w:t>
            </w:r>
          </w:p>
        </w:tc>
      </w:tr>
      <w:tr w:rsidR="5A79A215" w:rsidRPr="0081371B" w14:paraId="722FA7D3" w14:textId="77777777" w:rsidTr="00C524C5">
        <w:trPr>
          <w:trHeight w:val="300"/>
          <w:jc w:val="center"/>
        </w:trPr>
        <w:tc>
          <w:tcPr>
            <w:tcW w:w="2268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0DC77CA4" w14:textId="77777777" w:rsidR="5A79A215" w:rsidRDefault="5A79A215" w:rsidP="5A79A215">
            <w:pPr>
              <w:spacing w:after="30" w:line="240" w:lineRule="auto"/>
            </w:pPr>
            <w:r w:rsidRPr="5A79A215">
              <w:rPr>
                <w:b/>
                <w:bCs/>
                <w:sz w:val="17"/>
                <w:szCs w:val="17"/>
              </w:rPr>
              <w:t>Rozumienie wypowiedzi ustnych</w:t>
            </w:r>
          </w:p>
        </w:tc>
        <w:tc>
          <w:tcPr>
            <w:tcW w:w="8044" w:type="dxa"/>
            <w:tcMar>
              <w:top w:w="100" w:type="dxa"/>
              <w:bottom w:w="100" w:type="dxa"/>
            </w:tcMar>
            <w:vAlign w:val="center"/>
          </w:tcPr>
          <w:p w14:paraId="19985D47" w14:textId="77777777" w:rsidR="5A79A215" w:rsidRPr="00132F33" w:rsidRDefault="5A79A215" w:rsidP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sz w:val="17"/>
                <w:szCs w:val="17"/>
                <w:lang w:val="pl-PL"/>
              </w:rPr>
              <w:t>W prostych zadaniach, czasem z pomocą, realizuje podstawowe działania: reagowanie na polecenia; określanie głównej myśli, intencji i kontekstu; wyszukiwanie informacji szczegółowych. Ponadto: reagowanie na polecenia; określanie głównej myśli, intencji i kontekstu; wyszukiwanie informacji szczegółowych..</w:t>
            </w:r>
          </w:p>
        </w:tc>
      </w:tr>
      <w:tr w:rsidR="5A79A215" w:rsidRPr="0081371B" w14:paraId="34CC12CE" w14:textId="77777777" w:rsidTr="00C524C5">
        <w:trPr>
          <w:trHeight w:val="300"/>
          <w:jc w:val="center"/>
        </w:trPr>
        <w:tc>
          <w:tcPr>
            <w:tcW w:w="2268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07C22B45" w14:textId="77777777" w:rsidR="5A79A215" w:rsidRDefault="5A79A215" w:rsidP="5A79A215">
            <w:pPr>
              <w:spacing w:after="30" w:line="240" w:lineRule="auto"/>
            </w:pPr>
            <w:r w:rsidRPr="5A79A215">
              <w:rPr>
                <w:b/>
                <w:bCs/>
                <w:sz w:val="17"/>
                <w:szCs w:val="17"/>
              </w:rPr>
              <w:t>Rozumienie wypowiedzi pisemnych</w:t>
            </w:r>
          </w:p>
        </w:tc>
        <w:tc>
          <w:tcPr>
            <w:tcW w:w="8044" w:type="dxa"/>
            <w:tcMar>
              <w:top w:w="100" w:type="dxa"/>
              <w:bottom w:w="100" w:type="dxa"/>
            </w:tcMar>
            <w:vAlign w:val="center"/>
          </w:tcPr>
          <w:p w14:paraId="419972FF" w14:textId="5E649F5E" w:rsidR="5A79A215" w:rsidRPr="00132F33" w:rsidRDefault="5A79A215" w:rsidP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sz w:val="17"/>
                <w:szCs w:val="17"/>
                <w:lang w:val="pl-PL"/>
              </w:rPr>
              <w:t>W prostych zadaniach, czasem z pomocą, realizuje podstawowe działania: określanie głównej myśli, intencji i kontekstu; wyszukiwanie informacji szczegółowych. Ponadto: określanie głównej myśli, intencji i kontekstu; wyszukiwanie informacji szczegółowych.</w:t>
            </w:r>
          </w:p>
        </w:tc>
      </w:tr>
      <w:tr w:rsidR="5A79A215" w:rsidRPr="0081371B" w14:paraId="408554CD" w14:textId="77777777" w:rsidTr="00C524C5">
        <w:trPr>
          <w:trHeight w:val="300"/>
          <w:jc w:val="center"/>
        </w:trPr>
        <w:tc>
          <w:tcPr>
            <w:tcW w:w="2268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735034D4" w14:textId="77777777" w:rsidR="5A79A215" w:rsidRDefault="5A79A215" w:rsidP="5A79A215">
            <w:pPr>
              <w:spacing w:after="30" w:line="240" w:lineRule="auto"/>
            </w:pPr>
            <w:r w:rsidRPr="5A79A215">
              <w:rPr>
                <w:b/>
                <w:bCs/>
                <w:sz w:val="17"/>
                <w:szCs w:val="17"/>
              </w:rPr>
              <w:t>Tworzenie wypowiedzi ustnych</w:t>
            </w:r>
          </w:p>
        </w:tc>
        <w:tc>
          <w:tcPr>
            <w:tcW w:w="8044" w:type="dxa"/>
            <w:tcMar>
              <w:top w:w="100" w:type="dxa"/>
              <w:bottom w:w="100" w:type="dxa"/>
            </w:tcMar>
            <w:vAlign w:val="center"/>
          </w:tcPr>
          <w:p w14:paraId="19F95B1C" w14:textId="116AC20D" w:rsidR="5A79A215" w:rsidRPr="00132F33" w:rsidRDefault="5A79A215" w:rsidP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sz w:val="17"/>
                <w:szCs w:val="17"/>
                <w:lang w:val="pl-PL"/>
              </w:rPr>
              <w:t>W prostych zadaniach, czasem z pomocą, realizuje podstawowe działania: opisywanie ludzi, charakteru, wyglądu, przedmiotów, ubrań i miejsc; określanie liczby i koloru; opowiadanie o teraźniejszości; literowanie i alfabet; poprawna wymowa ćwiczonych dźwięków. Ponadto: opowiadanie o czynnościach teraźniejszych i umiejętnościach; opisywanie zakupów, produktów, potraw, sportów, obozów, okolicy i atrakcji; rutyny, czas wolny, dni i godziny; wyrażanie opinii; wymowa ćwiczonych dźwięków.</w:t>
            </w:r>
          </w:p>
        </w:tc>
      </w:tr>
      <w:tr w:rsidR="5A79A215" w:rsidRPr="0081371B" w14:paraId="21966619" w14:textId="77777777" w:rsidTr="00C524C5">
        <w:trPr>
          <w:trHeight w:val="300"/>
          <w:jc w:val="center"/>
        </w:trPr>
        <w:tc>
          <w:tcPr>
            <w:tcW w:w="2268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66F55CEF" w14:textId="77777777" w:rsidR="5A79A215" w:rsidRDefault="5A79A215" w:rsidP="5A79A215">
            <w:pPr>
              <w:spacing w:after="30" w:line="240" w:lineRule="auto"/>
            </w:pPr>
            <w:r w:rsidRPr="5A79A215">
              <w:rPr>
                <w:b/>
                <w:bCs/>
                <w:sz w:val="17"/>
                <w:szCs w:val="17"/>
              </w:rPr>
              <w:t>Tworzenie wypowiedzi pisemnych</w:t>
            </w:r>
          </w:p>
        </w:tc>
        <w:tc>
          <w:tcPr>
            <w:tcW w:w="8044" w:type="dxa"/>
            <w:tcMar>
              <w:top w:w="100" w:type="dxa"/>
              <w:bottom w:w="100" w:type="dxa"/>
            </w:tcMar>
            <w:vAlign w:val="center"/>
          </w:tcPr>
          <w:p w14:paraId="34E11216" w14:textId="5102090B" w:rsidR="5A79A215" w:rsidRPr="00132F33" w:rsidRDefault="5A79A215" w:rsidP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sz w:val="17"/>
                <w:szCs w:val="17"/>
                <w:lang w:val="pl-PL"/>
              </w:rPr>
              <w:t>W prostych zadaniach, czasem z pomocą, realizuje podstawowe działania: krótkie, proste, spójne i logiczne opisy ludzi, wieku, charakteru, wyglądu, zwierząt, przedmiotów, ubrań, pokoju oraz członka rodziny. Ponadto: opisywanie umiejętności ludzi i zwierząt, produktów i ich ilości, lodówki, smoothie, obozu wakacyjnego, rutyny zwierzęcia, nakazów i zakazów oraz czynności przedstawionych na obrazku.</w:t>
            </w:r>
          </w:p>
        </w:tc>
      </w:tr>
      <w:tr w:rsidR="5A79A215" w:rsidRPr="0081371B" w14:paraId="7DFDA556" w14:textId="77777777" w:rsidTr="00C524C5">
        <w:trPr>
          <w:trHeight w:val="300"/>
          <w:jc w:val="center"/>
        </w:trPr>
        <w:tc>
          <w:tcPr>
            <w:tcW w:w="2268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0599CD72" w14:textId="77777777" w:rsidR="5A79A215" w:rsidRDefault="5A79A215" w:rsidP="5A79A215">
            <w:pPr>
              <w:spacing w:after="30" w:line="240" w:lineRule="auto"/>
            </w:pPr>
            <w:r w:rsidRPr="5A79A215">
              <w:rPr>
                <w:b/>
                <w:bCs/>
                <w:sz w:val="17"/>
                <w:szCs w:val="17"/>
              </w:rPr>
              <w:t>Reagowanie ustne i pisemne</w:t>
            </w:r>
          </w:p>
        </w:tc>
        <w:tc>
          <w:tcPr>
            <w:tcW w:w="8044" w:type="dxa"/>
            <w:tcMar>
              <w:top w:w="100" w:type="dxa"/>
              <w:bottom w:w="100" w:type="dxa"/>
            </w:tcMar>
            <w:vAlign w:val="center"/>
          </w:tcPr>
          <w:p w14:paraId="22E9F3B9" w14:textId="669BA99D" w:rsidR="5A79A215" w:rsidRPr="00132F33" w:rsidRDefault="5A79A215" w:rsidP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sz w:val="17"/>
                <w:szCs w:val="17"/>
                <w:lang w:val="pl-PL"/>
              </w:rPr>
              <w:t>W prostych zadaniach, czasem z pomocą, realizuje podstawowe działania: przedstawianie siebie i innych; uzyskiwanie i przekazywanie informacji o danych personalnych, wieku, charakterze, wyglądzie, liczbie, cenie, ubraniach, posiadaniu i rodzinie; prowadzenie rozmowy; wyrażanie opinii; stosowanie form grzecznościowych; pisemne opisy osoby, szkoły, zwierzęcia, pokoju i członka rodziny. Ponadto: uzyskiwanie i przekazywanie informacji o umiejętnościach, jedzeniu, rutynach, czasie i czynnościach; wyrażanie opinii, upodobań, intencji i próśb; pytanie o pozwolenie; podziękowanie; wskazywanie drogi; dialog w barze sałatkowym; opis robota.</w:t>
            </w:r>
          </w:p>
        </w:tc>
      </w:tr>
      <w:tr w:rsidR="5A79A215" w:rsidRPr="0081371B" w14:paraId="48142609" w14:textId="77777777" w:rsidTr="00C524C5">
        <w:trPr>
          <w:trHeight w:val="300"/>
          <w:jc w:val="center"/>
        </w:trPr>
        <w:tc>
          <w:tcPr>
            <w:tcW w:w="2268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13CFFA76" w14:textId="77777777" w:rsidR="5A79A215" w:rsidRDefault="5A79A215" w:rsidP="5A79A215">
            <w:pPr>
              <w:spacing w:after="30" w:line="240" w:lineRule="auto"/>
            </w:pPr>
            <w:r w:rsidRPr="5A79A215">
              <w:rPr>
                <w:b/>
                <w:bCs/>
                <w:sz w:val="17"/>
                <w:szCs w:val="17"/>
              </w:rPr>
              <w:t>Przetwarzanie tekstu</w:t>
            </w:r>
          </w:p>
        </w:tc>
        <w:tc>
          <w:tcPr>
            <w:tcW w:w="8044" w:type="dxa"/>
            <w:tcMar>
              <w:top w:w="100" w:type="dxa"/>
              <w:bottom w:w="100" w:type="dxa"/>
            </w:tcMar>
            <w:vAlign w:val="center"/>
          </w:tcPr>
          <w:p w14:paraId="21C864A0" w14:textId="1283AA56" w:rsidR="5A79A215" w:rsidRPr="00132F33" w:rsidRDefault="5A79A215" w:rsidP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sz w:val="17"/>
                <w:szCs w:val="17"/>
                <w:lang w:val="pl-PL"/>
              </w:rPr>
              <w:t>W prostych zadaniach, czasem z pomocą, realizuje podstawowe działania: przekazywanie informacji sformułowanych w języku obcym i polskim oraz zawartych w materiałach wizualnych; współtworzenie wypowiedzi. Ponadto: przekazywanie informacji sformułowanych w języku obcym i polskim oraz zawartych w materiałach wizualnych; współtworzenie wypowiedzi.</w:t>
            </w:r>
          </w:p>
        </w:tc>
      </w:tr>
      <w:tr w:rsidR="5A79A215" w:rsidRPr="0081371B" w14:paraId="56CEBE5C" w14:textId="77777777" w:rsidTr="00C524C5">
        <w:trPr>
          <w:trHeight w:val="300"/>
          <w:jc w:val="center"/>
        </w:trPr>
        <w:tc>
          <w:tcPr>
            <w:tcW w:w="2268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3E303A64" w14:textId="77777777" w:rsidR="5A79A215" w:rsidRDefault="5A79A215" w:rsidP="5A79A215">
            <w:pPr>
              <w:spacing w:after="30" w:line="240" w:lineRule="auto"/>
            </w:pPr>
            <w:r w:rsidRPr="5A79A215">
              <w:rPr>
                <w:b/>
                <w:bCs/>
                <w:sz w:val="17"/>
                <w:szCs w:val="17"/>
              </w:rPr>
              <w:t>Strategie, wiedza i postawy</w:t>
            </w:r>
          </w:p>
        </w:tc>
        <w:tc>
          <w:tcPr>
            <w:tcW w:w="8044" w:type="dxa"/>
            <w:tcMar>
              <w:top w:w="100" w:type="dxa"/>
              <w:bottom w:w="100" w:type="dxa"/>
            </w:tcMar>
            <w:vAlign w:val="center"/>
          </w:tcPr>
          <w:p w14:paraId="43019273" w14:textId="6FC51A89" w:rsidR="5A79A215" w:rsidRPr="00132F33" w:rsidRDefault="5A79A215" w:rsidP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sz w:val="17"/>
                <w:szCs w:val="17"/>
                <w:lang w:val="pl-PL"/>
              </w:rPr>
              <w:t>W prostych zadaniach, czasem z pomocą, realizuje podstawowe działania: samodzielna praca, współdziałanie, samoocena, wykorzystywanie informacji zwrotnej i TIK; wiedza o krajach i kulturach; ciekawość poznawcza i otwartość. Ponadto: samodzielna praca, współdziałanie, samoocena, wykorzystywanie informacji zwrotnej i TIK; wiedza o krajach i kulturach; ciekawość poznawcza i otwartość.</w:t>
            </w:r>
          </w:p>
        </w:tc>
      </w:tr>
    </w:tbl>
    <w:p w14:paraId="39B6BF5B" w14:textId="3932C837" w:rsidR="00C2186F" w:rsidRPr="00132F33" w:rsidRDefault="00C2186F" w:rsidP="5A79A215">
      <w:pPr>
        <w:rPr>
          <w:lang w:val="pl-PL"/>
        </w:rPr>
      </w:pPr>
    </w:p>
    <w:p w14:paraId="06F6F7C8" w14:textId="77777777" w:rsidR="00C2186F" w:rsidRPr="00132F33" w:rsidRDefault="64863B7E" w:rsidP="5A79A215">
      <w:pPr>
        <w:pStyle w:val="Nagwek2"/>
        <w:rPr>
          <w:lang w:val="pl-PL"/>
        </w:rPr>
      </w:pPr>
      <w:r w:rsidRPr="00132F33">
        <w:rPr>
          <w:lang w:val="pl-PL"/>
        </w:rPr>
        <w:t>Ocena 2 - dopuszczająca</w:t>
      </w:r>
    </w:p>
    <w:p w14:paraId="7F4B61EA" w14:textId="77777777" w:rsidR="00C2186F" w:rsidRPr="00132F33" w:rsidRDefault="64863B7E">
      <w:pPr>
        <w:rPr>
          <w:lang w:val="pl-PL"/>
        </w:rPr>
      </w:pPr>
      <w:r w:rsidRPr="00132F33">
        <w:rPr>
          <w:b/>
          <w:bCs/>
          <w:lang w:val="pl-PL"/>
        </w:rPr>
        <w:t xml:space="preserve">Ogólny poziom spełnienia wymagań: </w:t>
      </w:r>
      <w:r w:rsidRPr="00132F33">
        <w:rPr>
          <w:lang w:val="pl-PL"/>
        </w:rPr>
        <w:t>opanował wymagania w bardzo ograniczonym zakresie; wykonuje najprostsze zadania głównie z pomocą, a liczne błędy często zakłócają komunikację.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268"/>
        <w:gridCol w:w="8044"/>
      </w:tblGrid>
      <w:tr w:rsidR="5A79A215" w:rsidRPr="0081371B" w14:paraId="08AACAA4" w14:textId="77777777" w:rsidTr="00C524C5">
        <w:trPr>
          <w:trHeight w:val="300"/>
          <w:jc w:val="center"/>
        </w:trPr>
        <w:tc>
          <w:tcPr>
            <w:tcW w:w="2268" w:type="dxa"/>
            <w:shd w:val="clear" w:color="auto" w:fill="333333"/>
            <w:tcMar>
              <w:top w:w="100" w:type="dxa"/>
              <w:bottom w:w="100" w:type="dxa"/>
            </w:tcMar>
            <w:vAlign w:val="center"/>
          </w:tcPr>
          <w:p w14:paraId="047DF3C4" w14:textId="77777777" w:rsidR="5A79A215" w:rsidRDefault="5A79A215" w:rsidP="5A79A215">
            <w:pPr>
              <w:spacing w:after="30" w:line="240" w:lineRule="auto"/>
            </w:pPr>
            <w:r w:rsidRPr="5A79A215">
              <w:rPr>
                <w:b/>
                <w:bCs/>
                <w:color w:val="FFFFFF" w:themeColor="background1"/>
                <w:sz w:val="17"/>
                <w:szCs w:val="17"/>
              </w:rPr>
              <w:t>Obszar</w:t>
            </w:r>
          </w:p>
        </w:tc>
        <w:tc>
          <w:tcPr>
            <w:tcW w:w="8044" w:type="dxa"/>
            <w:shd w:val="clear" w:color="auto" w:fill="333333"/>
            <w:tcMar>
              <w:top w:w="100" w:type="dxa"/>
              <w:bottom w:w="100" w:type="dxa"/>
            </w:tcMar>
            <w:vAlign w:val="center"/>
          </w:tcPr>
          <w:p w14:paraId="7ECF95EF" w14:textId="77777777" w:rsidR="5A79A215" w:rsidRPr="00132F33" w:rsidRDefault="5A79A215" w:rsidP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b/>
                <w:bCs/>
                <w:color w:val="FFFFFF" w:themeColor="background1"/>
                <w:sz w:val="17"/>
                <w:szCs w:val="17"/>
                <w:lang w:val="pl-PL"/>
              </w:rPr>
              <w:t>Wymagania niezbędne do otrzymania oceny</w:t>
            </w:r>
          </w:p>
        </w:tc>
      </w:tr>
      <w:tr w:rsidR="5A79A215" w:rsidRPr="0081371B" w14:paraId="69295537" w14:textId="77777777" w:rsidTr="00C524C5">
        <w:trPr>
          <w:trHeight w:val="300"/>
          <w:jc w:val="center"/>
        </w:trPr>
        <w:tc>
          <w:tcPr>
            <w:tcW w:w="2268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008BF098" w14:textId="77777777" w:rsidR="5A79A215" w:rsidRDefault="5A79A215" w:rsidP="5A79A215">
            <w:pPr>
              <w:spacing w:after="30" w:line="240" w:lineRule="auto"/>
            </w:pPr>
            <w:r w:rsidRPr="5A79A215">
              <w:rPr>
                <w:b/>
                <w:bCs/>
                <w:sz w:val="17"/>
                <w:szCs w:val="17"/>
              </w:rPr>
              <w:t>Znajomość środków językowych</w:t>
            </w:r>
          </w:p>
        </w:tc>
        <w:tc>
          <w:tcPr>
            <w:tcW w:w="8044" w:type="dxa"/>
            <w:tcMar>
              <w:top w:w="100" w:type="dxa"/>
              <w:bottom w:w="100" w:type="dxa"/>
            </w:tcMar>
            <w:vAlign w:val="center"/>
          </w:tcPr>
          <w:p w14:paraId="590DBA12" w14:textId="77777777" w:rsidR="5A79A215" w:rsidRPr="00132F33" w:rsidRDefault="5A79A215" w:rsidP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sz w:val="17"/>
                <w:szCs w:val="17"/>
                <w:lang w:val="pl-PL"/>
              </w:rPr>
              <w:t>Rozpoznaje i stosuje niewielką część pełnego zakresu, głównie według wzoru i z dużą pomocą; popełnia liczne błędy.</w:t>
            </w:r>
          </w:p>
        </w:tc>
      </w:tr>
      <w:tr w:rsidR="5A79A215" w:rsidRPr="0081371B" w14:paraId="5554ADAC" w14:textId="77777777" w:rsidTr="00C524C5">
        <w:trPr>
          <w:trHeight w:val="300"/>
          <w:jc w:val="center"/>
        </w:trPr>
        <w:tc>
          <w:tcPr>
            <w:tcW w:w="2268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64D9CAED" w14:textId="77777777" w:rsidR="5A79A215" w:rsidRDefault="5A79A215" w:rsidP="5A79A215">
            <w:pPr>
              <w:spacing w:after="30" w:line="240" w:lineRule="auto"/>
            </w:pPr>
            <w:r w:rsidRPr="5A79A215">
              <w:rPr>
                <w:b/>
                <w:bCs/>
                <w:sz w:val="17"/>
                <w:szCs w:val="17"/>
              </w:rPr>
              <w:t>Rozumienie wypowiedzi ustnych</w:t>
            </w:r>
          </w:p>
        </w:tc>
        <w:tc>
          <w:tcPr>
            <w:tcW w:w="8044" w:type="dxa"/>
            <w:tcMar>
              <w:top w:w="100" w:type="dxa"/>
              <w:bottom w:w="100" w:type="dxa"/>
            </w:tcMar>
            <w:vAlign w:val="center"/>
          </w:tcPr>
          <w:p w14:paraId="1854A4CB" w14:textId="3B4FBB8D" w:rsidR="5A79A215" w:rsidRPr="00132F33" w:rsidRDefault="5A79A215" w:rsidP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sz w:val="17"/>
                <w:szCs w:val="17"/>
                <w:lang w:val="pl-PL"/>
              </w:rPr>
              <w:t>Z dużą pomocą i z licznymi błędami realizuje wybrane najprostsze działania: reagowanie na polecenia; określanie głównej myśli, intencji i kontekstu; wyszukiwanie informacji szczegółowych. Ponadto: reagowanie na polecenia; określanie głównej myśli, intencji i kontekstu; wyszukiwanie informacji szczegółowych.</w:t>
            </w:r>
          </w:p>
        </w:tc>
      </w:tr>
      <w:tr w:rsidR="5A79A215" w:rsidRPr="0081371B" w14:paraId="04FF1149" w14:textId="77777777" w:rsidTr="00C524C5">
        <w:trPr>
          <w:trHeight w:val="300"/>
          <w:jc w:val="center"/>
        </w:trPr>
        <w:tc>
          <w:tcPr>
            <w:tcW w:w="2268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27A19A83" w14:textId="77777777" w:rsidR="5A79A215" w:rsidRDefault="5A79A215" w:rsidP="5A79A215">
            <w:pPr>
              <w:spacing w:after="30" w:line="240" w:lineRule="auto"/>
            </w:pPr>
            <w:r w:rsidRPr="5A79A215">
              <w:rPr>
                <w:b/>
                <w:bCs/>
                <w:sz w:val="17"/>
                <w:szCs w:val="17"/>
              </w:rPr>
              <w:t>Rozumienie wypowiedzi pisemnych</w:t>
            </w:r>
          </w:p>
        </w:tc>
        <w:tc>
          <w:tcPr>
            <w:tcW w:w="8044" w:type="dxa"/>
            <w:tcMar>
              <w:top w:w="100" w:type="dxa"/>
              <w:bottom w:w="100" w:type="dxa"/>
            </w:tcMar>
            <w:vAlign w:val="center"/>
          </w:tcPr>
          <w:p w14:paraId="07E01A58" w14:textId="6A7F6B52" w:rsidR="5A79A215" w:rsidRPr="00132F33" w:rsidRDefault="5A79A215" w:rsidP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sz w:val="17"/>
                <w:szCs w:val="17"/>
                <w:lang w:val="pl-PL"/>
              </w:rPr>
              <w:t>Z dużą pomocą i z licznymi błędami realizuje wybrane najprostsze działania: określanie głównej myśli, intencji i kontekstu; wyszukiwanie informacji szczegółowych. Ponadto: określanie głównej myśli, intencji i kontekstu; wyszukiwanie informacji szczegółowych.</w:t>
            </w:r>
          </w:p>
        </w:tc>
      </w:tr>
      <w:tr w:rsidR="5A79A215" w:rsidRPr="0081371B" w14:paraId="03AF50AE" w14:textId="77777777" w:rsidTr="00C524C5">
        <w:trPr>
          <w:trHeight w:val="300"/>
          <w:jc w:val="center"/>
        </w:trPr>
        <w:tc>
          <w:tcPr>
            <w:tcW w:w="2268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0763C795" w14:textId="77777777" w:rsidR="5A79A215" w:rsidRDefault="5A79A215" w:rsidP="5A79A215">
            <w:pPr>
              <w:spacing w:after="30" w:line="240" w:lineRule="auto"/>
            </w:pPr>
            <w:r w:rsidRPr="5A79A215">
              <w:rPr>
                <w:b/>
                <w:bCs/>
                <w:sz w:val="17"/>
                <w:szCs w:val="17"/>
              </w:rPr>
              <w:t>Tworzenie wypowiedzi ustnych</w:t>
            </w:r>
          </w:p>
        </w:tc>
        <w:tc>
          <w:tcPr>
            <w:tcW w:w="8044" w:type="dxa"/>
            <w:tcMar>
              <w:top w:w="100" w:type="dxa"/>
              <w:bottom w:w="100" w:type="dxa"/>
            </w:tcMar>
            <w:vAlign w:val="center"/>
          </w:tcPr>
          <w:p w14:paraId="19164507" w14:textId="2BE47333" w:rsidR="5A79A215" w:rsidRPr="00132F33" w:rsidRDefault="5A79A215" w:rsidP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sz w:val="17"/>
                <w:szCs w:val="17"/>
                <w:lang w:val="pl-PL"/>
              </w:rPr>
              <w:t xml:space="preserve">Z dużą pomocą i z licznymi błędami realizuje wybrane najprostsze działania: opisywanie ludzi, charakteru, wyglądu, przedmiotów, ubrań i miejsc; określanie liczby i koloru; opowiadanie o teraźniejszości; literowanie </w:t>
            </w:r>
            <w:r w:rsidRPr="00132F33">
              <w:rPr>
                <w:sz w:val="17"/>
                <w:szCs w:val="17"/>
                <w:lang w:val="pl-PL"/>
              </w:rPr>
              <w:lastRenderedPageBreak/>
              <w:t>i alfabet; poprawna wymowa ćwiczonych dźwięków. Ponadto: opowiadanie o czynnościach teraźniejszych i umiejętnościach; opisywanie zakupów, produktów, potraw, sportów, obozów, okolicy i atrakcji; rutyny, czas wolny, dni i godziny; wyrażanie opinii; wymowa ćwiczonych dźwięków.</w:t>
            </w:r>
          </w:p>
        </w:tc>
      </w:tr>
      <w:tr w:rsidR="5A79A215" w:rsidRPr="0081371B" w14:paraId="27B00F00" w14:textId="77777777" w:rsidTr="00C524C5">
        <w:trPr>
          <w:trHeight w:val="300"/>
          <w:jc w:val="center"/>
        </w:trPr>
        <w:tc>
          <w:tcPr>
            <w:tcW w:w="2268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7C085635" w14:textId="77777777" w:rsidR="5A79A215" w:rsidRDefault="5A79A215" w:rsidP="5A79A215">
            <w:pPr>
              <w:spacing w:after="30" w:line="240" w:lineRule="auto"/>
            </w:pPr>
            <w:r w:rsidRPr="5A79A215">
              <w:rPr>
                <w:b/>
                <w:bCs/>
                <w:sz w:val="17"/>
                <w:szCs w:val="17"/>
              </w:rPr>
              <w:lastRenderedPageBreak/>
              <w:t>Tworzenie wypowiedzi pisemnych</w:t>
            </w:r>
          </w:p>
        </w:tc>
        <w:tc>
          <w:tcPr>
            <w:tcW w:w="8044" w:type="dxa"/>
            <w:tcMar>
              <w:top w:w="100" w:type="dxa"/>
              <w:bottom w:w="100" w:type="dxa"/>
            </w:tcMar>
            <w:vAlign w:val="center"/>
          </w:tcPr>
          <w:p w14:paraId="585BFB58" w14:textId="2DF74A08" w:rsidR="5A79A215" w:rsidRPr="00132F33" w:rsidRDefault="5A79A215" w:rsidP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sz w:val="17"/>
                <w:szCs w:val="17"/>
                <w:lang w:val="pl-PL"/>
              </w:rPr>
              <w:t>Z dużą pomocą i z licznymi błędami realizuje wybrane najprostsze działania: krótkie, proste, spójne i logiczne opisy ludzi, wieku, charakteru, wyglądu, zwierząt, przedmiotów, ubrań, pokoju oraz członka rodziny. Ponadto: opisywanie umiejętności ludzi i zwierząt, produktów i ich ilości, lodówki, smoothie, obozu wakacyjnego, rutyny zwierzęcia, nakazów i zakazów oraz czynności przedstawionych na obrazku.</w:t>
            </w:r>
          </w:p>
        </w:tc>
      </w:tr>
      <w:tr w:rsidR="5A79A215" w:rsidRPr="0081371B" w14:paraId="16BA9B8F" w14:textId="77777777" w:rsidTr="00C524C5">
        <w:trPr>
          <w:trHeight w:val="300"/>
          <w:jc w:val="center"/>
        </w:trPr>
        <w:tc>
          <w:tcPr>
            <w:tcW w:w="2268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3E4893F5" w14:textId="77777777" w:rsidR="5A79A215" w:rsidRDefault="5A79A215" w:rsidP="5A79A215">
            <w:pPr>
              <w:spacing w:after="30" w:line="240" w:lineRule="auto"/>
            </w:pPr>
            <w:r w:rsidRPr="5A79A215">
              <w:rPr>
                <w:b/>
                <w:bCs/>
                <w:sz w:val="17"/>
                <w:szCs w:val="17"/>
              </w:rPr>
              <w:t>Reagowanie ustne i pisemne</w:t>
            </w:r>
          </w:p>
        </w:tc>
        <w:tc>
          <w:tcPr>
            <w:tcW w:w="8044" w:type="dxa"/>
            <w:tcMar>
              <w:top w:w="100" w:type="dxa"/>
              <w:bottom w:w="100" w:type="dxa"/>
            </w:tcMar>
            <w:vAlign w:val="center"/>
          </w:tcPr>
          <w:p w14:paraId="578092C2" w14:textId="375B41EC" w:rsidR="5A79A215" w:rsidRPr="00132F33" w:rsidRDefault="5A79A215" w:rsidP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sz w:val="17"/>
                <w:szCs w:val="17"/>
                <w:lang w:val="pl-PL"/>
              </w:rPr>
              <w:t>Z dużą pomocą i z licznymi błędami realizuje wybrane najprostsze działania: przedstawianie siebie i innych; uzyskiwanie i przekazywanie informacji o danych personalnych, wieku, charakterze, wyglądzie, liczbie, cenie, ubraniach, posiadaniu i rodzinie; prowadzenie rozmowy; wyrażanie opinii; stosowanie form grzecznościowych; pisemne opisy osoby, szkoły, zwierzęcia, pokoju i członka rodziny. Ponadto: uzyskiwanie i przekazywanie informacji o umiejętnościach, jedzeniu, rutynach, czasie i czynnościach; wyrażanie opinii, upodobań, intencji i próśb; pytanie o pozwolenie; podziękowanie; wskazywanie drogi; dialog w barze sałatkowym; opis robota.</w:t>
            </w:r>
          </w:p>
        </w:tc>
      </w:tr>
      <w:tr w:rsidR="5A79A215" w:rsidRPr="0081371B" w14:paraId="4D62264D" w14:textId="77777777" w:rsidTr="00C524C5">
        <w:trPr>
          <w:trHeight w:val="300"/>
          <w:jc w:val="center"/>
        </w:trPr>
        <w:tc>
          <w:tcPr>
            <w:tcW w:w="2268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7D63D124" w14:textId="77777777" w:rsidR="5A79A215" w:rsidRDefault="5A79A215" w:rsidP="5A79A215">
            <w:pPr>
              <w:spacing w:after="30" w:line="240" w:lineRule="auto"/>
            </w:pPr>
            <w:r w:rsidRPr="5A79A215">
              <w:rPr>
                <w:b/>
                <w:bCs/>
                <w:sz w:val="17"/>
                <w:szCs w:val="17"/>
              </w:rPr>
              <w:t>Przetwarzanie tekstu</w:t>
            </w:r>
          </w:p>
        </w:tc>
        <w:tc>
          <w:tcPr>
            <w:tcW w:w="8044" w:type="dxa"/>
            <w:tcMar>
              <w:top w:w="100" w:type="dxa"/>
              <w:bottom w:w="100" w:type="dxa"/>
            </w:tcMar>
            <w:vAlign w:val="center"/>
          </w:tcPr>
          <w:p w14:paraId="3DEDF6A1" w14:textId="77777777" w:rsidR="5A79A215" w:rsidRPr="00132F33" w:rsidRDefault="5A79A215" w:rsidP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sz w:val="17"/>
                <w:szCs w:val="17"/>
                <w:lang w:val="pl-PL"/>
              </w:rPr>
              <w:t>Z dużą pomocą i z licznymi błędami realizuje wybrane najprostsze działania: przekazywanie informacji sformułowanych w języku obcym i polskim oraz zawartych w materiałach wizualnych; współtworzenie wypowiedzi. Ponadto: przekazywanie informacji sformułowanych w języku obcym i polskim oraz zawartych w materiałach wizualnych; współtworzenie wypowiedzi..</w:t>
            </w:r>
          </w:p>
        </w:tc>
      </w:tr>
      <w:tr w:rsidR="5A79A215" w:rsidRPr="0081371B" w14:paraId="25C5C770" w14:textId="77777777" w:rsidTr="00C524C5">
        <w:trPr>
          <w:trHeight w:val="300"/>
          <w:jc w:val="center"/>
        </w:trPr>
        <w:tc>
          <w:tcPr>
            <w:tcW w:w="2268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71B3326D" w14:textId="77777777" w:rsidR="5A79A215" w:rsidRDefault="5A79A215" w:rsidP="5A79A215">
            <w:pPr>
              <w:spacing w:after="30" w:line="240" w:lineRule="auto"/>
            </w:pPr>
            <w:r w:rsidRPr="5A79A215">
              <w:rPr>
                <w:b/>
                <w:bCs/>
                <w:sz w:val="17"/>
                <w:szCs w:val="17"/>
              </w:rPr>
              <w:t>Strategie, wiedza i postawy</w:t>
            </w:r>
          </w:p>
        </w:tc>
        <w:tc>
          <w:tcPr>
            <w:tcW w:w="8044" w:type="dxa"/>
            <w:tcMar>
              <w:top w:w="100" w:type="dxa"/>
              <w:bottom w:w="100" w:type="dxa"/>
            </w:tcMar>
            <w:vAlign w:val="center"/>
          </w:tcPr>
          <w:p w14:paraId="17DEE59A" w14:textId="57C119B6" w:rsidR="5A79A215" w:rsidRPr="00132F33" w:rsidRDefault="5A79A215" w:rsidP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sz w:val="17"/>
                <w:szCs w:val="17"/>
                <w:lang w:val="pl-PL"/>
              </w:rPr>
              <w:t>Z dużą pomocą i z licznymi błędami realizuje wybrane najprostsze działania: samodzielna praca, współdziałanie, samoocena, wykorzystywanie informacji zwrotnej i TIK; wiedza o krajach i kulturach; ciekawość poznawcza i otwartość. Ponadto: samodzielna praca, współdziałanie, samoocena, wykorzystywanie informacji zwrotnej i TIK; wiedza o krajach i kulturach; ciekawość poznawcza i otwartość.</w:t>
            </w:r>
          </w:p>
        </w:tc>
      </w:tr>
    </w:tbl>
    <w:p w14:paraId="53475BF0" w14:textId="0802B4A1" w:rsidR="00C2186F" w:rsidRPr="00132F33" w:rsidRDefault="373301E9" w:rsidP="5A79A215">
      <w:pPr>
        <w:pStyle w:val="Nagwek2"/>
        <w:rPr>
          <w:lang w:val="pl-PL"/>
        </w:rPr>
      </w:pPr>
      <w:r w:rsidRPr="00132F33">
        <w:rPr>
          <w:lang w:val="pl-PL"/>
        </w:rPr>
        <w:t>Ocena 1 - niedostateczna</w:t>
      </w:r>
    </w:p>
    <w:p w14:paraId="39A29C8D" w14:textId="77777777" w:rsidR="00C2186F" w:rsidRPr="00132F33" w:rsidRDefault="373301E9">
      <w:pPr>
        <w:rPr>
          <w:lang w:val="pl-PL"/>
        </w:rPr>
      </w:pPr>
      <w:r w:rsidRPr="00132F33">
        <w:rPr>
          <w:b/>
          <w:bCs/>
          <w:lang w:val="pl-PL"/>
        </w:rPr>
        <w:t xml:space="preserve">Ogólny poziom spełnienia wymagań: </w:t>
      </w:r>
      <w:r w:rsidRPr="00132F33">
        <w:rPr>
          <w:lang w:val="pl-PL"/>
        </w:rPr>
        <w:t>nie opanował wymagań koniecznych; nie wykonuje zadań nawet z dużą pomocą lub błędy uniemożliwiają komunikację.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268"/>
        <w:gridCol w:w="8044"/>
      </w:tblGrid>
      <w:tr w:rsidR="5A79A215" w:rsidRPr="0081371B" w14:paraId="4E88C7F0" w14:textId="77777777" w:rsidTr="00C524C5">
        <w:trPr>
          <w:trHeight w:val="300"/>
          <w:jc w:val="center"/>
        </w:trPr>
        <w:tc>
          <w:tcPr>
            <w:tcW w:w="2268" w:type="dxa"/>
            <w:shd w:val="clear" w:color="auto" w:fill="333333"/>
            <w:tcMar>
              <w:top w:w="100" w:type="dxa"/>
              <w:bottom w:w="100" w:type="dxa"/>
            </w:tcMar>
            <w:vAlign w:val="center"/>
          </w:tcPr>
          <w:p w14:paraId="16768E1A" w14:textId="77777777" w:rsidR="5A79A215" w:rsidRDefault="5A79A215" w:rsidP="5A79A215">
            <w:pPr>
              <w:spacing w:after="30" w:line="240" w:lineRule="auto"/>
            </w:pPr>
            <w:r w:rsidRPr="5A79A215">
              <w:rPr>
                <w:b/>
                <w:bCs/>
                <w:color w:val="FFFFFF" w:themeColor="background1"/>
                <w:sz w:val="17"/>
                <w:szCs w:val="17"/>
              </w:rPr>
              <w:t>Obszar</w:t>
            </w:r>
          </w:p>
        </w:tc>
        <w:tc>
          <w:tcPr>
            <w:tcW w:w="8044" w:type="dxa"/>
            <w:shd w:val="clear" w:color="auto" w:fill="333333"/>
            <w:tcMar>
              <w:top w:w="100" w:type="dxa"/>
              <w:bottom w:w="100" w:type="dxa"/>
            </w:tcMar>
            <w:vAlign w:val="center"/>
          </w:tcPr>
          <w:p w14:paraId="357706F7" w14:textId="77777777" w:rsidR="5A79A215" w:rsidRPr="00132F33" w:rsidRDefault="5A79A215" w:rsidP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b/>
                <w:bCs/>
                <w:color w:val="FFFFFF" w:themeColor="background1"/>
                <w:sz w:val="17"/>
                <w:szCs w:val="17"/>
                <w:lang w:val="pl-PL"/>
              </w:rPr>
              <w:t>Wymagania niezbędne do otrzymania oceny</w:t>
            </w:r>
          </w:p>
        </w:tc>
      </w:tr>
      <w:tr w:rsidR="5A79A215" w:rsidRPr="0081371B" w14:paraId="69842139" w14:textId="77777777" w:rsidTr="00C524C5">
        <w:trPr>
          <w:trHeight w:val="300"/>
          <w:jc w:val="center"/>
        </w:trPr>
        <w:tc>
          <w:tcPr>
            <w:tcW w:w="2268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0D6BB8C5" w14:textId="77777777" w:rsidR="5A79A215" w:rsidRDefault="5A79A215" w:rsidP="5A79A215">
            <w:pPr>
              <w:spacing w:after="30" w:line="240" w:lineRule="auto"/>
            </w:pPr>
            <w:r w:rsidRPr="5A79A215">
              <w:rPr>
                <w:b/>
                <w:bCs/>
                <w:sz w:val="17"/>
                <w:szCs w:val="17"/>
              </w:rPr>
              <w:t>Znajomość środków językowych</w:t>
            </w:r>
          </w:p>
        </w:tc>
        <w:tc>
          <w:tcPr>
            <w:tcW w:w="8044" w:type="dxa"/>
            <w:tcMar>
              <w:top w:w="100" w:type="dxa"/>
              <w:bottom w:w="100" w:type="dxa"/>
            </w:tcMar>
            <w:vAlign w:val="center"/>
          </w:tcPr>
          <w:p w14:paraId="4DBD35C1" w14:textId="77777777" w:rsidR="5A79A215" w:rsidRPr="00132F33" w:rsidRDefault="5A79A215" w:rsidP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sz w:val="17"/>
                <w:szCs w:val="17"/>
                <w:lang w:val="pl-PL"/>
              </w:rPr>
              <w:t>Nie rozpoznaje i nie stosuje skutecznie pełnego zakresu słownictwa i struktur, nawet z pomocą.</w:t>
            </w:r>
          </w:p>
        </w:tc>
      </w:tr>
      <w:tr w:rsidR="5A79A215" w:rsidRPr="0081371B" w14:paraId="6FBAEA9D" w14:textId="77777777" w:rsidTr="00C524C5">
        <w:trPr>
          <w:trHeight w:val="300"/>
          <w:jc w:val="center"/>
        </w:trPr>
        <w:tc>
          <w:tcPr>
            <w:tcW w:w="2268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34E28701" w14:textId="77777777" w:rsidR="5A79A215" w:rsidRDefault="5A79A215" w:rsidP="5A79A215">
            <w:pPr>
              <w:spacing w:after="30" w:line="240" w:lineRule="auto"/>
            </w:pPr>
            <w:r w:rsidRPr="5A79A215">
              <w:rPr>
                <w:b/>
                <w:bCs/>
                <w:sz w:val="17"/>
                <w:szCs w:val="17"/>
              </w:rPr>
              <w:t>Rozumienie wypowiedzi ustnych</w:t>
            </w:r>
          </w:p>
        </w:tc>
        <w:tc>
          <w:tcPr>
            <w:tcW w:w="8044" w:type="dxa"/>
            <w:tcMar>
              <w:top w:w="100" w:type="dxa"/>
              <w:bottom w:w="100" w:type="dxa"/>
            </w:tcMar>
            <w:vAlign w:val="center"/>
          </w:tcPr>
          <w:p w14:paraId="5FF2EA4D" w14:textId="6074B0D2" w:rsidR="5A79A215" w:rsidRPr="00132F33" w:rsidRDefault="5A79A215" w:rsidP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sz w:val="17"/>
                <w:szCs w:val="17"/>
                <w:lang w:val="pl-PL"/>
              </w:rPr>
              <w:t>Nie potrafi skutecznie realizować działań: reagowanie na polecenia; określanie głównej myśli, intencji i kontekstu; wyszukiwanie informacji szczegółowych. Ponadto: reagowanie na polecenia; określanie głównej myśli, intencji i kontekstu; wyszukiwanie informacji szczegółowych.</w:t>
            </w:r>
          </w:p>
        </w:tc>
      </w:tr>
      <w:tr w:rsidR="5A79A215" w:rsidRPr="0081371B" w14:paraId="49EA2915" w14:textId="77777777" w:rsidTr="00C524C5">
        <w:trPr>
          <w:trHeight w:val="300"/>
          <w:jc w:val="center"/>
        </w:trPr>
        <w:tc>
          <w:tcPr>
            <w:tcW w:w="2268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422765BC" w14:textId="77777777" w:rsidR="5A79A215" w:rsidRDefault="5A79A215" w:rsidP="5A79A215">
            <w:pPr>
              <w:spacing w:after="30" w:line="240" w:lineRule="auto"/>
            </w:pPr>
            <w:r w:rsidRPr="5A79A215">
              <w:rPr>
                <w:b/>
                <w:bCs/>
                <w:sz w:val="17"/>
                <w:szCs w:val="17"/>
              </w:rPr>
              <w:t>Rozumienie wypowiedzi pisemnych</w:t>
            </w:r>
          </w:p>
        </w:tc>
        <w:tc>
          <w:tcPr>
            <w:tcW w:w="8044" w:type="dxa"/>
            <w:tcMar>
              <w:top w:w="100" w:type="dxa"/>
              <w:bottom w:w="100" w:type="dxa"/>
            </w:tcMar>
            <w:vAlign w:val="center"/>
          </w:tcPr>
          <w:p w14:paraId="5BECE3EE" w14:textId="74C46168" w:rsidR="5A79A215" w:rsidRPr="00132F33" w:rsidRDefault="5A79A215" w:rsidP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sz w:val="17"/>
                <w:szCs w:val="17"/>
                <w:lang w:val="pl-PL"/>
              </w:rPr>
              <w:t>Nie potrafi skutecznie realizować działań: określanie głównej myśli, intencji i kontekstu; wyszukiwanie informacji szczegółowych. Ponadto: określanie głównej myśli, intencji i kontekstu; wyszukiwanie informacji szczegółowych.</w:t>
            </w:r>
          </w:p>
        </w:tc>
      </w:tr>
      <w:tr w:rsidR="5A79A215" w:rsidRPr="0081371B" w14:paraId="6E8BE8F3" w14:textId="77777777" w:rsidTr="00C524C5">
        <w:trPr>
          <w:trHeight w:val="300"/>
          <w:jc w:val="center"/>
        </w:trPr>
        <w:tc>
          <w:tcPr>
            <w:tcW w:w="2268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1F1A0035" w14:textId="77777777" w:rsidR="5A79A215" w:rsidRDefault="5A79A215" w:rsidP="5A79A215">
            <w:pPr>
              <w:spacing w:after="30" w:line="240" w:lineRule="auto"/>
            </w:pPr>
            <w:r w:rsidRPr="5A79A215">
              <w:rPr>
                <w:b/>
                <w:bCs/>
                <w:sz w:val="17"/>
                <w:szCs w:val="17"/>
              </w:rPr>
              <w:t>Tworzenie wypowiedzi ustnych</w:t>
            </w:r>
          </w:p>
        </w:tc>
        <w:tc>
          <w:tcPr>
            <w:tcW w:w="8044" w:type="dxa"/>
            <w:tcMar>
              <w:top w:w="100" w:type="dxa"/>
              <w:bottom w:w="100" w:type="dxa"/>
            </w:tcMar>
            <w:vAlign w:val="center"/>
          </w:tcPr>
          <w:p w14:paraId="12E08FEA" w14:textId="7FC7D23A" w:rsidR="5A79A215" w:rsidRPr="00132F33" w:rsidRDefault="5A79A215" w:rsidP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sz w:val="17"/>
                <w:szCs w:val="17"/>
                <w:lang w:val="pl-PL"/>
              </w:rPr>
              <w:t>Nie potrafi skutecznie realizować działań: opisywanie ludzi, charakteru, wyglądu, przedmiotów, ubrań i miejsc; określanie liczby i koloru; opowiadanie o teraźniejszości; literowanie i alfabet; poprawna wymowa ćwiczonych dźwięków. Ponadto: opowiadanie o czynnościach teraźniejszych i umiejętnościach; opisywanie zakupów, produktów, potraw, sportów, obozów, okolicy i atrakcji; rutyny, czas wolny, dni i godziny; wyrażanie opinii; wymowa ćwiczonych dźwięków.</w:t>
            </w:r>
          </w:p>
        </w:tc>
      </w:tr>
      <w:tr w:rsidR="5A79A215" w:rsidRPr="0081371B" w14:paraId="03450444" w14:textId="77777777" w:rsidTr="00C524C5">
        <w:trPr>
          <w:trHeight w:val="300"/>
          <w:jc w:val="center"/>
        </w:trPr>
        <w:tc>
          <w:tcPr>
            <w:tcW w:w="2268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6A138545" w14:textId="77777777" w:rsidR="5A79A215" w:rsidRDefault="5A79A215" w:rsidP="5A79A215">
            <w:pPr>
              <w:spacing w:after="30" w:line="240" w:lineRule="auto"/>
            </w:pPr>
            <w:r w:rsidRPr="5A79A215">
              <w:rPr>
                <w:b/>
                <w:bCs/>
                <w:sz w:val="17"/>
                <w:szCs w:val="17"/>
              </w:rPr>
              <w:t>Tworzenie wypowiedzi pisemnych</w:t>
            </w:r>
          </w:p>
        </w:tc>
        <w:tc>
          <w:tcPr>
            <w:tcW w:w="8044" w:type="dxa"/>
            <w:tcMar>
              <w:top w:w="100" w:type="dxa"/>
              <w:bottom w:w="100" w:type="dxa"/>
            </w:tcMar>
            <w:vAlign w:val="center"/>
          </w:tcPr>
          <w:p w14:paraId="1636DC78" w14:textId="324138B6" w:rsidR="5A79A215" w:rsidRPr="00132F33" w:rsidRDefault="5A79A215" w:rsidP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sz w:val="17"/>
                <w:szCs w:val="17"/>
                <w:lang w:val="pl-PL"/>
              </w:rPr>
              <w:t>Nie potrafi skutecznie realizować działań: krótkie, proste, spójne i logiczne opisy ludzi, wieku, charakteru, wyglądu, zwierząt, przedmiotów, ubrań, pokoju oraz członka rodziny. Ponadto: opisywanie umiejętności ludzi i zwierząt, produktów i ich ilości, lodówki, smoothie, obozu wakacyjnego, rutyny zwierzęcia, nakazów i zakazów oraz czynności przedstawionych na obrazku.</w:t>
            </w:r>
          </w:p>
        </w:tc>
      </w:tr>
      <w:tr w:rsidR="5A79A215" w:rsidRPr="0081371B" w14:paraId="1C404920" w14:textId="77777777" w:rsidTr="00C524C5">
        <w:trPr>
          <w:trHeight w:val="300"/>
          <w:jc w:val="center"/>
        </w:trPr>
        <w:tc>
          <w:tcPr>
            <w:tcW w:w="2268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47D37644" w14:textId="77777777" w:rsidR="5A79A215" w:rsidRDefault="5A79A215" w:rsidP="5A79A215">
            <w:pPr>
              <w:spacing w:after="30" w:line="240" w:lineRule="auto"/>
            </w:pPr>
            <w:r w:rsidRPr="5A79A215">
              <w:rPr>
                <w:b/>
                <w:bCs/>
                <w:sz w:val="17"/>
                <w:szCs w:val="17"/>
              </w:rPr>
              <w:t>Reagowanie ustne i pisemne</w:t>
            </w:r>
          </w:p>
        </w:tc>
        <w:tc>
          <w:tcPr>
            <w:tcW w:w="8044" w:type="dxa"/>
            <w:tcMar>
              <w:top w:w="100" w:type="dxa"/>
              <w:bottom w:w="100" w:type="dxa"/>
            </w:tcMar>
            <w:vAlign w:val="center"/>
          </w:tcPr>
          <w:p w14:paraId="24CC396F" w14:textId="29DA6B0A" w:rsidR="5A79A215" w:rsidRPr="00132F33" w:rsidRDefault="5A79A215" w:rsidP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sz w:val="17"/>
                <w:szCs w:val="17"/>
                <w:lang w:val="pl-PL"/>
              </w:rPr>
              <w:t>Nie potrafi skutecznie realizować działań: przedstawianie siebie i innych; uzyskiwanie i przekazywanie informacji o danych personalnych, wieku, charakterze, wyglądzie, liczbie, cenie, ubraniach, posiadaniu i rodzinie; prowadzenie rozmowy; wyrażanie opinii; stosowanie form grzecznościowych; pisemne opisy osoby, szkoły, zwierzęcia, pokoju i członka rodziny. Ponadto: uzyskiwanie i przekazywanie informacji o umiejętnościach, jedzeniu, rutynach, czasie i czynnościach; wyrażanie opinii, upodobań, intencji i próśb; pytanie o pozwolenie; podziękowanie; wskazywanie drogi; dialog w barze sałatkowym; opis robota.</w:t>
            </w:r>
          </w:p>
        </w:tc>
      </w:tr>
      <w:tr w:rsidR="5A79A215" w:rsidRPr="0081371B" w14:paraId="4059CC8F" w14:textId="77777777" w:rsidTr="00C524C5">
        <w:trPr>
          <w:trHeight w:val="300"/>
          <w:jc w:val="center"/>
        </w:trPr>
        <w:tc>
          <w:tcPr>
            <w:tcW w:w="2268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4349E4B4" w14:textId="77777777" w:rsidR="5A79A215" w:rsidRDefault="5A79A215" w:rsidP="5A79A215">
            <w:pPr>
              <w:spacing w:after="30" w:line="240" w:lineRule="auto"/>
            </w:pPr>
            <w:r w:rsidRPr="5A79A215">
              <w:rPr>
                <w:b/>
                <w:bCs/>
                <w:sz w:val="17"/>
                <w:szCs w:val="17"/>
              </w:rPr>
              <w:lastRenderedPageBreak/>
              <w:t>Przetwarzanie tekstu</w:t>
            </w:r>
          </w:p>
        </w:tc>
        <w:tc>
          <w:tcPr>
            <w:tcW w:w="8044" w:type="dxa"/>
            <w:tcMar>
              <w:top w:w="100" w:type="dxa"/>
              <w:bottom w:w="100" w:type="dxa"/>
            </w:tcMar>
            <w:vAlign w:val="center"/>
          </w:tcPr>
          <w:p w14:paraId="5E034254" w14:textId="6639D87F" w:rsidR="5A79A215" w:rsidRPr="00132F33" w:rsidRDefault="5A79A215" w:rsidP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sz w:val="17"/>
                <w:szCs w:val="17"/>
                <w:lang w:val="pl-PL"/>
              </w:rPr>
              <w:t>Nie potrafi skutecznie realizować działań: przekazywanie informacji sformułowanych w języku obcym i polskim oraz zawartych w materiałach wizualnych; współtworzenie wypowiedzi. Ponadto: przekazywanie informacji sformułowanych w języku obcym i polskim oraz zawartych w materiałach wizualnych; współtworzenie wypowiedzi.</w:t>
            </w:r>
          </w:p>
        </w:tc>
      </w:tr>
      <w:tr w:rsidR="5A79A215" w:rsidRPr="0081371B" w14:paraId="0AE41F0E" w14:textId="77777777" w:rsidTr="00C524C5">
        <w:trPr>
          <w:trHeight w:val="300"/>
          <w:jc w:val="center"/>
        </w:trPr>
        <w:tc>
          <w:tcPr>
            <w:tcW w:w="2268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0FB1E53B" w14:textId="77777777" w:rsidR="5A79A215" w:rsidRDefault="5A79A215" w:rsidP="5A79A215">
            <w:pPr>
              <w:spacing w:after="30" w:line="240" w:lineRule="auto"/>
            </w:pPr>
            <w:r w:rsidRPr="5A79A215">
              <w:rPr>
                <w:b/>
                <w:bCs/>
                <w:sz w:val="17"/>
                <w:szCs w:val="17"/>
              </w:rPr>
              <w:t>Strategie, wiedza i postawy</w:t>
            </w:r>
          </w:p>
        </w:tc>
        <w:tc>
          <w:tcPr>
            <w:tcW w:w="8044" w:type="dxa"/>
            <w:tcMar>
              <w:top w:w="100" w:type="dxa"/>
              <w:bottom w:w="100" w:type="dxa"/>
            </w:tcMar>
            <w:vAlign w:val="center"/>
          </w:tcPr>
          <w:p w14:paraId="2C3618FA" w14:textId="77777777" w:rsidR="5A79A215" w:rsidRPr="00132F33" w:rsidRDefault="5A79A215" w:rsidP="5A79A215">
            <w:pPr>
              <w:spacing w:after="30" w:line="240" w:lineRule="auto"/>
              <w:rPr>
                <w:lang w:val="pl-PL"/>
              </w:rPr>
            </w:pPr>
            <w:r w:rsidRPr="00132F33">
              <w:rPr>
                <w:sz w:val="17"/>
                <w:szCs w:val="17"/>
                <w:lang w:val="pl-PL"/>
              </w:rPr>
              <w:t>Nie potrafi skutecznie realizować działań: samodzielna praca, współdziałanie, samoocena, wykorzystywanie informacji zwrotnej i TIK; wiedza o krajach i kulturach; ciekawość poznawcza i otwartość. Ponadto: samodzielna praca, współdziałanie, samoocena, wykorzystywanie informacji zwrotnej i TIK; wiedza o krajach i kulturach; ciekawość poznawcza i otwartość..</w:t>
            </w:r>
          </w:p>
        </w:tc>
      </w:tr>
    </w:tbl>
    <w:p w14:paraId="1692307A" w14:textId="59CF3B82" w:rsidR="0081371B" w:rsidRPr="00680746" w:rsidRDefault="0081371B" w:rsidP="0081371B">
      <w:pPr>
        <w:pStyle w:val="Nagwek1"/>
        <w:jc w:val="center"/>
        <w:rPr>
          <w:lang w:val="pl-PL"/>
        </w:rPr>
      </w:pPr>
      <w:r w:rsidRPr="00680746">
        <w:rPr>
          <w:lang w:val="pl-PL"/>
        </w:rPr>
        <w:t>WYMAGANIA EDUKACYJNE</w:t>
      </w:r>
      <w:r>
        <w:rPr>
          <w:lang w:val="pl-PL"/>
        </w:rPr>
        <w:t xml:space="preserve"> </w:t>
      </w:r>
      <w:r w:rsidRPr="0081371B">
        <w:rPr>
          <w:lang w:val="pl-PL"/>
        </w:rPr>
        <w:t>do sekcji Exte</w:t>
      </w:r>
      <w:r>
        <w:rPr>
          <w:lang w:val="pl-PL"/>
        </w:rPr>
        <w:t>nded</w:t>
      </w:r>
    </w:p>
    <w:p w14:paraId="015A808F" w14:textId="77777777" w:rsidR="0081371B" w:rsidRPr="00680746" w:rsidRDefault="0081371B" w:rsidP="0081371B">
      <w:pPr>
        <w:jc w:val="center"/>
        <w:rPr>
          <w:lang w:val="pl-PL"/>
        </w:rPr>
      </w:pPr>
      <w:r w:rsidRPr="00680746">
        <w:rPr>
          <w:b/>
          <w:sz w:val="24"/>
          <w:lang w:val="pl-PL"/>
        </w:rPr>
        <w:t>niezbędne do otrzymania poszczególnych śródrocznych i rocznych ocen klasyfikacyjnych</w:t>
      </w:r>
    </w:p>
    <w:p w14:paraId="080295F7" w14:textId="77777777" w:rsidR="0081371B" w:rsidRPr="0081371B" w:rsidRDefault="0081371B" w:rsidP="0081371B">
      <w:pPr>
        <w:rPr>
          <w:b/>
          <w:bCs/>
          <w:color w:val="002060"/>
          <w:sz w:val="24"/>
          <w:szCs w:val="24"/>
          <w:lang w:val="en-GB"/>
        </w:rPr>
      </w:pPr>
      <w:r w:rsidRPr="00680746">
        <w:rPr>
          <w:b/>
          <w:bCs/>
          <w:color w:val="002060"/>
          <w:sz w:val="24"/>
          <w:szCs w:val="24"/>
        </w:rPr>
        <w:t>WYMAGANIA ŚRÓDROCZNE</w:t>
      </w:r>
    </w:p>
    <w:p w14:paraId="663FD80E" w14:textId="77777777" w:rsidR="0081371B" w:rsidRDefault="0081371B" w:rsidP="0081371B">
      <w:pPr>
        <w:rPr>
          <w:lang w:val="pl-PL"/>
        </w:rPr>
      </w:pPr>
      <w:r>
        <w:rPr>
          <w:b/>
        </w:rPr>
        <w:t xml:space="preserve">Zakres klasyfikacji: </w:t>
      </w:r>
      <w:r>
        <w:t xml:space="preserve">Extended Curriculum 1: Lifelong learning; Extended Curriculum 2: Shops and services; Extended Curriculum 3: Relationships with people. </w:t>
      </w:r>
      <w:r w:rsidRPr="00680746">
        <w:rPr>
          <w:lang w:val="pl-PL"/>
        </w:rPr>
        <w:t>Każda ocena odnosi się do pełnego zakresu tych treści. Różnice dotyczą stopnia samodzielności, poprawności, płynności, precyzji i skuteczności komunikacyjnej.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85"/>
        <w:gridCol w:w="8327"/>
      </w:tblGrid>
      <w:tr w:rsidR="0081371B" w:rsidRPr="00680746" w14:paraId="7EA34A82" w14:textId="77777777" w:rsidTr="00F5229B">
        <w:trPr>
          <w:cantSplit/>
          <w:jc w:val="center"/>
        </w:trPr>
        <w:tc>
          <w:tcPr>
            <w:tcW w:w="1985" w:type="dxa"/>
            <w:shd w:val="clear" w:color="auto" w:fill="002060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3A5086B0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color w:val="FFFFFF"/>
                <w:sz w:val="16"/>
              </w:rPr>
              <w:t>Zakres tematyczny</w:t>
            </w:r>
          </w:p>
        </w:tc>
        <w:tc>
          <w:tcPr>
            <w:tcW w:w="8327" w:type="dxa"/>
            <w:shd w:val="clear" w:color="auto" w:fill="EAF0F8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3E4BD7D1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uczenie się przez całe życie; sposoby i strategie uczenia się; plany i trudności w nauce; języki obce; zakupy; sklepy i usługi; zwyczaje zakupowe; ceny; zwroty produktów; zamawianie jedzenia; relacje z rodziną, przyjaciółmi i innymi osobami; znaczenie przyjaźni; zachowania wspierające dobre relacje; wspólne aktywności.</w:t>
            </w:r>
          </w:p>
        </w:tc>
      </w:tr>
      <w:tr w:rsidR="0081371B" w14:paraId="071A6792" w14:textId="77777777" w:rsidTr="00F5229B">
        <w:trPr>
          <w:cantSplit/>
          <w:jc w:val="center"/>
        </w:trPr>
        <w:tc>
          <w:tcPr>
            <w:tcW w:w="1985" w:type="dxa"/>
            <w:shd w:val="clear" w:color="auto" w:fill="002060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596E5868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color w:val="FFFFFF"/>
                <w:sz w:val="16"/>
              </w:rPr>
              <w:t>Środki językowe</w:t>
            </w:r>
          </w:p>
        </w:tc>
        <w:tc>
          <w:tcPr>
            <w:tcW w:w="8327" w:type="dxa"/>
            <w:shd w:val="clear" w:color="auto" w:fill="EAF0F8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79427F4B" w14:textId="77777777" w:rsidR="0081371B" w:rsidRDefault="0081371B" w:rsidP="00F5229B">
            <w:pPr>
              <w:spacing w:after="26" w:line="240" w:lineRule="auto"/>
            </w:pPr>
            <w:r>
              <w:rPr>
                <w:sz w:val="16"/>
              </w:rPr>
              <w:t>nazwy i określenia związane z uczeniem się przez całe życie, sposobami uczenia się, planami i trudnościami w nauce; słownictwo związane z zakupami, sklepami i usługami, m.in. ask a shop assistant, take a shopping bag, order food; konstrukcja too + adjective, m.in. too big, too expensive, too long, too shy; słownictwo związane z relacjami, m.in. help others, smile at people, share things, work in a team, make friends, say sorry, spend time together; połączenia care about, smile at, join in.</w:t>
            </w:r>
          </w:p>
        </w:tc>
      </w:tr>
    </w:tbl>
    <w:p w14:paraId="1B040151" w14:textId="77777777" w:rsidR="0081371B" w:rsidRPr="00680746" w:rsidRDefault="0081371B" w:rsidP="0081371B">
      <w:pPr>
        <w:pStyle w:val="Nagwek2"/>
        <w:rPr>
          <w:lang w:val="pl-PL"/>
        </w:rPr>
      </w:pPr>
      <w:r w:rsidRPr="00680746">
        <w:rPr>
          <w:lang w:val="pl-PL"/>
        </w:rPr>
        <w:t>Ocena 6 - celująca</w:t>
      </w:r>
    </w:p>
    <w:p w14:paraId="03B33986" w14:textId="77777777" w:rsidR="0081371B" w:rsidRPr="00680746" w:rsidRDefault="0081371B" w:rsidP="0081371B">
      <w:pPr>
        <w:rPr>
          <w:lang w:val="pl-PL"/>
        </w:rPr>
      </w:pPr>
      <w:r w:rsidRPr="00680746">
        <w:rPr>
          <w:b/>
          <w:lang w:val="pl-PL"/>
        </w:rPr>
        <w:t xml:space="preserve">Ogólny poziom spełnienia wymagań: </w:t>
      </w:r>
      <w:r w:rsidRPr="00680746">
        <w:rPr>
          <w:lang w:val="pl-PL"/>
        </w:rPr>
        <w:t>opanował pełny zakres wymagań na bardzo wysokim poziomie; działa swobodnie, płynnie, precyzyjnie i niemal bezbłędnie, łączy informacje i elastycznie stosuje urozmaicone środki językowe.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85"/>
        <w:gridCol w:w="8327"/>
      </w:tblGrid>
      <w:tr w:rsidR="0081371B" w:rsidRPr="00680746" w14:paraId="7BFA3651" w14:textId="77777777" w:rsidTr="00F5229B">
        <w:trPr>
          <w:cantSplit/>
          <w:jc w:val="center"/>
        </w:trPr>
        <w:tc>
          <w:tcPr>
            <w:tcW w:w="1985" w:type="dxa"/>
            <w:shd w:val="clear" w:color="auto" w:fill="333333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0DB28CE5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color w:val="FFFFFF"/>
                <w:sz w:val="16"/>
              </w:rPr>
              <w:t>Obszar</w:t>
            </w:r>
          </w:p>
        </w:tc>
        <w:tc>
          <w:tcPr>
            <w:tcW w:w="8327" w:type="dxa"/>
            <w:shd w:val="clear" w:color="auto" w:fill="333333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15D3DE0C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b/>
                <w:color w:val="FFFFFF"/>
                <w:sz w:val="16"/>
                <w:lang w:val="pl-PL"/>
              </w:rPr>
              <w:t>Wymagania niezbędne do otrzymania oceny</w:t>
            </w:r>
          </w:p>
        </w:tc>
      </w:tr>
      <w:tr w:rsidR="0081371B" w:rsidRPr="00680746" w14:paraId="3C9BD521" w14:textId="77777777" w:rsidTr="00F5229B">
        <w:trPr>
          <w:cantSplit/>
          <w:jc w:val="center"/>
        </w:trPr>
        <w:tc>
          <w:tcPr>
            <w:tcW w:w="1985" w:type="dxa"/>
            <w:shd w:val="clear" w:color="auto" w:fill="F2F2F2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4902B7F6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Znajomość środków językowych</w:t>
            </w:r>
          </w:p>
        </w:tc>
        <w:tc>
          <w:tcPr>
            <w:tcW w:w="8327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08583FFF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Swobodnie, elastycznie i niemal bezbłędnie stosuje pełny zakres słownictwa i struktur Extended, także w nowych sytuacjach.</w:t>
            </w:r>
          </w:p>
        </w:tc>
      </w:tr>
      <w:tr w:rsidR="0081371B" w:rsidRPr="00680746" w14:paraId="09436ADE" w14:textId="77777777" w:rsidTr="00F5229B">
        <w:trPr>
          <w:cantSplit/>
          <w:jc w:val="center"/>
        </w:trPr>
        <w:tc>
          <w:tcPr>
            <w:tcW w:w="1985" w:type="dxa"/>
            <w:shd w:val="clear" w:color="auto" w:fill="F2F2F2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414C355F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Rozumienie wypowiedzi ustnych</w:t>
            </w:r>
          </w:p>
        </w:tc>
        <w:tc>
          <w:tcPr>
            <w:tcW w:w="8327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23A843F2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Swobodnie, precyzyjnie i niemal bezbłędnie interpretuje główną myśl, kontekst, intencje i szczegóły, także gdy trzeba połączyć informacje w materiałach obejmujących: teksty, nagrania, tabele i ilustracje dotyczące uczenia się i strategii uczenia się; dialogi, teksty, nagrania i materiały wizualne o zwyczajach zakupowych, cenach, zwrotach produktów i usługach; teksty, nagrania i materiały wizualne o znaczeniu przyjaźni oraz zachowaniach wspierających dobre relacje..</w:t>
            </w:r>
          </w:p>
        </w:tc>
      </w:tr>
      <w:tr w:rsidR="0081371B" w:rsidRPr="00680746" w14:paraId="4B6EF0AE" w14:textId="77777777" w:rsidTr="00F5229B">
        <w:trPr>
          <w:cantSplit/>
          <w:jc w:val="center"/>
        </w:trPr>
        <w:tc>
          <w:tcPr>
            <w:tcW w:w="1985" w:type="dxa"/>
            <w:shd w:val="clear" w:color="auto" w:fill="F2F2F2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7A6772DA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Rozumienie wypowiedzi pisemnych</w:t>
            </w:r>
          </w:p>
        </w:tc>
        <w:tc>
          <w:tcPr>
            <w:tcW w:w="8327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6DAE1BD7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Swobodnie, precyzyjnie i niemal bezbłędnie interpretuje główną myśl, kontekst i szczegóły oraz wyciąga proste wnioski w materiałach obejmujących: teksty, nagrania, tabele i ilustracje dotyczące uczenia się i strategii uczenia się; dialogi, teksty, nagrania i materiały wizualne o zwyczajach zakupowych, cenach, zwrotach produktów i usługach; teksty, nagrania i materiały wizualne o znaczeniu przyjaźni oraz zachowaniach wspierających dobre relacje..</w:t>
            </w:r>
          </w:p>
        </w:tc>
      </w:tr>
      <w:tr w:rsidR="0081371B" w:rsidRPr="00680746" w14:paraId="516AE4CC" w14:textId="77777777" w:rsidTr="00F5229B">
        <w:trPr>
          <w:cantSplit/>
          <w:jc w:val="center"/>
        </w:trPr>
        <w:tc>
          <w:tcPr>
            <w:tcW w:w="1985" w:type="dxa"/>
            <w:shd w:val="clear" w:color="auto" w:fill="F2F2F2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7A141A80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Tworzenie wypowiedzi ustnych</w:t>
            </w:r>
          </w:p>
        </w:tc>
        <w:tc>
          <w:tcPr>
            <w:tcW w:w="8327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704991CA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Swobodnie, precyzyjnie i niemal bezbłędnie tworzy rozwiniętą wypowiedź, rozwija i uzasadnia myśli oraz elastycznie dobiera język: wypowiedź o uczeniu się i strategiach uczenia się, obejmująca opis, porównanie i uzasadnienie wyborów; wypowiedź o zakupach, sklepach i usługach, obejmująca opis, porównanie i uzasadnienie wyborów; wypowiedź o relacjach z rodziną, przyjaciółmi i innymi osobami, obejmująca opis, porównanie i uzasadnienie wyborów..</w:t>
            </w:r>
          </w:p>
        </w:tc>
      </w:tr>
      <w:tr w:rsidR="0081371B" w:rsidRPr="00680746" w14:paraId="03D7ED1E" w14:textId="77777777" w:rsidTr="00F5229B">
        <w:trPr>
          <w:cantSplit/>
          <w:jc w:val="center"/>
        </w:trPr>
        <w:tc>
          <w:tcPr>
            <w:tcW w:w="1985" w:type="dxa"/>
            <w:shd w:val="clear" w:color="auto" w:fill="F2F2F2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0CD84E0A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Tworzenie wypowiedzi pisemnych</w:t>
            </w:r>
          </w:p>
        </w:tc>
        <w:tc>
          <w:tcPr>
            <w:tcW w:w="8327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613686A2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Swobodnie, precyzyjnie i niemal bezbłędnie tworzy rozwinięty, spójny i adekwatny tekst, dobrze organizuje treść i stosuje urozmaicony język: e-mail o sobie, języku, którego uczeń się uczy, oraz sposobach uczenia się; wpis o tym, z kim i gdzie uczeń robi zakupy, co robi w sklepie i co kupuje; wpis na blogu o koleżance lub koledze, sposobach dbania o przyjaźń i wspólnych aktywnościach..</w:t>
            </w:r>
          </w:p>
        </w:tc>
      </w:tr>
      <w:tr w:rsidR="0081371B" w:rsidRPr="00680746" w14:paraId="65C8BF61" w14:textId="77777777" w:rsidTr="00F5229B">
        <w:trPr>
          <w:cantSplit/>
          <w:jc w:val="center"/>
        </w:trPr>
        <w:tc>
          <w:tcPr>
            <w:tcW w:w="1985" w:type="dxa"/>
            <w:shd w:val="clear" w:color="auto" w:fill="F2F2F2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0DB03978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lastRenderedPageBreak/>
              <w:t>Reagowanie ustne i pisemne</w:t>
            </w:r>
          </w:p>
        </w:tc>
        <w:tc>
          <w:tcPr>
            <w:tcW w:w="8327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3C997275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Swobodnie, precyzyjnie i niemal bezbłędnie podtrzymuje rozmowę oraz tworzy rozwinięte reakcje pisemne, precyzyjnie przekazuje i uzasadnia informacje, dostosowując język do odbiorcy w zakresie: rozmowa i reakcja pisemna dotycząca uczenia się, strategii, opinii, preferencji i propozycji; rozmowa i reakcja pisemna dotycząca zakupów, sklepów, usług, opinii, preferencji i propozycji; rozmowa i reakcja pisemna dotycząca relacji, opinii, preferencji i propozycji..</w:t>
            </w:r>
          </w:p>
        </w:tc>
      </w:tr>
      <w:tr w:rsidR="0081371B" w:rsidRPr="00680746" w14:paraId="04B3C63F" w14:textId="77777777" w:rsidTr="00F5229B">
        <w:trPr>
          <w:cantSplit/>
          <w:jc w:val="center"/>
        </w:trPr>
        <w:tc>
          <w:tcPr>
            <w:tcW w:w="1985" w:type="dxa"/>
            <w:shd w:val="clear" w:color="auto" w:fill="F2F2F2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6162D403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b/>
                <w:sz w:val="16"/>
                <w:lang w:val="pl-PL"/>
              </w:rPr>
              <w:t>Przetwarzanie ustne i pisemne tekstu</w:t>
            </w:r>
          </w:p>
        </w:tc>
        <w:tc>
          <w:tcPr>
            <w:tcW w:w="8327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276C66E2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Swobodnie, precyzyjnie i niemal bezbłędnie łączy i przetwarza informacje z różnych źródeł, przekazuje je w odpowiedniej formie i współtworzy spójną wypowiedź na podstawie: teksty, nagrania, tabele i ilustracje dotyczące uczenia się i strategii uczenia się; dialogi, teksty, nagrania i materiały wizualne o zwyczajach zakupowych, cenach, zwrotach produktów i usługach; teksty, nagrania i materiały wizualne o znaczeniu przyjaźni oraz zachowaniach wspierających dobre relacje..</w:t>
            </w:r>
          </w:p>
        </w:tc>
      </w:tr>
      <w:tr w:rsidR="0081371B" w:rsidRPr="00680746" w14:paraId="5F28A231" w14:textId="77777777" w:rsidTr="00F5229B">
        <w:trPr>
          <w:cantSplit/>
          <w:jc w:val="center"/>
        </w:trPr>
        <w:tc>
          <w:tcPr>
            <w:tcW w:w="1985" w:type="dxa"/>
            <w:shd w:val="clear" w:color="auto" w:fill="EAF0F8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7FC8FFB4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Extended 1: Lifelong learning</w:t>
            </w:r>
          </w:p>
        </w:tc>
        <w:tc>
          <w:tcPr>
            <w:tcW w:w="8327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5D068BA8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Zakres modułu: uczenie się przez całe życie; sposoby i strategie uczenia się; plany i trudności w nauce; języki obce. Oczekiwane działania: wypowiedź o uczeniu się i strategiach uczenia się, obejmująca opis, porównanie i uzasadnienie wyborów; e-mail o sobie, języku, którego uczeń się uczy, oraz sposobach uczenia się; rozmowa i reakcja pisemna dotycząca uczenia się, strategii, opinii, preferencji i propozycji.</w:t>
            </w:r>
          </w:p>
        </w:tc>
      </w:tr>
      <w:tr w:rsidR="0081371B" w:rsidRPr="00680746" w14:paraId="04097D9B" w14:textId="77777777" w:rsidTr="00F5229B">
        <w:trPr>
          <w:cantSplit/>
          <w:jc w:val="center"/>
        </w:trPr>
        <w:tc>
          <w:tcPr>
            <w:tcW w:w="1985" w:type="dxa"/>
            <w:shd w:val="clear" w:color="auto" w:fill="EAF0F8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34E31CCD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Extended 2: Shops and services</w:t>
            </w:r>
          </w:p>
        </w:tc>
        <w:tc>
          <w:tcPr>
            <w:tcW w:w="8327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07D4A6A3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Zakres modułu: zakupy; sklepy i usługi; zwyczaje zakupowe; ceny; zwroty produktów; zamawianie jedzenia. Oczekiwane działania: wypowiedź o zakupach, sklepach i usługach, obejmująca opis, porównanie i uzasadnienie wyborów; wpis o tym, z kim i gdzie uczeń robi zakupy, co robi w sklepie i co kupuje; rozmowa i reakcja pisemna dotycząca zakupów, sklepów, usług, opinii, preferencji i propozycji.</w:t>
            </w:r>
          </w:p>
        </w:tc>
      </w:tr>
      <w:tr w:rsidR="0081371B" w:rsidRPr="00680746" w14:paraId="610C0568" w14:textId="77777777" w:rsidTr="00F5229B">
        <w:trPr>
          <w:cantSplit/>
          <w:jc w:val="center"/>
        </w:trPr>
        <w:tc>
          <w:tcPr>
            <w:tcW w:w="1985" w:type="dxa"/>
            <w:shd w:val="clear" w:color="auto" w:fill="EAF0F8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7B24543C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Extended 3: Relationships with people</w:t>
            </w:r>
          </w:p>
        </w:tc>
        <w:tc>
          <w:tcPr>
            <w:tcW w:w="8327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3BC07317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Zakres modułu: relacje z rodziną, przyjaciółmi i innymi osobami; znaczenie przyjaźni; zachowania wspierające dobre relacje; wspólne aktywności. Oczekiwane działania: wypowiedź o relacjach z rodziną, przyjaciółmi i innymi osobami, obejmująca opis, porównanie i uzasadnienie wyborów; wpis na blogu o koleżance lub koledze, sposobach dbania o przyjaźń i wspólnych aktywnościach; rozmowa i reakcja pisemna dotycząca relacji, opinii, preferencji i propozycji.</w:t>
            </w:r>
          </w:p>
        </w:tc>
      </w:tr>
    </w:tbl>
    <w:p w14:paraId="25384EA2" w14:textId="77777777" w:rsidR="0081371B" w:rsidRPr="00680746" w:rsidRDefault="0081371B" w:rsidP="0081371B">
      <w:pPr>
        <w:pStyle w:val="Nagwek2"/>
        <w:rPr>
          <w:lang w:val="pl-PL"/>
        </w:rPr>
      </w:pPr>
      <w:r w:rsidRPr="00680746">
        <w:rPr>
          <w:lang w:val="pl-PL"/>
        </w:rPr>
        <w:t>Ocena 5 - bardzo dobra</w:t>
      </w:r>
    </w:p>
    <w:p w14:paraId="7C2D6D3F" w14:textId="77777777" w:rsidR="0081371B" w:rsidRPr="00680746" w:rsidRDefault="0081371B" w:rsidP="0081371B">
      <w:pPr>
        <w:rPr>
          <w:lang w:val="pl-PL"/>
        </w:rPr>
      </w:pPr>
      <w:r w:rsidRPr="00680746">
        <w:rPr>
          <w:b/>
          <w:lang w:val="pl-PL"/>
        </w:rPr>
        <w:t xml:space="preserve">Ogólny poziom spełnienia wymagań: </w:t>
      </w:r>
      <w:r w:rsidRPr="00680746">
        <w:rPr>
          <w:lang w:val="pl-PL"/>
        </w:rPr>
        <w:t>opanował pełny zakres wymagań; samodzielnie, sprawnie i poprawnie wykonuje zadania, przekazuje wszystkie informacje i trafnie dobiera środki językowe.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43"/>
        <w:gridCol w:w="8469"/>
      </w:tblGrid>
      <w:tr w:rsidR="0081371B" w:rsidRPr="00680746" w14:paraId="481E5B95" w14:textId="77777777" w:rsidTr="00F5229B">
        <w:trPr>
          <w:cantSplit/>
          <w:jc w:val="center"/>
        </w:trPr>
        <w:tc>
          <w:tcPr>
            <w:tcW w:w="1843" w:type="dxa"/>
            <w:shd w:val="clear" w:color="auto" w:fill="333333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75C50644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color w:val="FFFFFF"/>
                <w:sz w:val="16"/>
              </w:rPr>
              <w:t>Obszar</w:t>
            </w:r>
          </w:p>
        </w:tc>
        <w:tc>
          <w:tcPr>
            <w:tcW w:w="8469" w:type="dxa"/>
            <w:shd w:val="clear" w:color="auto" w:fill="333333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228E4CA0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b/>
                <w:color w:val="FFFFFF"/>
                <w:sz w:val="16"/>
                <w:lang w:val="pl-PL"/>
              </w:rPr>
              <w:t>Wymagania niezbędne do otrzymania oceny</w:t>
            </w:r>
          </w:p>
        </w:tc>
      </w:tr>
      <w:tr w:rsidR="0081371B" w:rsidRPr="00680746" w14:paraId="61BE2C45" w14:textId="77777777" w:rsidTr="00F5229B">
        <w:trPr>
          <w:cantSplit/>
          <w:jc w:val="center"/>
        </w:trPr>
        <w:tc>
          <w:tcPr>
            <w:tcW w:w="1843" w:type="dxa"/>
            <w:shd w:val="clear" w:color="auto" w:fill="F2F2F2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4FAC4B94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Znajomość środków językowych</w:t>
            </w:r>
          </w:p>
        </w:tc>
        <w:tc>
          <w:tcPr>
            <w:tcW w:w="8469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1FDC4E8D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Samodzielnie i poprawnie stosuje pełny zakres słownictwa i struktur Extended oraz trafnie dobiera środki językowe do zadania.</w:t>
            </w:r>
          </w:p>
        </w:tc>
      </w:tr>
      <w:tr w:rsidR="0081371B" w:rsidRPr="00680746" w14:paraId="2B0B7D5B" w14:textId="77777777" w:rsidTr="00F5229B">
        <w:trPr>
          <w:cantSplit/>
          <w:jc w:val="center"/>
        </w:trPr>
        <w:tc>
          <w:tcPr>
            <w:tcW w:w="1843" w:type="dxa"/>
            <w:shd w:val="clear" w:color="auto" w:fill="F2F2F2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57B543FB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Rozumienie wypowiedzi ustnych</w:t>
            </w:r>
          </w:p>
        </w:tc>
        <w:tc>
          <w:tcPr>
            <w:tcW w:w="8469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5FFDEA1E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Samodzielnie, sprawnie i poprawnie rozumie główną myśl, kontekst i informacje szczegółowe w materiałach obejmujących: teksty, nagrania, tabele i ilustracje dotyczące uczenia się i strategii uczenia się; dialogi, teksty, nagrania i materiały wizualne o zwyczajach zakupowych, cenach, zwrotach produktów i usługach; teksty, nagrania i materiały wizualne o znaczeniu przyjaźni oraz zachowaniach wspierających dobre relacje..</w:t>
            </w:r>
          </w:p>
        </w:tc>
      </w:tr>
      <w:tr w:rsidR="0081371B" w:rsidRPr="00680746" w14:paraId="25C9670C" w14:textId="77777777" w:rsidTr="00F5229B">
        <w:trPr>
          <w:cantSplit/>
          <w:jc w:val="center"/>
        </w:trPr>
        <w:tc>
          <w:tcPr>
            <w:tcW w:w="1843" w:type="dxa"/>
            <w:shd w:val="clear" w:color="auto" w:fill="F2F2F2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72D4DA95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Rozumienie wypowiedzi pisemnych</w:t>
            </w:r>
          </w:p>
        </w:tc>
        <w:tc>
          <w:tcPr>
            <w:tcW w:w="8469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6AD26DC1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Samodzielnie, sprawnie i poprawnie rozumie główną myśl, kontekst i szczegółowe informacje w materiałach obejmujących: teksty, nagrania, tabele i ilustracje dotyczące uczenia się i strategii uczenia się; dialogi, teksty, nagrania i materiały wizualne o zwyczajach zakupowych, cenach, zwrotach produktów i usługach; teksty, nagrania i materiały wizualne o znaczeniu przyjaźni oraz zachowaniach wspierających dobre relacje..</w:t>
            </w:r>
          </w:p>
        </w:tc>
      </w:tr>
      <w:tr w:rsidR="0081371B" w:rsidRPr="00680746" w14:paraId="6ADEF627" w14:textId="77777777" w:rsidTr="00F5229B">
        <w:trPr>
          <w:cantSplit/>
          <w:jc w:val="center"/>
        </w:trPr>
        <w:tc>
          <w:tcPr>
            <w:tcW w:w="1843" w:type="dxa"/>
            <w:shd w:val="clear" w:color="auto" w:fill="F2F2F2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3A82FA6C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Tworzenie wypowiedzi ustnych</w:t>
            </w:r>
          </w:p>
        </w:tc>
        <w:tc>
          <w:tcPr>
            <w:tcW w:w="8469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4DCDCA84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Samodzielnie, sprawnie i poprawnie tworzy spójną i logiczną wypowiedź, opisuje, porównuje i uzasadnia wybory: wypowiedź o uczeniu się i strategiach uczenia się, obejmująca opis, porównanie i uzasadnienie wyborów; wypowiedź o zakupach, sklepach i usługach, obejmująca opis, porównanie i uzasadnienie wyborów; wypowiedź o relacjach z rodziną, przyjaciółmi i innymi osobami, obejmująca opis, porównanie i uzasadnienie wyborów..</w:t>
            </w:r>
          </w:p>
        </w:tc>
      </w:tr>
      <w:tr w:rsidR="0081371B" w:rsidRPr="00680746" w14:paraId="738EE1A9" w14:textId="77777777" w:rsidTr="00F5229B">
        <w:trPr>
          <w:cantSplit/>
          <w:jc w:val="center"/>
        </w:trPr>
        <w:tc>
          <w:tcPr>
            <w:tcW w:w="1843" w:type="dxa"/>
            <w:shd w:val="clear" w:color="auto" w:fill="F2F2F2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06962BF6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Tworzenie wypowiedzi pisemnych</w:t>
            </w:r>
          </w:p>
        </w:tc>
        <w:tc>
          <w:tcPr>
            <w:tcW w:w="8469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4A211E29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Samodzielnie, sprawnie i poprawnie tworzy spójny i logiczny tekst, realizując wszystkie elementy polecenia: e-mail o sobie, języku, którego uczeń się uczy, oraz sposobach uczenia się; wpis o tym, z kim i gdzie uczeń robi zakupy, co robi w sklepie i co kupuje; wpis na blogu o koleżance lub koledze, sposobach dbania o przyjaźń i wspólnych aktywnościach..</w:t>
            </w:r>
          </w:p>
        </w:tc>
      </w:tr>
      <w:tr w:rsidR="0081371B" w:rsidRPr="00680746" w14:paraId="0A689AD5" w14:textId="77777777" w:rsidTr="00F5229B">
        <w:trPr>
          <w:cantSplit/>
          <w:jc w:val="center"/>
        </w:trPr>
        <w:tc>
          <w:tcPr>
            <w:tcW w:w="1843" w:type="dxa"/>
            <w:shd w:val="clear" w:color="auto" w:fill="F2F2F2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4B73F745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Reagowanie ustne i pisemne</w:t>
            </w:r>
          </w:p>
        </w:tc>
        <w:tc>
          <w:tcPr>
            <w:tcW w:w="8469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3AE1FB0B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Samodzielnie, sprawnie i poprawnie uzyskuje i przekazuje wszystkie informacje, wyraża i krótko uzasadnia opinię, preferencję lub propozycję w zakresie: rozmowa i reakcja pisemna dotycząca uczenia się, strategii, opinii, preferencji i propozycji; rozmowa i reakcja pisemna dotycząca zakupów, sklepów, usług, opinii, preferencji i propozycji; rozmowa i reakcja pisemna dotycząca relacji, opinii, preferencji i propozycji..</w:t>
            </w:r>
          </w:p>
        </w:tc>
      </w:tr>
      <w:tr w:rsidR="0081371B" w:rsidRPr="00680746" w14:paraId="049A2FA5" w14:textId="77777777" w:rsidTr="00F5229B">
        <w:trPr>
          <w:cantSplit/>
          <w:jc w:val="center"/>
        </w:trPr>
        <w:tc>
          <w:tcPr>
            <w:tcW w:w="1843" w:type="dxa"/>
            <w:shd w:val="clear" w:color="auto" w:fill="F2F2F2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6A089BF1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b/>
                <w:sz w:val="16"/>
                <w:lang w:val="pl-PL"/>
              </w:rPr>
              <w:t>Przetwarzanie ustne i pisemne tekstu</w:t>
            </w:r>
          </w:p>
        </w:tc>
        <w:tc>
          <w:tcPr>
            <w:tcW w:w="8469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67536017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Samodzielnie, sprawnie i poprawnie selekcjonuje i przekazuje informacje w języku angielskim lub polskim oraz aktywnie współtworzy wypowiedzi na podstawie: teksty, nagrania, tabele i ilustracje dotyczące uczenia się i strategii uczenia się; dialogi, teksty, nagrania i materiały wizualne o zwyczajach zakupowych, cenach, zwrotach produktów i usługach; teksty, nagrania i materiały wizualne o znaczeniu przyjaźni oraz zachowaniach wspierających dobre relacje..</w:t>
            </w:r>
          </w:p>
        </w:tc>
      </w:tr>
      <w:tr w:rsidR="0081371B" w:rsidRPr="00680746" w14:paraId="3CA391E8" w14:textId="77777777" w:rsidTr="00F5229B">
        <w:trPr>
          <w:cantSplit/>
          <w:jc w:val="center"/>
        </w:trPr>
        <w:tc>
          <w:tcPr>
            <w:tcW w:w="1843" w:type="dxa"/>
            <w:shd w:val="clear" w:color="auto" w:fill="EAF0F8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2A2285E3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lastRenderedPageBreak/>
              <w:t>Extended 1: Lifelong learning</w:t>
            </w:r>
          </w:p>
        </w:tc>
        <w:tc>
          <w:tcPr>
            <w:tcW w:w="8469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0977311B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Zakres modułu: uczenie się przez całe życie; sposoby i strategie uczenia się; plany i trudności w nauce; języki obce. Oczekiwane działania: wypowiedź o uczeniu się i strategiach uczenia się, obejmująca opis, porównanie i uzasadnienie wyborów; e-mail o sobie, języku, którego uczeń się uczy, oraz sposobach uczenia się; rozmowa i reakcja pisemna dotycząca uczenia się, strategii, opinii, preferencji i propozycji.</w:t>
            </w:r>
          </w:p>
        </w:tc>
      </w:tr>
      <w:tr w:rsidR="0081371B" w:rsidRPr="00680746" w14:paraId="4E7E803C" w14:textId="77777777" w:rsidTr="00F5229B">
        <w:trPr>
          <w:cantSplit/>
          <w:jc w:val="center"/>
        </w:trPr>
        <w:tc>
          <w:tcPr>
            <w:tcW w:w="1843" w:type="dxa"/>
            <w:shd w:val="clear" w:color="auto" w:fill="EAF0F8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6A21347D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Extended 2: Shops and services</w:t>
            </w:r>
          </w:p>
        </w:tc>
        <w:tc>
          <w:tcPr>
            <w:tcW w:w="8469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16E79CFE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Zakres modułu: zakupy; sklepy i usługi; zwyczaje zakupowe; ceny; zwroty produktów; zamawianie jedzenia. Oczekiwane działania: wypowiedź o zakupach, sklepach i usługach, obejmująca opis, porównanie i uzasadnienie wyborów; wpis o tym, z kim i gdzie uczeń robi zakupy, co robi w sklepie i co kupuje; rozmowa i reakcja pisemna dotycząca zakupów, sklepów, usług, opinii, preferencji i propozycji.</w:t>
            </w:r>
          </w:p>
        </w:tc>
      </w:tr>
      <w:tr w:rsidR="0081371B" w:rsidRPr="00680746" w14:paraId="16C856F6" w14:textId="77777777" w:rsidTr="00F5229B">
        <w:trPr>
          <w:cantSplit/>
          <w:jc w:val="center"/>
        </w:trPr>
        <w:tc>
          <w:tcPr>
            <w:tcW w:w="1843" w:type="dxa"/>
            <w:shd w:val="clear" w:color="auto" w:fill="EAF0F8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660A4DF8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Extended 3: Relationships with people</w:t>
            </w:r>
          </w:p>
        </w:tc>
        <w:tc>
          <w:tcPr>
            <w:tcW w:w="8469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345E0A92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Zakres modułu: relacje z rodziną, przyjaciółmi i innymi osobami; znaczenie przyjaźni; zachowania wspierające dobre relacje; wspólne aktywności. Oczekiwane działania: wypowiedź o relacjach z rodziną, przyjaciółmi i innymi osobami, obejmująca opis, porównanie i uzasadnienie wyborów; wpis na blogu o koleżance lub koledze, sposobach dbania o przyjaźń i wspólnych aktywnościach; rozmowa i reakcja pisemna dotycząca relacji, opinii, preferencji i propozycji.</w:t>
            </w:r>
          </w:p>
        </w:tc>
      </w:tr>
    </w:tbl>
    <w:p w14:paraId="1EBCDFA1" w14:textId="77777777" w:rsidR="0081371B" w:rsidRPr="00680746" w:rsidRDefault="0081371B" w:rsidP="0081371B">
      <w:pPr>
        <w:pStyle w:val="Nagwek2"/>
        <w:rPr>
          <w:lang w:val="pl-PL"/>
        </w:rPr>
      </w:pPr>
      <w:r w:rsidRPr="00680746">
        <w:rPr>
          <w:lang w:val="pl-PL"/>
        </w:rPr>
        <w:t>Ocena 4 - dobra</w:t>
      </w:r>
    </w:p>
    <w:p w14:paraId="4EDBE92C" w14:textId="77777777" w:rsidR="0081371B" w:rsidRPr="00680746" w:rsidRDefault="0081371B" w:rsidP="0081371B">
      <w:pPr>
        <w:rPr>
          <w:lang w:val="pl-PL"/>
        </w:rPr>
      </w:pPr>
      <w:r w:rsidRPr="00680746">
        <w:rPr>
          <w:b/>
          <w:lang w:val="pl-PL"/>
        </w:rPr>
        <w:t xml:space="preserve">Ogólny poziom spełnienia wymagań: </w:t>
      </w:r>
      <w:r w:rsidRPr="00680746">
        <w:rPr>
          <w:lang w:val="pl-PL"/>
        </w:rPr>
        <w:t>opanował większość wymagań; na ogół samodzielnie i poprawnie wykonuje typowe zadania, przekazuje większość informacji, a nieliczne błędy nie zakłócają komunikacji.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43"/>
        <w:gridCol w:w="8469"/>
      </w:tblGrid>
      <w:tr w:rsidR="0081371B" w:rsidRPr="00680746" w14:paraId="036E87B3" w14:textId="77777777" w:rsidTr="00F5229B">
        <w:trPr>
          <w:cantSplit/>
          <w:jc w:val="center"/>
        </w:trPr>
        <w:tc>
          <w:tcPr>
            <w:tcW w:w="1843" w:type="dxa"/>
            <w:shd w:val="clear" w:color="auto" w:fill="333333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658D13F9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color w:val="FFFFFF"/>
                <w:sz w:val="16"/>
              </w:rPr>
              <w:t>Obszar</w:t>
            </w:r>
          </w:p>
        </w:tc>
        <w:tc>
          <w:tcPr>
            <w:tcW w:w="8469" w:type="dxa"/>
            <w:shd w:val="clear" w:color="auto" w:fill="333333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7044333C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b/>
                <w:color w:val="FFFFFF"/>
                <w:sz w:val="16"/>
                <w:lang w:val="pl-PL"/>
              </w:rPr>
              <w:t>Wymagania niezbędne do otrzymania oceny</w:t>
            </w:r>
          </w:p>
        </w:tc>
      </w:tr>
      <w:tr w:rsidR="0081371B" w:rsidRPr="00680746" w14:paraId="433F85CA" w14:textId="77777777" w:rsidTr="00F5229B">
        <w:trPr>
          <w:cantSplit/>
          <w:jc w:val="center"/>
        </w:trPr>
        <w:tc>
          <w:tcPr>
            <w:tcW w:w="1843" w:type="dxa"/>
            <w:shd w:val="clear" w:color="auto" w:fill="F2F2F2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42589E17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Znajomość środków językowych</w:t>
            </w:r>
          </w:p>
        </w:tc>
        <w:tc>
          <w:tcPr>
            <w:tcW w:w="8469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5CB5BDCF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Na ogół poprawnie stosuje większość słownictwa i struktur z pełnego zakresu Extended; nieliczne błędy zwykle nie zakłócają komunikacji.</w:t>
            </w:r>
          </w:p>
        </w:tc>
      </w:tr>
      <w:tr w:rsidR="0081371B" w:rsidRPr="00680746" w14:paraId="7DFF4DC9" w14:textId="77777777" w:rsidTr="00F5229B">
        <w:trPr>
          <w:cantSplit/>
          <w:jc w:val="center"/>
        </w:trPr>
        <w:tc>
          <w:tcPr>
            <w:tcW w:w="1843" w:type="dxa"/>
            <w:shd w:val="clear" w:color="auto" w:fill="F2F2F2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76FC7D2E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Rozumienie wypowiedzi ustnych</w:t>
            </w:r>
          </w:p>
        </w:tc>
        <w:tc>
          <w:tcPr>
            <w:tcW w:w="8469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4F5B5601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Na ogół samodzielnie i poprawnie rozumie główną myśl i odnajduje większość wymaganych informacji w materiałach obejmujących: teksty, nagrania, tabele i ilustracje dotyczące uczenia się i strategii uczenia się; dialogi, teksty, nagrania i materiały wizualne o zwyczajach zakupowych, cenach, zwrotach produktów i usługach; teksty, nagrania i materiały wizualne o znaczeniu przyjaźni oraz zachowaniach wspierających dobre relacje..</w:t>
            </w:r>
          </w:p>
        </w:tc>
      </w:tr>
      <w:tr w:rsidR="0081371B" w:rsidRPr="00680746" w14:paraId="17A4FC89" w14:textId="77777777" w:rsidTr="00F5229B">
        <w:trPr>
          <w:cantSplit/>
          <w:jc w:val="center"/>
        </w:trPr>
        <w:tc>
          <w:tcPr>
            <w:tcW w:w="1843" w:type="dxa"/>
            <w:shd w:val="clear" w:color="auto" w:fill="F2F2F2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465807AA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Rozumienie wypowiedzi pisemnych</w:t>
            </w:r>
          </w:p>
        </w:tc>
        <w:tc>
          <w:tcPr>
            <w:tcW w:w="8469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3A2AD11C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Na ogół samodzielnie i poprawnie rozumie główną myśl i kontekst oraz odnajduje większość informacji w materiałach obejmujących: teksty, nagrania, tabele i ilustracje dotyczące uczenia się i strategii uczenia się; dialogi, teksty, nagrania i materiały wizualne o zwyczajach zakupowych, cenach, zwrotach produktów i usługach; teksty, nagrania i materiały wizualne o znaczeniu przyjaźni oraz zachowaniach wspierających dobre relacje..</w:t>
            </w:r>
          </w:p>
        </w:tc>
      </w:tr>
      <w:tr w:rsidR="0081371B" w:rsidRPr="00680746" w14:paraId="2B6C2A31" w14:textId="77777777" w:rsidTr="00F5229B">
        <w:trPr>
          <w:cantSplit/>
          <w:jc w:val="center"/>
        </w:trPr>
        <w:tc>
          <w:tcPr>
            <w:tcW w:w="1843" w:type="dxa"/>
            <w:shd w:val="clear" w:color="auto" w:fill="F2F2F2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2F78D3AF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Tworzenie wypowiedzi ustnych</w:t>
            </w:r>
          </w:p>
        </w:tc>
        <w:tc>
          <w:tcPr>
            <w:tcW w:w="8469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495DB817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Na ogół samodzielnie i poprawnie tworzy krótką, na ogół spójną wypowiedź i przekazuje większość informacji: wypowiedź o uczeniu się i strategiach uczenia się, obejmująca opis, porównanie i uzasadnienie wyborów; wypowiedź o zakupach, sklepach i usługach, obejmująca opis, porównanie i uzasadnienie wyborów; wypowiedź o relacjach z rodziną, przyjaciółmi i innymi osobami, obejmująca opis, porównanie i uzasadnienie wyborów..</w:t>
            </w:r>
          </w:p>
        </w:tc>
      </w:tr>
      <w:tr w:rsidR="0081371B" w:rsidRPr="00680746" w14:paraId="60A010DF" w14:textId="77777777" w:rsidTr="00F5229B">
        <w:trPr>
          <w:cantSplit/>
          <w:jc w:val="center"/>
        </w:trPr>
        <w:tc>
          <w:tcPr>
            <w:tcW w:w="1843" w:type="dxa"/>
            <w:shd w:val="clear" w:color="auto" w:fill="F2F2F2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6F9B597D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Tworzenie wypowiedzi pisemnych</w:t>
            </w:r>
          </w:p>
        </w:tc>
        <w:tc>
          <w:tcPr>
            <w:tcW w:w="8469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35C4F963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Na ogół samodzielnie i poprawnie tworzy krótki, na ogół spójny tekst i uwzględnia większość informacji: e-mail o sobie, języku, którego uczeń się uczy, oraz sposobach uczenia się; wpis o tym, z kim i gdzie uczeń robi zakupy, co robi w sklepie i co kupuje; wpis na blogu o koleżance lub koledze, sposobach dbania o przyjaźń i wspólnych aktywnościach..</w:t>
            </w:r>
          </w:p>
        </w:tc>
      </w:tr>
      <w:tr w:rsidR="0081371B" w:rsidRPr="00680746" w14:paraId="668D8DC3" w14:textId="77777777" w:rsidTr="00F5229B">
        <w:trPr>
          <w:cantSplit/>
          <w:jc w:val="center"/>
        </w:trPr>
        <w:tc>
          <w:tcPr>
            <w:tcW w:w="1843" w:type="dxa"/>
            <w:shd w:val="clear" w:color="auto" w:fill="F2F2F2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77B426E8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Reagowanie ustne i pisemne</w:t>
            </w:r>
          </w:p>
        </w:tc>
        <w:tc>
          <w:tcPr>
            <w:tcW w:w="8469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554581B3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Na ogół samodzielnie i poprawnie uczestniczy w prostej rozmowie i tworzy krótką, adekwatną reakcję pisemną w zakresie: rozmowa i reakcja pisemna dotycząca uczenia się, strategii, opinii, preferencji i propozycji; rozmowa i reakcja pisemna dotycząca zakupów, sklepów, usług, opinii, preferencji i propozycji; rozmowa i reakcja pisemna dotycząca relacji, opinii, preferencji i propozycji..</w:t>
            </w:r>
          </w:p>
        </w:tc>
      </w:tr>
      <w:tr w:rsidR="0081371B" w:rsidRPr="00680746" w14:paraId="2020A77B" w14:textId="77777777" w:rsidTr="00F5229B">
        <w:trPr>
          <w:cantSplit/>
          <w:jc w:val="center"/>
        </w:trPr>
        <w:tc>
          <w:tcPr>
            <w:tcW w:w="1843" w:type="dxa"/>
            <w:shd w:val="clear" w:color="auto" w:fill="F2F2F2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5F845498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b/>
                <w:sz w:val="16"/>
                <w:lang w:val="pl-PL"/>
              </w:rPr>
              <w:t>Przetwarzanie ustne i pisemne tekstu</w:t>
            </w:r>
          </w:p>
        </w:tc>
        <w:tc>
          <w:tcPr>
            <w:tcW w:w="8469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72AE347D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Na ogół samodzielnie i poprawnie przekazuje najważniejsze informacje i uczestniczy we współtworzeniu wypowiedzi na podstawie: teksty, nagrania, tabele i ilustracje dotyczące uczenia się i strategii uczenia się; dialogi, teksty, nagrania i materiały wizualne o zwyczajach zakupowych, cenach, zwrotach produktów i usługach; teksty, nagrania i materiały wizualne o znaczeniu przyjaźni oraz zachowaniach wspierających dobre relacje..</w:t>
            </w:r>
          </w:p>
        </w:tc>
      </w:tr>
      <w:tr w:rsidR="0081371B" w:rsidRPr="00680746" w14:paraId="3836E6F5" w14:textId="77777777" w:rsidTr="00F5229B">
        <w:trPr>
          <w:cantSplit/>
          <w:jc w:val="center"/>
        </w:trPr>
        <w:tc>
          <w:tcPr>
            <w:tcW w:w="1843" w:type="dxa"/>
            <w:shd w:val="clear" w:color="auto" w:fill="EAF0F8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1FC5EE21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Extended 1: Lifelong learning</w:t>
            </w:r>
          </w:p>
        </w:tc>
        <w:tc>
          <w:tcPr>
            <w:tcW w:w="8469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074D36AB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Zakres modułu: uczenie się przez całe życie; sposoby i strategie uczenia się; plany i trudności w nauce; języki obce. Oczekiwane działania: wypowiedź o uczeniu się i strategiach uczenia się, obejmująca opis, porównanie i uzasadnienie wyborów; e-mail o sobie, języku, którego uczeń się uczy, oraz sposobach uczenia się; rozmowa i reakcja pisemna dotycząca uczenia się, strategii, opinii, preferencji i propozycji.</w:t>
            </w:r>
          </w:p>
        </w:tc>
      </w:tr>
      <w:tr w:rsidR="0081371B" w:rsidRPr="00680746" w14:paraId="54C5FECB" w14:textId="77777777" w:rsidTr="00F5229B">
        <w:trPr>
          <w:cantSplit/>
          <w:jc w:val="center"/>
        </w:trPr>
        <w:tc>
          <w:tcPr>
            <w:tcW w:w="1843" w:type="dxa"/>
            <w:shd w:val="clear" w:color="auto" w:fill="EAF0F8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2D471E9F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Extended 2: Shops and services</w:t>
            </w:r>
          </w:p>
        </w:tc>
        <w:tc>
          <w:tcPr>
            <w:tcW w:w="8469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1C6E7688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Zakres modułu: zakupy; sklepy i usługi; zwyczaje zakupowe; ceny; zwroty produktów; zamawianie jedzenia. Oczekiwane działania: wypowiedź o zakupach, sklepach i usługach, obejmująca opis, porównanie i uzasadnienie wyborów; wpis o tym, z kim i gdzie uczeń robi zakupy, co robi w sklepie i co kupuje; rozmowa i reakcja pisemna dotycząca zakupów, sklepów, usług, opinii, preferencji i propozycji.</w:t>
            </w:r>
          </w:p>
        </w:tc>
      </w:tr>
      <w:tr w:rsidR="0081371B" w:rsidRPr="00680746" w14:paraId="78775A40" w14:textId="77777777" w:rsidTr="00F5229B">
        <w:trPr>
          <w:cantSplit/>
          <w:jc w:val="center"/>
        </w:trPr>
        <w:tc>
          <w:tcPr>
            <w:tcW w:w="1843" w:type="dxa"/>
            <w:shd w:val="clear" w:color="auto" w:fill="EAF0F8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4ACCA536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Extended 3: Relationships with people</w:t>
            </w:r>
          </w:p>
        </w:tc>
        <w:tc>
          <w:tcPr>
            <w:tcW w:w="8469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27EADEF0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Zakres modułu: relacje z rodziną, przyjaciółmi i innymi osobami; znaczenie przyjaźni; zachowania wspierające dobre relacje; wspólne aktywności. Oczekiwane działania: wypowiedź o relacjach z rodziną, przyjaciółmi i innymi osobami, obejmująca opis, porównanie i uzasadnienie wyborów; wpis na blogu o koleżance lub koledze, sposobach dbania o przyjaźń i wspólnych aktywnościach; rozmowa i reakcja pisemna dotycząca relacji, opinii, preferencji i propozycji.</w:t>
            </w:r>
          </w:p>
        </w:tc>
      </w:tr>
    </w:tbl>
    <w:p w14:paraId="15CE4AE1" w14:textId="77777777" w:rsidR="0081371B" w:rsidRPr="00680746" w:rsidRDefault="0081371B" w:rsidP="0081371B">
      <w:pPr>
        <w:rPr>
          <w:lang w:val="pl-PL"/>
        </w:rPr>
      </w:pPr>
    </w:p>
    <w:p w14:paraId="261B5682" w14:textId="77777777" w:rsidR="0081371B" w:rsidRPr="00336130" w:rsidRDefault="0081371B" w:rsidP="0081371B">
      <w:pPr>
        <w:rPr>
          <w:rFonts w:asciiTheme="majorHAnsi" w:hAnsiTheme="majorHAnsi" w:cstheme="majorHAnsi"/>
          <w:b/>
          <w:bCs/>
          <w:sz w:val="24"/>
          <w:szCs w:val="24"/>
          <w:lang w:val="pl-PL"/>
        </w:rPr>
      </w:pPr>
      <w:r w:rsidRPr="00336130">
        <w:rPr>
          <w:rFonts w:asciiTheme="majorHAnsi" w:hAnsiTheme="majorHAnsi" w:cstheme="majorHAnsi"/>
          <w:b/>
          <w:bCs/>
          <w:sz w:val="24"/>
          <w:szCs w:val="24"/>
          <w:lang w:val="pl-PL"/>
        </w:rPr>
        <w:t>Ocena 3 - dostateczna</w:t>
      </w:r>
    </w:p>
    <w:p w14:paraId="01D2789F" w14:textId="77777777" w:rsidR="0081371B" w:rsidRPr="00680746" w:rsidRDefault="0081371B" w:rsidP="0081371B">
      <w:pPr>
        <w:rPr>
          <w:lang w:val="pl-PL"/>
        </w:rPr>
      </w:pPr>
      <w:r w:rsidRPr="00680746">
        <w:rPr>
          <w:b/>
          <w:lang w:val="pl-PL"/>
        </w:rPr>
        <w:t xml:space="preserve">Ogólny poziom spełnienia wymagań: </w:t>
      </w:r>
      <w:r w:rsidRPr="00680746">
        <w:rPr>
          <w:lang w:val="pl-PL"/>
        </w:rPr>
        <w:t>opanował podstawową część wymagań; wykonuje proste zadania według wzoru lub z pomocą, przekazuje część wymaganych informacji, a błędy czasami zakłócają komunikację.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43"/>
        <w:gridCol w:w="8469"/>
      </w:tblGrid>
      <w:tr w:rsidR="0081371B" w:rsidRPr="00680746" w14:paraId="58F7E25A" w14:textId="77777777" w:rsidTr="00F5229B">
        <w:trPr>
          <w:cantSplit/>
          <w:jc w:val="center"/>
        </w:trPr>
        <w:tc>
          <w:tcPr>
            <w:tcW w:w="1843" w:type="dxa"/>
            <w:shd w:val="clear" w:color="auto" w:fill="333333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026A1281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color w:val="FFFFFF"/>
                <w:sz w:val="16"/>
              </w:rPr>
              <w:t>Obszar</w:t>
            </w:r>
          </w:p>
        </w:tc>
        <w:tc>
          <w:tcPr>
            <w:tcW w:w="8469" w:type="dxa"/>
            <w:shd w:val="clear" w:color="auto" w:fill="333333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3A548ED2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b/>
                <w:color w:val="FFFFFF"/>
                <w:sz w:val="16"/>
                <w:lang w:val="pl-PL"/>
              </w:rPr>
              <w:t>Wymagania niezbędne do otrzymania oceny</w:t>
            </w:r>
          </w:p>
        </w:tc>
      </w:tr>
      <w:tr w:rsidR="0081371B" w:rsidRPr="00680746" w14:paraId="24BB73C4" w14:textId="77777777" w:rsidTr="00F5229B">
        <w:trPr>
          <w:cantSplit/>
          <w:jc w:val="center"/>
        </w:trPr>
        <w:tc>
          <w:tcPr>
            <w:tcW w:w="1843" w:type="dxa"/>
            <w:shd w:val="clear" w:color="auto" w:fill="F2F2F2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38B3879D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Znajomość środków językowych</w:t>
            </w:r>
          </w:p>
        </w:tc>
        <w:tc>
          <w:tcPr>
            <w:tcW w:w="8469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5A66619C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Częściowo zna słownictwo i struktury z pełnego zakresu Extended oraz stosuje je w prostych zdaniach według wzoru, popełniając błędy.</w:t>
            </w:r>
          </w:p>
        </w:tc>
      </w:tr>
      <w:tr w:rsidR="0081371B" w:rsidRPr="00680746" w14:paraId="03463F06" w14:textId="77777777" w:rsidTr="00F5229B">
        <w:trPr>
          <w:cantSplit/>
          <w:jc w:val="center"/>
        </w:trPr>
        <w:tc>
          <w:tcPr>
            <w:tcW w:w="1843" w:type="dxa"/>
            <w:shd w:val="clear" w:color="auto" w:fill="F2F2F2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4654F4BA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Rozumienie wypowiedzi ustnych</w:t>
            </w:r>
          </w:p>
        </w:tc>
        <w:tc>
          <w:tcPr>
            <w:tcW w:w="8469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443D6B32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Według wzoru lub z pomocą rozumie temat prostych nagrań i odnajduje niektóre informacje w materiałach obejmujących: teksty, nagrania, tabele i ilustracje dotyczące uczenia się i strategii uczenia się; dialogi, teksty, nagrania i materiały wizualne o zwyczajach zakupowych, cenach, zwrotach produktów i usługach; teksty, nagrania i materiały wizualne o znaczeniu przyjaźni oraz zachowaniach wspierających dobre relacje..</w:t>
            </w:r>
          </w:p>
        </w:tc>
      </w:tr>
      <w:tr w:rsidR="0081371B" w:rsidRPr="00680746" w14:paraId="043DB353" w14:textId="77777777" w:rsidTr="00F5229B">
        <w:trPr>
          <w:cantSplit/>
          <w:jc w:val="center"/>
        </w:trPr>
        <w:tc>
          <w:tcPr>
            <w:tcW w:w="1843" w:type="dxa"/>
            <w:shd w:val="clear" w:color="auto" w:fill="F2F2F2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38EC8533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Rozumienie wypowiedzi pisemnych</w:t>
            </w:r>
          </w:p>
        </w:tc>
        <w:tc>
          <w:tcPr>
            <w:tcW w:w="8469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64BEBBF6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Według wzoru lub z pomocą rozumie temat i część głównej myśli oraz odnajduje niektóre informacje w materiałach obejmujących: teksty, nagrania, tabele i ilustracje dotyczące uczenia się i strategii uczenia się; dialogi, teksty, nagrania i materiały wizualne o zwyczajach zakupowych, cenach, zwrotach produktów i usługach; teksty, nagrania i materiały wizualne o znaczeniu przyjaźni oraz zachowaniach wspierających dobre relacje..</w:t>
            </w:r>
          </w:p>
        </w:tc>
      </w:tr>
      <w:tr w:rsidR="0081371B" w:rsidRPr="00680746" w14:paraId="5014B61E" w14:textId="77777777" w:rsidTr="00F5229B">
        <w:trPr>
          <w:cantSplit/>
          <w:jc w:val="center"/>
        </w:trPr>
        <w:tc>
          <w:tcPr>
            <w:tcW w:w="1843" w:type="dxa"/>
            <w:shd w:val="clear" w:color="auto" w:fill="F2F2F2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4E151A4B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Tworzenie wypowiedzi ustnych</w:t>
            </w:r>
          </w:p>
        </w:tc>
        <w:tc>
          <w:tcPr>
            <w:tcW w:w="8469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1A9E905B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Według wzoru lub z pomocą tworzy kilka prostych zdań: wypowiedź o uczeniu się i strategiach uczenia się, obejmująca opis, porównanie i uzasadnienie wyborów; wypowiedź o zakupach, sklepach i usługach, obejmująca opis, porównanie i uzasadnienie wyborów; wypowiedź o relacjach z rodziną, przyjaciółmi i innymi osobami, obejmująca opis, porównanie i uzasadnienie wyborów..</w:t>
            </w:r>
          </w:p>
        </w:tc>
      </w:tr>
      <w:tr w:rsidR="0081371B" w:rsidRPr="00680746" w14:paraId="659BAE73" w14:textId="77777777" w:rsidTr="00F5229B">
        <w:trPr>
          <w:cantSplit/>
          <w:jc w:val="center"/>
        </w:trPr>
        <w:tc>
          <w:tcPr>
            <w:tcW w:w="1843" w:type="dxa"/>
            <w:shd w:val="clear" w:color="auto" w:fill="F2F2F2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459B8C8B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Tworzenie wypowiedzi pisemnych</w:t>
            </w:r>
          </w:p>
        </w:tc>
        <w:tc>
          <w:tcPr>
            <w:tcW w:w="8469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7B6B7CB2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Według wzoru lub z pomocą tworzy bardzo krótki tekst i uwzględnia część informacji: e-mail o sobie, języku, którego uczeń się uczy, oraz sposobach uczenia się; wpis o tym, z kim i gdzie uczeń robi zakupy, co robi w sklepie i co kupuje; wpis na blogu o koleżance lub koledze, sposobach dbania o przyjaźń i wspólnych aktywnościach..</w:t>
            </w:r>
          </w:p>
        </w:tc>
      </w:tr>
      <w:tr w:rsidR="0081371B" w:rsidRPr="00680746" w14:paraId="772FBBC0" w14:textId="77777777" w:rsidTr="00F5229B">
        <w:trPr>
          <w:cantSplit/>
          <w:jc w:val="center"/>
        </w:trPr>
        <w:tc>
          <w:tcPr>
            <w:tcW w:w="1843" w:type="dxa"/>
            <w:shd w:val="clear" w:color="auto" w:fill="F2F2F2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2080604C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Reagowanie ustne i pisemne</w:t>
            </w:r>
          </w:p>
        </w:tc>
        <w:tc>
          <w:tcPr>
            <w:tcW w:w="8469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77FB1A60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Według wzoru lub z pomocą odpowiada na proste pytania i według wzoru reaguje pisemnie, przekazując część informacji w zakresie: rozmowa i reakcja pisemna dotycząca uczenia się, strategii, opinii, preferencji i propozycji; rozmowa i reakcja pisemna dotycząca zakupów, sklepów, usług, opinii, preferencji i propozycji; rozmowa i reakcja pisemna dotycząca relacji, opinii, preferencji i propozycji..</w:t>
            </w:r>
          </w:p>
        </w:tc>
      </w:tr>
      <w:tr w:rsidR="0081371B" w:rsidRPr="00680746" w14:paraId="2B976A4B" w14:textId="77777777" w:rsidTr="00F5229B">
        <w:trPr>
          <w:cantSplit/>
          <w:jc w:val="center"/>
        </w:trPr>
        <w:tc>
          <w:tcPr>
            <w:tcW w:w="1843" w:type="dxa"/>
            <w:shd w:val="clear" w:color="auto" w:fill="F2F2F2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7D429DB9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b/>
                <w:sz w:val="16"/>
                <w:lang w:val="pl-PL"/>
              </w:rPr>
              <w:t>Przetwarzanie ustne i pisemne tekstu</w:t>
            </w:r>
          </w:p>
        </w:tc>
        <w:tc>
          <w:tcPr>
            <w:tcW w:w="8469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7FA9AE7A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Według wzoru lub z pomocą przekazuje część podstawowych informacji, korzystając ze wzoru i wsparcia na podstawie: teksty, nagrania, tabele i ilustracje dotyczące uczenia się i strategii uczenia się; dialogi, teksty, nagrania i materiały wizualne o zwyczajach zakupowych, cenach, zwrotach produktów i usługach; teksty, nagrania i materiały wizualne o znaczeniu przyjaźni oraz zachowaniach wspierających dobre relacje..</w:t>
            </w:r>
          </w:p>
        </w:tc>
      </w:tr>
      <w:tr w:rsidR="0081371B" w:rsidRPr="00680746" w14:paraId="0F37375D" w14:textId="77777777" w:rsidTr="00F5229B">
        <w:trPr>
          <w:cantSplit/>
          <w:jc w:val="center"/>
        </w:trPr>
        <w:tc>
          <w:tcPr>
            <w:tcW w:w="1843" w:type="dxa"/>
            <w:shd w:val="clear" w:color="auto" w:fill="EAF0F8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6AD58F58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Extended 1: Lifelong learning</w:t>
            </w:r>
          </w:p>
        </w:tc>
        <w:tc>
          <w:tcPr>
            <w:tcW w:w="8469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1DE9037B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Zakres modułu: uczenie się przez całe życie; sposoby i strategie uczenia się; plany i trudności w nauce; języki obce. Oczekiwane działania: wypowiedź o uczeniu się i strategiach uczenia się, obejmująca opis, porównanie i uzasadnienie wyborów; e-mail o sobie, języku, którego uczeń się uczy, oraz sposobach uczenia się; rozmowa i reakcja pisemna dotycząca uczenia się, strategii, opinii, preferencji i propozycji.</w:t>
            </w:r>
          </w:p>
        </w:tc>
      </w:tr>
      <w:tr w:rsidR="0081371B" w:rsidRPr="00680746" w14:paraId="008CDC8A" w14:textId="77777777" w:rsidTr="00F5229B">
        <w:trPr>
          <w:cantSplit/>
          <w:jc w:val="center"/>
        </w:trPr>
        <w:tc>
          <w:tcPr>
            <w:tcW w:w="1843" w:type="dxa"/>
            <w:shd w:val="clear" w:color="auto" w:fill="EAF0F8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5453AEAB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Extended 2: Shops and services</w:t>
            </w:r>
          </w:p>
        </w:tc>
        <w:tc>
          <w:tcPr>
            <w:tcW w:w="8469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2960C5B1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Zakres modułu: zakupy; sklepy i usługi; zwyczaje zakupowe; ceny; zwroty produktów; zamawianie jedzenia. Oczekiwane działania: wypowiedź o zakupach, sklepach i usługach, obejmująca opis, porównanie i uzasadnienie wyborów; wpis o tym, z kim i gdzie uczeń robi zakupy, co robi w sklepie i co kupuje; rozmowa i reakcja pisemna dotycząca zakupów, sklepów, usług, opinii, preferencji i propozycji.</w:t>
            </w:r>
          </w:p>
        </w:tc>
      </w:tr>
      <w:tr w:rsidR="0081371B" w:rsidRPr="00680746" w14:paraId="5B03F501" w14:textId="77777777" w:rsidTr="00F5229B">
        <w:trPr>
          <w:cantSplit/>
          <w:jc w:val="center"/>
        </w:trPr>
        <w:tc>
          <w:tcPr>
            <w:tcW w:w="1843" w:type="dxa"/>
            <w:shd w:val="clear" w:color="auto" w:fill="EAF0F8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36F54751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Extended 3: Relationships with people</w:t>
            </w:r>
          </w:p>
        </w:tc>
        <w:tc>
          <w:tcPr>
            <w:tcW w:w="8469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7ABDB634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Zakres modułu: relacje z rodziną, przyjaciółmi i innymi osobami; znaczenie przyjaźni; zachowania wspierające dobre relacje; wspólne aktywności. Oczekiwane działania: wypowiedź o relacjach z rodziną, przyjaciółmi i innymi osobami, obejmująca opis, porównanie i uzasadnienie wyborów; wpis na blogu o koleżance lub koledze, sposobach dbania o przyjaźń i wspólnych aktywnościach; rozmowa i reakcja pisemna dotycząca relacji, opinii, preferencji i propozycji.</w:t>
            </w:r>
          </w:p>
        </w:tc>
      </w:tr>
    </w:tbl>
    <w:p w14:paraId="41DB1AFA" w14:textId="77777777" w:rsidR="0081371B" w:rsidRPr="00680746" w:rsidRDefault="0081371B" w:rsidP="0081371B">
      <w:pPr>
        <w:rPr>
          <w:lang w:val="pl-PL"/>
        </w:rPr>
      </w:pPr>
    </w:p>
    <w:p w14:paraId="0DA6CD14" w14:textId="77777777" w:rsidR="0081371B" w:rsidRPr="00336130" w:rsidRDefault="0081371B" w:rsidP="0081371B">
      <w:pPr>
        <w:rPr>
          <w:rFonts w:asciiTheme="majorHAnsi" w:hAnsiTheme="majorHAnsi" w:cstheme="majorHAnsi"/>
          <w:b/>
          <w:bCs/>
          <w:sz w:val="24"/>
          <w:szCs w:val="24"/>
          <w:lang w:val="pl-PL"/>
        </w:rPr>
      </w:pPr>
      <w:r w:rsidRPr="00336130">
        <w:rPr>
          <w:rFonts w:asciiTheme="majorHAnsi" w:hAnsiTheme="majorHAnsi" w:cstheme="majorHAnsi"/>
          <w:b/>
          <w:bCs/>
          <w:sz w:val="24"/>
          <w:szCs w:val="24"/>
          <w:lang w:val="pl-PL"/>
        </w:rPr>
        <w:t>Ocena 2 - dopuszczająca</w:t>
      </w:r>
    </w:p>
    <w:p w14:paraId="53162D17" w14:textId="77777777" w:rsidR="0081371B" w:rsidRPr="00680746" w:rsidRDefault="0081371B" w:rsidP="0081371B">
      <w:pPr>
        <w:rPr>
          <w:lang w:val="pl-PL"/>
        </w:rPr>
      </w:pPr>
      <w:r w:rsidRPr="00680746">
        <w:rPr>
          <w:b/>
          <w:lang w:val="pl-PL"/>
        </w:rPr>
        <w:t xml:space="preserve">Ogólny poziom spełnienia wymagań: </w:t>
      </w:r>
      <w:r w:rsidRPr="00680746">
        <w:rPr>
          <w:lang w:val="pl-PL"/>
        </w:rPr>
        <w:t>opanował wymagania w bardzo ograniczonym zakresie; przy znacznym wsparciu rozpoznaje pojedyncze informacje i wykonuje nieliczne, najprostsze zadania, a liczne błędy utrudniają komunikację.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43"/>
        <w:gridCol w:w="8469"/>
      </w:tblGrid>
      <w:tr w:rsidR="0081371B" w:rsidRPr="00680746" w14:paraId="78C029F5" w14:textId="77777777" w:rsidTr="00F5229B">
        <w:trPr>
          <w:cantSplit/>
          <w:jc w:val="center"/>
        </w:trPr>
        <w:tc>
          <w:tcPr>
            <w:tcW w:w="1843" w:type="dxa"/>
            <w:shd w:val="clear" w:color="auto" w:fill="333333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14CCA75F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color w:val="FFFFFF"/>
                <w:sz w:val="16"/>
              </w:rPr>
              <w:t>Obszar</w:t>
            </w:r>
          </w:p>
        </w:tc>
        <w:tc>
          <w:tcPr>
            <w:tcW w:w="8469" w:type="dxa"/>
            <w:shd w:val="clear" w:color="auto" w:fill="333333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0A3D9D17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b/>
                <w:color w:val="FFFFFF"/>
                <w:sz w:val="16"/>
                <w:lang w:val="pl-PL"/>
              </w:rPr>
              <w:t>Wymagania niezbędne do otrzymania oceny</w:t>
            </w:r>
          </w:p>
        </w:tc>
      </w:tr>
      <w:tr w:rsidR="0081371B" w:rsidRPr="00680746" w14:paraId="15B61087" w14:textId="77777777" w:rsidTr="00F5229B">
        <w:trPr>
          <w:cantSplit/>
          <w:jc w:val="center"/>
        </w:trPr>
        <w:tc>
          <w:tcPr>
            <w:tcW w:w="1843" w:type="dxa"/>
            <w:shd w:val="clear" w:color="auto" w:fill="F2F2F2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7F169B74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Znajomość środków językowych</w:t>
            </w:r>
          </w:p>
        </w:tc>
        <w:tc>
          <w:tcPr>
            <w:tcW w:w="8469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2156B04C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Rozpoznaje pojedyncze elementy słownictwa i struktur z pełnego zakresu Extended, lecz stosuje je z dużą trudnością i licznymi błędami.</w:t>
            </w:r>
          </w:p>
        </w:tc>
      </w:tr>
      <w:tr w:rsidR="0081371B" w:rsidRPr="00680746" w14:paraId="76F60893" w14:textId="77777777" w:rsidTr="00F5229B">
        <w:trPr>
          <w:cantSplit/>
          <w:jc w:val="center"/>
        </w:trPr>
        <w:tc>
          <w:tcPr>
            <w:tcW w:w="1843" w:type="dxa"/>
            <w:shd w:val="clear" w:color="auto" w:fill="F2F2F2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04A4D85F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lastRenderedPageBreak/>
              <w:t>Rozumienie wypowiedzi ustnych</w:t>
            </w:r>
          </w:p>
        </w:tc>
        <w:tc>
          <w:tcPr>
            <w:tcW w:w="8469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430D795F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Przy znacznym wsparciu i z licznymi błędami rozpoznaje pojedyncze słowa i informacje w prostych nagraniach w materiałach obejmujących: teksty, nagrania, tabele i ilustracje dotyczące uczenia się i strategii uczenia się; dialogi, teksty, nagrania i materiały wizualne o zwyczajach zakupowych, cenach, zwrotach produktów i usługach; teksty, nagrania i materiały wizualne o znaczeniu przyjaźni oraz zachowaniach wspierających dobre relacje..</w:t>
            </w:r>
          </w:p>
        </w:tc>
      </w:tr>
      <w:tr w:rsidR="0081371B" w:rsidRPr="00680746" w14:paraId="7B030CB9" w14:textId="77777777" w:rsidTr="00F5229B">
        <w:trPr>
          <w:cantSplit/>
          <w:jc w:val="center"/>
        </w:trPr>
        <w:tc>
          <w:tcPr>
            <w:tcW w:w="1843" w:type="dxa"/>
            <w:shd w:val="clear" w:color="auto" w:fill="F2F2F2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57B3F227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Rozumienie wypowiedzi pisemnych</w:t>
            </w:r>
          </w:p>
        </w:tc>
        <w:tc>
          <w:tcPr>
            <w:tcW w:w="8469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2D5D9AA9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Przy znacznym wsparciu i z licznymi błędami rozpoznaje pojedyncze wyrazy i informacje w prostych tekstach w materiałach obejmujących: teksty, nagrania, tabele i ilustracje dotyczące uczenia się i strategii uczenia się; dialogi, teksty, nagrania i materiały wizualne o zwyczajach zakupowych, cenach, zwrotach produktów i usługach; teksty, nagrania i materiały wizualne o znaczeniu przyjaźni oraz zachowaniach wspierających dobre relacje..</w:t>
            </w:r>
          </w:p>
        </w:tc>
      </w:tr>
      <w:tr w:rsidR="0081371B" w:rsidRPr="00680746" w14:paraId="0D793590" w14:textId="77777777" w:rsidTr="00F5229B">
        <w:trPr>
          <w:cantSplit/>
          <w:jc w:val="center"/>
        </w:trPr>
        <w:tc>
          <w:tcPr>
            <w:tcW w:w="1843" w:type="dxa"/>
            <w:shd w:val="clear" w:color="auto" w:fill="F2F2F2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3F0C126A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Tworzenie wypowiedzi ustnych</w:t>
            </w:r>
          </w:p>
        </w:tc>
        <w:tc>
          <w:tcPr>
            <w:tcW w:w="8469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4D2B3410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Przy znacznym wsparciu i z licznymi błędami podaje pojedyncze słowa lub krótkie informacje: wypowiedź o uczeniu się i strategiach uczenia się, obejmująca opis, porównanie i uzasadnienie wyborów; wypowiedź o zakupach, sklepach i usługach, obejmująca opis, porównanie i uzasadnienie wyborów; wypowiedź o relacjach z rodziną, przyjaciółmi i innymi osobami, obejmująca opis, porównanie i uzasadnienie wyborów..</w:t>
            </w:r>
          </w:p>
        </w:tc>
      </w:tr>
      <w:tr w:rsidR="0081371B" w:rsidRPr="00680746" w14:paraId="08494654" w14:textId="77777777" w:rsidTr="00F5229B">
        <w:trPr>
          <w:cantSplit/>
          <w:jc w:val="center"/>
        </w:trPr>
        <w:tc>
          <w:tcPr>
            <w:tcW w:w="1843" w:type="dxa"/>
            <w:shd w:val="clear" w:color="auto" w:fill="F2F2F2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7E08906D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Tworzenie wypowiedzi pisemnych</w:t>
            </w:r>
          </w:p>
        </w:tc>
        <w:tc>
          <w:tcPr>
            <w:tcW w:w="8469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2999B1DD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Przy znacznym wsparciu i z licznymi błędami zapisuje pojedyncze informacje, lecz nie realizuje większości elementów zadania: e-mail o sobie, języku, którego uczeń się uczy, oraz sposobach uczenia się; wpis o tym, z kim i gdzie uczeń robi zakupy, co robi w sklepie i co kupuje; wpis na blogu o koleżance lub koledze, sposobach dbania o przyjaźń i wspólnych aktywnościach..</w:t>
            </w:r>
          </w:p>
        </w:tc>
      </w:tr>
      <w:tr w:rsidR="0081371B" w:rsidRPr="00680746" w14:paraId="6BC1988B" w14:textId="77777777" w:rsidTr="00F5229B">
        <w:trPr>
          <w:cantSplit/>
          <w:jc w:val="center"/>
        </w:trPr>
        <w:tc>
          <w:tcPr>
            <w:tcW w:w="1843" w:type="dxa"/>
            <w:shd w:val="clear" w:color="auto" w:fill="F2F2F2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7E1BAC39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Reagowanie ustne i pisemne</w:t>
            </w:r>
          </w:p>
        </w:tc>
        <w:tc>
          <w:tcPr>
            <w:tcW w:w="8469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06AB1141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Przy znacznym wsparciu i z licznymi błędami odpowiada pojedynczymi słowami i tworzy niepełne reakcje pisemne w zakresie: rozmowa i reakcja pisemna dotycząca uczenia się, strategii, opinii, preferencji i propozycji; rozmowa i reakcja pisemna dotycząca zakupów, sklepów, usług, opinii, preferencji i propozycji; rozmowa i reakcja pisemna dotycząca relacji, opinii, preferencji i propozycji..</w:t>
            </w:r>
          </w:p>
        </w:tc>
      </w:tr>
      <w:tr w:rsidR="0081371B" w:rsidRPr="00680746" w14:paraId="215D1B1F" w14:textId="77777777" w:rsidTr="00F5229B">
        <w:trPr>
          <w:cantSplit/>
          <w:jc w:val="center"/>
        </w:trPr>
        <w:tc>
          <w:tcPr>
            <w:tcW w:w="1843" w:type="dxa"/>
            <w:shd w:val="clear" w:color="auto" w:fill="F2F2F2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7D05F398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b/>
                <w:sz w:val="16"/>
                <w:lang w:val="pl-PL"/>
              </w:rPr>
              <w:t>Przetwarzanie ustne i pisemne tekstu</w:t>
            </w:r>
          </w:p>
        </w:tc>
        <w:tc>
          <w:tcPr>
            <w:tcW w:w="8469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685F0C05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Przy znacznym wsparciu i z licznymi błędami przekazuje pojedyncze informacje z prostych materiałów na podstawie: teksty, nagrania, tabele i ilustracje dotyczące uczenia się i strategii uczenia się; dialogi, teksty, nagrania i materiały wizualne o zwyczajach zakupowych, cenach, zwrotach produktów i usługach; teksty, nagrania i materiały wizualne o znaczeniu przyjaźni oraz zachowaniach wspierających dobre relacje..</w:t>
            </w:r>
          </w:p>
        </w:tc>
      </w:tr>
      <w:tr w:rsidR="0081371B" w:rsidRPr="00680746" w14:paraId="676DED43" w14:textId="77777777" w:rsidTr="00F5229B">
        <w:trPr>
          <w:cantSplit/>
          <w:jc w:val="center"/>
        </w:trPr>
        <w:tc>
          <w:tcPr>
            <w:tcW w:w="1843" w:type="dxa"/>
            <w:shd w:val="clear" w:color="auto" w:fill="EAF0F8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0BE63F0B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Extended 1: Lifelong learning</w:t>
            </w:r>
          </w:p>
        </w:tc>
        <w:tc>
          <w:tcPr>
            <w:tcW w:w="8469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1B0D471D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Zakres modułu: uczenie się przez całe życie; sposoby i strategie uczenia się; plany i trudności w nauce; języki obce. Oczekiwane działania: wypowiedź o uczeniu się i strategiach uczenia się, obejmująca opis, porównanie i uzasadnienie wyborów; e-mail o sobie, języku, którego uczeń się uczy, oraz sposobach uczenia się; rozmowa i reakcja pisemna dotycząca uczenia się, strategii, opinii, preferencji i propozycji.</w:t>
            </w:r>
          </w:p>
        </w:tc>
      </w:tr>
      <w:tr w:rsidR="0081371B" w:rsidRPr="00680746" w14:paraId="5A4ED307" w14:textId="77777777" w:rsidTr="00F5229B">
        <w:trPr>
          <w:cantSplit/>
          <w:jc w:val="center"/>
        </w:trPr>
        <w:tc>
          <w:tcPr>
            <w:tcW w:w="1843" w:type="dxa"/>
            <w:shd w:val="clear" w:color="auto" w:fill="EAF0F8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7F341959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Extended 2: Shops and services</w:t>
            </w:r>
          </w:p>
        </w:tc>
        <w:tc>
          <w:tcPr>
            <w:tcW w:w="8469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0CBD6EC2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Zakres modułu: zakupy; sklepy i usługi; zwyczaje zakupowe; ceny; zwroty produktów; zamawianie jedzenia. Oczekiwane działania: wypowiedź o zakupach, sklepach i usługach, obejmująca opis, porównanie i uzasadnienie wyborów; wpis o tym, z kim i gdzie uczeń robi zakupy, co robi w sklepie i co kupuje; rozmowa i reakcja pisemna dotycząca zakupów, sklepów, usług, opinii, preferencji i propozycji.</w:t>
            </w:r>
          </w:p>
        </w:tc>
      </w:tr>
      <w:tr w:rsidR="0081371B" w:rsidRPr="00680746" w14:paraId="6E7A05D1" w14:textId="77777777" w:rsidTr="00F5229B">
        <w:trPr>
          <w:cantSplit/>
          <w:jc w:val="center"/>
        </w:trPr>
        <w:tc>
          <w:tcPr>
            <w:tcW w:w="1843" w:type="dxa"/>
            <w:shd w:val="clear" w:color="auto" w:fill="EAF0F8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1D02A97C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Extended 3: Relationships with people</w:t>
            </w:r>
          </w:p>
        </w:tc>
        <w:tc>
          <w:tcPr>
            <w:tcW w:w="8469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0A2CA9C8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Zakres modułu: relacje z rodziną, przyjaciółmi i innymi osobami; znaczenie przyjaźni; zachowania wspierające dobre relacje; wspólne aktywności. Oczekiwane działania: wypowiedź o relacjach z rodziną, przyjaciółmi i innymi osobami, obejmująca opis, porównanie i uzasadnienie wyborów; wpis na blogu o koleżance lub koledze, sposobach dbania o przyjaźń i wspólnych aktywnościach; rozmowa i reakcja pisemna dotycząca relacji, opinii, preferencji i propozycji.</w:t>
            </w:r>
          </w:p>
        </w:tc>
      </w:tr>
    </w:tbl>
    <w:p w14:paraId="5A3E0A8D" w14:textId="77777777" w:rsidR="0081371B" w:rsidRPr="00680746" w:rsidRDefault="0081371B" w:rsidP="0081371B">
      <w:pPr>
        <w:rPr>
          <w:lang w:val="pl-PL"/>
        </w:rPr>
      </w:pPr>
    </w:p>
    <w:p w14:paraId="1927A528" w14:textId="77777777" w:rsidR="0081371B" w:rsidRPr="00680746" w:rsidRDefault="0081371B" w:rsidP="0081371B">
      <w:pPr>
        <w:pStyle w:val="Nagwek2"/>
        <w:rPr>
          <w:lang w:val="pl-PL"/>
        </w:rPr>
      </w:pPr>
      <w:r w:rsidRPr="00680746">
        <w:rPr>
          <w:lang w:val="pl-PL"/>
        </w:rPr>
        <w:t>Ocena 1 - niedostateczna</w:t>
      </w:r>
    </w:p>
    <w:p w14:paraId="20F7B285" w14:textId="77777777" w:rsidR="0081371B" w:rsidRPr="00680746" w:rsidRDefault="0081371B" w:rsidP="0081371B">
      <w:pPr>
        <w:rPr>
          <w:lang w:val="pl-PL"/>
        </w:rPr>
      </w:pPr>
      <w:r w:rsidRPr="00680746">
        <w:rPr>
          <w:b/>
          <w:lang w:val="pl-PL"/>
        </w:rPr>
        <w:t xml:space="preserve">Ogólny poziom spełnienia wymagań: </w:t>
      </w:r>
      <w:r w:rsidRPr="00680746">
        <w:rPr>
          <w:lang w:val="pl-PL"/>
        </w:rPr>
        <w:t xml:space="preserve">nie opanował wymagań koniecznych; nawet przy znacznym wsparciu nie wykonuje zadań lub popełnia błędy uniemożliwiające komunikację. 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43"/>
        <w:gridCol w:w="8469"/>
      </w:tblGrid>
      <w:tr w:rsidR="0081371B" w:rsidRPr="00680746" w14:paraId="0FB7D49D" w14:textId="77777777" w:rsidTr="00F5229B">
        <w:trPr>
          <w:cantSplit/>
          <w:jc w:val="center"/>
        </w:trPr>
        <w:tc>
          <w:tcPr>
            <w:tcW w:w="1843" w:type="dxa"/>
            <w:shd w:val="clear" w:color="auto" w:fill="333333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59885AA0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color w:val="FFFFFF"/>
                <w:sz w:val="16"/>
              </w:rPr>
              <w:t>Obszar</w:t>
            </w:r>
          </w:p>
        </w:tc>
        <w:tc>
          <w:tcPr>
            <w:tcW w:w="8469" w:type="dxa"/>
            <w:shd w:val="clear" w:color="auto" w:fill="333333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5F09A2CF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b/>
                <w:color w:val="FFFFFF"/>
                <w:sz w:val="16"/>
                <w:lang w:val="pl-PL"/>
              </w:rPr>
              <w:t>Wymagania niezbędne do otrzymania oceny</w:t>
            </w:r>
          </w:p>
        </w:tc>
      </w:tr>
      <w:tr w:rsidR="0081371B" w:rsidRPr="00680746" w14:paraId="6644F369" w14:textId="77777777" w:rsidTr="00F5229B">
        <w:trPr>
          <w:cantSplit/>
          <w:jc w:val="center"/>
        </w:trPr>
        <w:tc>
          <w:tcPr>
            <w:tcW w:w="1843" w:type="dxa"/>
            <w:shd w:val="clear" w:color="auto" w:fill="F2F2F2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1A6456B7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Znajomość środków językowych</w:t>
            </w:r>
          </w:p>
        </w:tc>
        <w:tc>
          <w:tcPr>
            <w:tcW w:w="8469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165F6F7E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Nie rozpoznaje i nie stosuje słownictwa ani struktur z pełnego zakresu Extended, nawet przy znacznym wsparciu.</w:t>
            </w:r>
          </w:p>
        </w:tc>
      </w:tr>
      <w:tr w:rsidR="0081371B" w:rsidRPr="00680746" w14:paraId="03227337" w14:textId="77777777" w:rsidTr="00F5229B">
        <w:trPr>
          <w:cantSplit/>
          <w:jc w:val="center"/>
        </w:trPr>
        <w:tc>
          <w:tcPr>
            <w:tcW w:w="1843" w:type="dxa"/>
            <w:shd w:val="clear" w:color="auto" w:fill="F2F2F2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7E3AFDA6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Rozumienie wypowiedzi ustnych</w:t>
            </w:r>
          </w:p>
        </w:tc>
        <w:tc>
          <w:tcPr>
            <w:tcW w:w="8469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3821C8D5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Nie potrafi rozumieć ogólnego sensu bardzo prostych nagrań ani odnajdywać podstawowych informacji w materiałach obejmujących: teksty, nagrania, tabele i ilustracje dotyczące uczenia się i strategii uczenia się; dialogi, teksty, nagrania i materiały wizualne o zwyczajach zakupowych, cenach, zwrotach produktów i usługach; teksty, nagrania i materiały wizualne o znaczeniu przyjaźni oraz zachowaniach wspierających dobre relacje..</w:t>
            </w:r>
          </w:p>
        </w:tc>
      </w:tr>
      <w:tr w:rsidR="0081371B" w:rsidRPr="00680746" w14:paraId="782E44EA" w14:textId="77777777" w:rsidTr="00F5229B">
        <w:trPr>
          <w:cantSplit/>
          <w:jc w:val="center"/>
        </w:trPr>
        <w:tc>
          <w:tcPr>
            <w:tcW w:w="1843" w:type="dxa"/>
            <w:shd w:val="clear" w:color="auto" w:fill="F2F2F2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5BAAC4AB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Rozumienie wypowiedzi pisemnych</w:t>
            </w:r>
          </w:p>
        </w:tc>
        <w:tc>
          <w:tcPr>
            <w:tcW w:w="8469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4147BD19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Nie potrafi rozumieć ogólnego sensu bardzo prostych tekstów ani odnajdywać podstawowych informacji w materiałach obejmujących: teksty, nagrania, tabele i ilustracje dotyczące uczenia się i strategii uczenia się; dialogi, teksty, nagrania i materiały wizualne o zwyczajach zakupowych, cenach, zwrotach produktów i usługach; teksty, nagrania i materiały wizualne o znaczeniu przyjaźni oraz zachowaniach wspierających dobre relacje..</w:t>
            </w:r>
          </w:p>
        </w:tc>
      </w:tr>
      <w:tr w:rsidR="0081371B" w:rsidRPr="00680746" w14:paraId="3C0B2D10" w14:textId="77777777" w:rsidTr="00F5229B">
        <w:trPr>
          <w:cantSplit/>
          <w:jc w:val="center"/>
        </w:trPr>
        <w:tc>
          <w:tcPr>
            <w:tcW w:w="1843" w:type="dxa"/>
            <w:shd w:val="clear" w:color="auto" w:fill="F2F2F2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2216C73C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lastRenderedPageBreak/>
              <w:t>Tworzenie wypowiedzi ustnych</w:t>
            </w:r>
          </w:p>
        </w:tc>
        <w:tc>
          <w:tcPr>
            <w:tcW w:w="8469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5EE616F2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Nie potrafi przekazać nawet bardzo prostej informacji ustnej: wypowiedź o uczeniu się i strategiach uczenia się, obejmująca opis, porównanie i uzasadnienie wyborów; wypowiedź o zakupach, sklepach i usługach, obejmująca opis, porównanie i uzasadnienie wyborów; wypowiedź o relacjach z rodziną, przyjaciółmi i innymi osobami, obejmująca opis, porównanie i uzasadnienie wyborów..</w:t>
            </w:r>
          </w:p>
        </w:tc>
      </w:tr>
      <w:tr w:rsidR="0081371B" w:rsidRPr="00680746" w14:paraId="1602ED36" w14:textId="77777777" w:rsidTr="00F5229B">
        <w:trPr>
          <w:cantSplit/>
          <w:jc w:val="center"/>
        </w:trPr>
        <w:tc>
          <w:tcPr>
            <w:tcW w:w="1843" w:type="dxa"/>
            <w:shd w:val="clear" w:color="auto" w:fill="F2F2F2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13CC8EEA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Tworzenie wypowiedzi pisemnych</w:t>
            </w:r>
          </w:p>
        </w:tc>
        <w:tc>
          <w:tcPr>
            <w:tcW w:w="8469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29936127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Nie potrafi zapisać nawet bardzo prostej informacji, również na podstawie wzoru: e-mail o sobie, języku, którego uczeń się uczy, oraz sposobach uczenia się; wpis o tym, z kim i gdzie uczeń robi zakupy, co robi w sklepie i co kupuje; wpis na blogu o koleżance lub koledze, sposobach dbania o przyjaźń i wspólnych aktywnościach..</w:t>
            </w:r>
          </w:p>
        </w:tc>
      </w:tr>
      <w:tr w:rsidR="0081371B" w:rsidRPr="00680746" w14:paraId="5673F1C6" w14:textId="77777777" w:rsidTr="00F5229B">
        <w:trPr>
          <w:cantSplit/>
          <w:jc w:val="center"/>
        </w:trPr>
        <w:tc>
          <w:tcPr>
            <w:tcW w:w="1843" w:type="dxa"/>
            <w:shd w:val="clear" w:color="auto" w:fill="F2F2F2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0952F482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Reagowanie ustne i pisemne</w:t>
            </w:r>
          </w:p>
        </w:tc>
        <w:tc>
          <w:tcPr>
            <w:tcW w:w="8469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4E7AC211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Nie potrafi reagować na bardzo proste pytania i komunikaty ani udzielić prostej odpowiedzi pisemnej w zakresie: rozmowa i reakcja pisemna dotycząca uczenia się, strategii, opinii, preferencji i propozycji; rozmowa i reakcja pisemna dotycząca zakupów, sklepów, usług, opinii, preferencji i propozycji; rozmowa i reakcja pisemna dotycząca relacji, opinii, preferencji i propozycji..</w:t>
            </w:r>
          </w:p>
        </w:tc>
      </w:tr>
      <w:tr w:rsidR="0081371B" w:rsidRPr="00680746" w14:paraId="6E65FBBB" w14:textId="77777777" w:rsidTr="00F5229B">
        <w:trPr>
          <w:cantSplit/>
          <w:jc w:val="center"/>
        </w:trPr>
        <w:tc>
          <w:tcPr>
            <w:tcW w:w="1843" w:type="dxa"/>
            <w:shd w:val="clear" w:color="auto" w:fill="F2F2F2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390F0C7A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b/>
                <w:sz w:val="16"/>
                <w:lang w:val="pl-PL"/>
              </w:rPr>
              <w:t>Przetwarzanie ustne i pisemne tekstu</w:t>
            </w:r>
          </w:p>
        </w:tc>
        <w:tc>
          <w:tcPr>
            <w:tcW w:w="8469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115E6C1B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Nie potrafi przekazać podstawowych informacji z tekstu, nagrania, tabeli lub ilustracji na podstawie: teksty, nagrania, tabele i ilustracje dotyczące uczenia się i strategii uczenia się; dialogi, teksty, nagrania i materiały wizualne o zwyczajach zakupowych, cenach, zwrotach produktów i usługach; teksty, nagrania i materiały wizualne o znaczeniu przyjaźni oraz zachowaniach wspierających dobre relacje..</w:t>
            </w:r>
          </w:p>
        </w:tc>
      </w:tr>
      <w:tr w:rsidR="0081371B" w:rsidRPr="00680746" w14:paraId="47710D3E" w14:textId="77777777" w:rsidTr="00F5229B">
        <w:trPr>
          <w:cantSplit/>
          <w:jc w:val="center"/>
        </w:trPr>
        <w:tc>
          <w:tcPr>
            <w:tcW w:w="1843" w:type="dxa"/>
            <w:shd w:val="clear" w:color="auto" w:fill="EAF0F8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5977306A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Extended 1: Lifelong learning</w:t>
            </w:r>
          </w:p>
        </w:tc>
        <w:tc>
          <w:tcPr>
            <w:tcW w:w="8469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4C893989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Zakres modułu: uczenie się przez całe życie; sposoby i strategie uczenia się; plany i trudności w nauce; języki obce. Oczekiwane działania: wypowiedź o uczeniu się i strategiach uczenia się, obejmująca opis, porównanie i uzasadnienie wyborów; e-mail o sobie, języku, którego uczeń się uczy, oraz sposobach uczenia się; rozmowa i reakcja pisemna dotycząca uczenia się, strategii, opinii, preferencji i propozycji.</w:t>
            </w:r>
          </w:p>
        </w:tc>
      </w:tr>
      <w:tr w:rsidR="0081371B" w:rsidRPr="00680746" w14:paraId="6B5D634D" w14:textId="77777777" w:rsidTr="00F5229B">
        <w:trPr>
          <w:cantSplit/>
          <w:jc w:val="center"/>
        </w:trPr>
        <w:tc>
          <w:tcPr>
            <w:tcW w:w="1843" w:type="dxa"/>
            <w:shd w:val="clear" w:color="auto" w:fill="EAF0F8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5715E082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Extended 2: Shops and services</w:t>
            </w:r>
          </w:p>
        </w:tc>
        <w:tc>
          <w:tcPr>
            <w:tcW w:w="8469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7D52C506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Zakres modułu: zakupy; sklepy i usługi; zwyczaje zakupowe; ceny; zwroty produktów; zamawianie jedzenia. Oczekiwane działania: wypowiedź o zakupach, sklepach i usługach, obejmująca opis, porównanie i uzasadnienie wyborów; wpis o tym, z kim i gdzie uczeń robi zakupy, co robi w sklepie i co kupuje; rozmowa i reakcja pisemna dotycząca zakupów, sklepów, usług, opinii, preferencji i propozycji.</w:t>
            </w:r>
          </w:p>
        </w:tc>
      </w:tr>
      <w:tr w:rsidR="0081371B" w:rsidRPr="00680746" w14:paraId="6C707402" w14:textId="77777777" w:rsidTr="00F5229B">
        <w:trPr>
          <w:cantSplit/>
          <w:jc w:val="center"/>
        </w:trPr>
        <w:tc>
          <w:tcPr>
            <w:tcW w:w="1843" w:type="dxa"/>
            <w:shd w:val="clear" w:color="auto" w:fill="EAF0F8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78B75F01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Extended 3: Relationships with people</w:t>
            </w:r>
          </w:p>
        </w:tc>
        <w:tc>
          <w:tcPr>
            <w:tcW w:w="8469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2DC4A812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Zakres modułu: relacje z rodziną, przyjaciółmi i innymi osobami; znaczenie przyjaźni; zachowania wspierające dobre relacje; wspólne aktywności. Oczekiwane działania: wypowiedź o relacjach z rodziną, przyjaciółmi i innymi osobami, obejmująca opis, porównanie i uzasadnienie wyborów; wpis na blogu o koleżance lub koledze, sposobach dbania o przyjaźń i wspólnych aktywnościach; rozmowa i reakcja pisemna dotycząca relacji, opinii, preferencji i propozycji.</w:t>
            </w:r>
          </w:p>
        </w:tc>
      </w:tr>
    </w:tbl>
    <w:p w14:paraId="311F56C8" w14:textId="4302768E" w:rsidR="0081371B" w:rsidRPr="0081371B" w:rsidRDefault="0081371B" w:rsidP="0081371B">
      <w:pPr>
        <w:pStyle w:val="Nagwek1"/>
        <w:rPr>
          <w:lang w:val="pl-PL"/>
        </w:rPr>
      </w:pPr>
      <w:r w:rsidRPr="0081371B">
        <w:rPr>
          <w:lang w:val="pl-PL"/>
        </w:rPr>
        <w:t>WYMAGANIA ROCZNE</w:t>
      </w:r>
      <w:r w:rsidRPr="0081371B">
        <w:rPr>
          <w:lang w:val="pl-PL"/>
        </w:rPr>
        <w:t xml:space="preserve"> </w:t>
      </w:r>
    </w:p>
    <w:p w14:paraId="1A50F96C" w14:textId="77777777" w:rsidR="0081371B" w:rsidRDefault="0081371B" w:rsidP="0081371B">
      <w:pPr>
        <w:rPr>
          <w:lang w:val="pl-PL"/>
        </w:rPr>
      </w:pPr>
      <w:r>
        <w:rPr>
          <w:b/>
        </w:rPr>
        <w:t xml:space="preserve">Zakres klasyfikacji: </w:t>
      </w:r>
      <w:r>
        <w:t xml:space="preserve">Extended Curriculum 1: Lifelong learning; Extended Curriculum 2: Shops and services; Extended Curriculum 3: Relationships with people; Extended Curriculum 4: Inventions; Extended Curriculum 5: Media; Extended Curriculum 6: Near my house. </w:t>
      </w:r>
      <w:r w:rsidRPr="00680746">
        <w:rPr>
          <w:lang w:val="pl-PL"/>
        </w:rPr>
        <w:t>Wymagania roczne są kumulatywne i obejmują wszystkie treści Stay Brainy! Extended realizowane w ciągu roku szkolnego.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127"/>
        <w:gridCol w:w="8185"/>
      </w:tblGrid>
      <w:tr w:rsidR="0081371B" w:rsidRPr="00680746" w14:paraId="438247A1" w14:textId="77777777" w:rsidTr="00F5229B">
        <w:trPr>
          <w:cantSplit/>
          <w:jc w:val="center"/>
        </w:trPr>
        <w:tc>
          <w:tcPr>
            <w:tcW w:w="2127" w:type="dxa"/>
            <w:shd w:val="clear" w:color="auto" w:fill="002060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2F7D51A4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color w:val="FFFFFF"/>
                <w:sz w:val="16"/>
              </w:rPr>
              <w:t>Zakres tematyczny</w:t>
            </w:r>
          </w:p>
        </w:tc>
        <w:tc>
          <w:tcPr>
            <w:tcW w:w="8185" w:type="dxa"/>
            <w:shd w:val="clear" w:color="auto" w:fill="EAF0F8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75B1DD43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uczenie się przez całe życie; sposoby i strategie uczenia się; plany i trudności w nauce; języki obce; zakupy; sklepy i usługi; zwyczaje zakupowe; ceny; zwroty produktów; zamawianie jedzenia; relacje z rodziną, przyjaciółmi i innymi osobami; znaczenie przyjaźni; zachowania wspierające dobre relacje; wspólne aktywności; wynalazki; młodzi wynalazcy; umiejętności twórcze; kluby i projekty wynalazcze; media; nawyki medialne; częstotliwość korzystania z mediów; aktywności online; równowaga cyfrowa; zajęcia pozaszkolne; najbliższe otoczenie domu; ogród i jego elementy; czynności oraz możliwości spędzania czasu w ogrodzie i okolicy.</w:t>
            </w:r>
          </w:p>
        </w:tc>
      </w:tr>
      <w:tr w:rsidR="0081371B" w14:paraId="4C28A539" w14:textId="77777777" w:rsidTr="00F5229B">
        <w:trPr>
          <w:cantSplit/>
          <w:jc w:val="center"/>
        </w:trPr>
        <w:tc>
          <w:tcPr>
            <w:tcW w:w="2127" w:type="dxa"/>
            <w:shd w:val="clear" w:color="auto" w:fill="002060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7802C1BA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color w:val="FFFFFF"/>
                <w:sz w:val="16"/>
              </w:rPr>
              <w:t>Środki językowe</w:t>
            </w:r>
          </w:p>
        </w:tc>
        <w:tc>
          <w:tcPr>
            <w:tcW w:w="8185" w:type="dxa"/>
            <w:shd w:val="clear" w:color="auto" w:fill="EAF0F8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1CCEFF66" w14:textId="77777777" w:rsidR="0081371B" w:rsidRDefault="0081371B" w:rsidP="00F5229B">
            <w:pPr>
              <w:spacing w:after="26" w:line="240" w:lineRule="auto"/>
            </w:pPr>
            <w:r>
              <w:rPr>
                <w:sz w:val="16"/>
              </w:rPr>
              <w:t>nazwy i określenia związane z uczeniem się przez całe życie, sposobami uczenia się, planami i trudnościami w nauce; słownictwo związane z zakupami, sklepami i usługami, m.in. ask a shop assistant, take a shopping bag, order food; konstrukcja too + adjective, m.in. too big, too expensive, too long, too shy; słownictwo związane z relacjami, m.in. help others, smile at people, share things, work in a team, make friends, say sorry, spend time together; połączenia care about, smile at, join in; słownictwo, m.in. invent a device, be creative, build a robot, construct a building; can/can’t; przymiotniki creative, modern, simple, useful; słownictwo, m.in. watch a TV programme, read the news, turn on the radio; przysłówki częstotliwości; like / don’t like + forma -ing; słownictwo, m.in. apple tree, bench, birdhouse, fence, gate; there is / there are; can; want to; przymiotniki colourful, comfortable, fresh, tiny.</w:t>
            </w:r>
          </w:p>
        </w:tc>
      </w:tr>
    </w:tbl>
    <w:p w14:paraId="4E576C40" w14:textId="77777777" w:rsidR="0081371B" w:rsidRPr="00336130" w:rsidRDefault="0081371B" w:rsidP="0081371B"/>
    <w:p w14:paraId="0AE0A659" w14:textId="77777777" w:rsidR="0081371B" w:rsidRPr="00680746" w:rsidRDefault="0081371B" w:rsidP="0081371B">
      <w:pPr>
        <w:pStyle w:val="Nagwek2"/>
        <w:rPr>
          <w:lang w:val="pl-PL"/>
        </w:rPr>
      </w:pPr>
      <w:r w:rsidRPr="0081371B">
        <w:rPr>
          <w:lang w:val="pl-PL"/>
        </w:rPr>
        <w:br w:type="page"/>
      </w:r>
      <w:r w:rsidRPr="00680746">
        <w:rPr>
          <w:lang w:val="pl-PL"/>
        </w:rPr>
        <w:lastRenderedPageBreak/>
        <w:t>Ocena 6 - celująca</w:t>
      </w:r>
    </w:p>
    <w:p w14:paraId="675A68AA" w14:textId="77777777" w:rsidR="0081371B" w:rsidRPr="00680746" w:rsidRDefault="0081371B" w:rsidP="0081371B">
      <w:pPr>
        <w:rPr>
          <w:lang w:val="pl-PL"/>
        </w:rPr>
      </w:pPr>
      <w:r w:rsidRPr="00680746">
        <w:rPr>
          <w:b/>
          <w:lang w:val="pl-PL"/>
        </w:rPr>
        <w:t xml:space="preserve">Ogólny poziom spełnienia wymagań: </w:t>
      </w:r>
      <w:r w:rsidRPr="00680746">
        <w:rPr>
          <w:lang w:val="pl-PL"/>
        </w:rPr>
        <w:t>opanował pełny zakres wymagań na bardzo wysokim poziomie; działa swobodnie, płynnie, precyzyjnie i niemal bezbłędnie, łączy informacje i elastycznie stosuje urozmaicone środki językowe.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76"/>
        <w:gridCol w:w="9036"/>
      </w:tblGrid>
      <w:tr w:rsidR="0081371B" w:rsidRPr="00680746" w14:paraId="693A2843" w14:textId="77777777" w:rsidTr="00F5229B">
        <w:trPr>
          <w:cantSplit/>
          <w:jc w:val="center"/>
        </w:trPr>
        <w:tc>
          <w:tcPr>
            <w:tcW w:w="1276" w:type="dxa"/>
            <w:shd w:val="clear" w:color="auto" w:fill="333333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126E34C7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color w:val="FFFFFF"/>
                <w:sz w:val="16"/>
              </w:rPr>
              <w:t>Obszar</w:t>
            </w:r>
          </w:p>
        </w:tc>
        <w:tc>
          <w:tcPr>
            <w:tcW w:w="9036" w:type="dxa"/>
            <w:shd w:val="clear" w:color="auto" w:fill="333333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28EB62CD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b/>
                <w:color w:val="FFFFFF"/>
                <w:sz w:val="16"/>
                <w:lang w:val="pl-PL"/>
              </w:rPr>
              <w:t>Wymagania niezbędne do otrzymania oceny</w:t>
            </w:r>
          </w:p>
        </w:tc>
      </w:tr>
      <w:tr w:rsidR="0081371B" w:rsidRPr="00680746" w14:paraId="6AC5AE49" w14:textId="77777777" w:rsidTr="00F5229B">
        <w:trPr>
          <w:cantSplit/>
          <w:jc w:val="center"/>
        </w:trPr>
        <w:tc>
          <w:tcPr>
            <w:tcW w:w="1276" w:type="dxa"/>
            <w:shd w:val="clear" w:color="auto" w:fill="F2F2F2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772791B7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Znajomość środków językowych</w:t>
            </w:r>
          </w:p>
        </w:tc>
        <w:tc>
          <w:tcPr>
            <w:tcW w:w="9036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440E1197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Swobodnie, elastycznie i niemal bezbłędnie stosuje pełny zakres słownictwa i struktur Extended, także w nowych sytuacjach.</w:t>
            </w:r>
          </w:p>
        </w:tc>
      </w:tr>
      <w:tr w:rsidR="0081371B" w:rsidRPr="00680746" w14:paraId="0903E3AA" w14:textId="77777777" w:rsidTr="00F5229B">
        <w:trPr>
          <w:cantSplit/>
          <w:jc w:val="center"/>
        </w:trPr>
        <w:tc>
          <w:tcPr>
            <w:tcW w:w="1276" w:type="dxa"/>
            <w:shd w:val="clear" w:color="auto" w:fill="F2F2F2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3CBC1DF5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Rozumienie wypowiedzi ustnych</w:t>
            </w:r>
          </w:p>
        </w:tc>
        <w:tc>
          <w:tcPr>
            <w:tcW w:w="9036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17D6082A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Swobodnie, precyzyjnie i niemal bezbłędnie interpretuje główną myśl, kontekst, intencje i szczegóły, także gdy trzeba połączyć informacje w materiałach obejmujących: teksty, nagrania, tabele i ilustracje dotyczące uczenia się i strategii uczenia się; dialogi, teksty, nagrania i materiały wizualne o zwyczajach zakupowych, cenach, zwrotach produktów i usługach; teksty, nagrania i materiały wizualne o znaczeniu przyjaźni oraz zachowaniach wspierających dobre relacje; teksty, wywiady, nagrania i materiały wizualne o młodych wynalazcach, ich umiejętnościach, klubach i projektach; teksty, nagrania i materiały wizualne o nawykach medialnych, częstotliwości korzystania z mediów i zajęciach pozaszkolnych; teksty, nagrania i materiały wizualne o ogrodzie, jego elementach, czynnościach i możliwościach spędzania czasu..</w:t>
            </w:r>
          </w:p>
        </w:tc>
      </w:tr>
      <w:tr w:rsidR="0081371B" w:rsidRPr="00680746" w14:paraId="053EC4F6" w14:textId="77777777" w:rsidTr="00F5229B">
        <w:trPr>
          <w:cantSplit/>
          <w:jc w:val="center"/>
        </w:trPr>
        <w:tc>
          <w:tcPr>
            <w:tcW w:w="1276" w:type="dxa"/>
            <w:shd w:val="clear" w:color="auto" w:fill="F2F2F2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7541B145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Rozumienie wypowiedzi pisemnych</w:t>
            </w:r>
          </w:p>
        </w:tc>
        <w:tc>
          <w:tcPr>
            <w:tcW w:w="9036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743A8CF7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Swobodnie, precyzyjnie i niemal bezbłędnie interpretuje główną myśl, kontekst i szczegóły oraz wyciąga proste wnioski w materiałach obejmujących: teksty, nagrania, tabele i ilustracje dotyczące uczenia się i strategii uczenia się; dialogi, teksty, nagrania i materiały wizualne o zwyczajach zakupowych, cenach, zwrotach produktów i usługach; teksty, nagrania i materiały wizualne o znaczeniu przyjaźni oraz zachowaniach wspierających dobre relacje; teksty, wywiady, nagrania i materiały wizualne o młodych wynalazcach, ich umiejętnościach, klubach i projektach; teksty, nagrania i materiały wizualne o nawykach medialnych, częstotliwości korzystania z mediów i zajęciach pozaszkolnych; teksty, nagrania i materiały wizualne o ogrodzie, jego elementach, czynnościach i możliwościach spędzania czasu..</w:t>
            </w:r>
          </w:p>
        </w:tc>
      </w:tr>
      <w:tr w:rsidR="0081371B" w:rsidRPr="00680746" w14:paraId="204CF42A" w14:textId="77777777" w:rsidTr="00F5229B">
        <w:trPr>
          <w:cantSplit/>
          <w:jc w:val="center"/>
        </w:trPr>
        <w:tc>
          <w:tcPr>
            <w:tcW w:w="1276" w:type="dxa"/>
            <w:shd w:val="clear" w:color="auto" w:fill="F2F2F2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5416D421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Tworzenie wypowiedzi ustnych</w:t>
            </w:r>
          </w:p>
        </w:tc>
        <w:tc>
          <w:tcPr>
            <w:tcW w:w="9036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0AD4C9C3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Swobodnie, precyzyjnie i niemal bezbłędnie tworzy rozwiniętą wypowiedź, rozwija i uzasadnia myśli oraz elastycznie dobiera język: wypowiedź o uczeniu się i strategiach uczenia się, obejmująca opis, porównanie i uzasadnienie wyborów; wypowiedź o zakupach, sklepach i usługach, obejmująca opis, porównanie i uzasadnienie wyborów; wypowiedź o relacjach z rodziną, przyjaciółmi i innymi osobami, obejmująca opis, porównanie i uzasadnienie wyborów; wypowiedź o wynalazkach i umiejętnościach twórczych, obejmująca opis, porównanie i uzasadnienie wyborów; wypowiedź o mediach, nawykach medialnych i równowadze cyfrowej, obejmująca opis, porównanie i uzasadnienie wyborów; wypowiedź o najbliższym otoczeniu domu i ogrodzie, obejmująca opis, porównanie i uzasadnienie wyborów..</w:t>
            </w:r>
          </w:p>
        </w:tc>
      </w:tr>
      <w:tr w:rsidR="0081371B" w:rsidRPr="00680746" w14:paraId="434C21E3" w14:textId="77777777" w:rsidTr="00F5229B">
        <w:trPr>
          <w:cantSplit/>
          <w:jc w:val="center"/>
        </w:trPr>
        <w:tc>
          <w:tcPr>
            <w:tcW w:w="1276" w:type="dxa"/>
            <w:shd w:val="clear" w:color="auto" w:fill="F2F2F2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433FBD2F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Tworzenie wypowiedzi pisemnych</w:t>
            </w:r>
          </w:p>
        </w:tc>
        <w:tc>
          <w:tcPr>
            <w:tcW w:w="9036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7F498A50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Swobodnie, precyzyjnie i niemal bezbłędnie tworzy rozwinięty, spójny i adekwatny tekst, dobrze organizuje treść i stosuje urozmaicony język: e-mail o sobie, języku, którego uczeń się uczy, oraz sposobach uczenia się; wpis o tym, z kim i gdzie uczeń robi zakupy, co robi w sklepie i co kupuje; wpis na blogu o koleżance lub koledze, sposobach dbania o przyjaźń i wspólnych aktywnościach; ogłoszenie klubu młodych wynalazców z informacją o miejscu, czasie spotkań i rozwijanych umiejętnościach; ogłoszenie klubu medialnego z informacją o adresatach, aktywnościach, miejscu i czasie spotkań; e-mail z zaproszeniem do domu, opisem okolicy oraz propozycją wspólnej aktywności..</w:t>
            </w:r>
          </w:p>
        </w:tc>
      </w:tr>
      <w:tr w:rsidR="0081371B" w:rsidRPr="00680746" w14:paraId="641EC2CE" w14:textId="77777777" w:rsidTr="00F5229B">
        <w:trPr>
          <w:cantSplit/>
          <w:jc w:val="center"/>
        </w:trPr>
        <w:tc>
          <w:tcPr>
            <w:tcW w:w="1276" w:type="dxa"/>
            <w:shd w:val="clear" w:color="auto" w:fill="F2F2F2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5ABCE0FF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Reagowanie ustne i pisemne</w:t>
            </w:r>
          </w:p>
        </w:tc>
        <w:tc>
          <w:tcPr>
            <w:tcW w:w="9036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1B10872E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Swobodnie, precyzyjnie i niemal bezbłędnie podtrzymuje rozmowę oraz tworzy rozwinięte reakcje pisemne, precyzyjnie przekazuje i uzasadnia informacje, dostosowując język do odbiorcy w zakresie: rozmowa i reakcja pisemna dotycząca uczenia się, strategii, opinii, preferencji i propozycji; rozmowa i reakcja pisemna dotycząca zakupów, sklepów, usług, opinii, preferencji i propozycji; rozmowa i reakcja pisemna dotycząca relacji, opinii, preferencji i propozycji; rozmowa i reakcja pisemna dotycząca wynalazków, umiejętności, opinii, preferencji i propozycji; rozmowa i reakcja pisemna dotycząca mediów, aktywności online, opinii, preferencji i propozycji; rozmowa i reakcja pisemna dotycząca najbliższego otoczenia domu, opinii, preferencji i propozycji..</w:t>
            </w:r>
          </w:p>
        </w:tc>
      </w:tr>
      <w:tr w:rsidR="0081371B" w:rsidRPr="00680746" w14:paraId="6AA0211A" w14:textId="77777777" w:rsidTr="00F5229B">
        <w:trPr>
          <w:cantSplit/>
          <w:jc w:val="center"/>
        </w:trPr>
        <w:tc>
          <w:tcPr>
            <w:tcW w:w="1276" w:type="dxa"/>
            <w:shd w:val="clear" w:color="auto" w:fill="F2F2F2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0B24438A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b/>
                <w:sz w:val="16"/>
                <w:lang w:val="pl-PL"/>
              </w:rPr>
              <w:t>Przetwarzanie ustne i pisemne tekstu</w:t>
            </w:r>
          </w:p>
        </w:tc>
        <w:tc>
          <w:tcPr>
            <w:tcW w:w="9036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093FAB6D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Swobodnie, precyzyjnie i niemal bezbłędnie łączy i przetwarza informacje z różnych źródeł, przekazuje je w odpowiedniej formie i współtworzy spójną wypowiedź na podstawie: teksty, nagrania, tabele i ilustracje dotyczące uczenia się i strategii uczenia się; dialogi, teksty, nagrania i materiały wizualne o zwyczajach zakupowych, cenach, zwrotach produktów i usługach; teksty, nagrania i materiały wizualne o znaczeniu przyjaźni oraz zachowaniach wspierających dobre relacje; teksty, wywiady, nagrania i materiały wizualne o młodych wynalazcach, ich umiejętnościach, klubach i projektach; teksty, nagrania i materiały wizualne o nawykach medialnych, częstotliwości korzystania z mediów i zajęciach pozaszkolnych; teksty, nagrania i materiały wizualne o ogrodzie, jego elementach, czynnościach i możliwościach spędzania czasu..</w:t>
            </w:r>
          </w:p>
        </w:tc>
      </w:tr>
      <w:tr w:rsidR="0081371B" w:rsidRPr="00680746" w14:paraId="438CB91D" w14:textId="77777777" w:rsidTr="00F5229B">
        <w:trPr>
          <w:cantSplit/>
          <w:jc w:val="center"/>
        </w:trPr>
        <w:tc>
          <w:tcPr>
            <w:tcW w:w="1276" w:type="dxa"/>
            <w:shd w:val="clear" w:color="auto" w:fill="EAF0F8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1C22DE9B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Extended 1: Lifelong learning</w:t>
            </w:r>
          </w:p>
        </w:tc>
        <w:tc>
          <w:tcPr>
            <w:tcW w:w="9036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00C292F7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Zakres modułu: uczenie się przez całe życie; sposoby i strategie uczenia się; plany i trudności w nauce; języki obce. Oczekiwane działania: wypowiedź o uczeniu się i strategiach uczenia się, obejmująca opis, porównanie i uzasadnienie wyborów; e-mail o sobie, języku, którego uczeń się uczy, oraz sposobach uczenia się; rozmowa i reakcja pisemna dotycząca uczenia się, strategii, opinii, preferencji i propozycji.</w:t>
            </w:r>
          </w:p>
        </w:tc>
      </w:tr>
      <w:tr w:rsidR="0081371B" w:rsidRPr="00680746" w14:paraId="77135FF2" w14:textId="77777777" w:rsidTr="00F5229B">
        <w:trPr>
          <w:cantSplit/>
          <w:jc w:val="center"/>
        </w:trPr>
        <w:tc>
          <w:tcPr>
            <w:tcW w:w="1276" w:type="dxa"/>
            <w:shd w:val="clear" w:color="auto" w:fill="EAF0F8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08A66DE6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Extended 2: Shops and services</w:t>
            </w:r>
          </w:p>
        </w:tc>
        <w:tc>
          <w:tcPr>
            <w:tcW w:w="9036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73D2BFC2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Zakres modułu: zakupy; sklepy i usługi; zwyczaje zakupowe; ceny; zwroty produktów; zamawianie jedzenia. Oczekiwane działania: wypowiedź o zakupach, sklepach i usługach, obejmująca opis, porównanie i uzasadnienie wyborów; wpis o tym, z kim i gdzie uczeń robi zakupy, co robi w sklepie i co kupuje; rozmowa i reakcja pisemna dotycząca zakupów, sklepów, usług, opinii, preferencji i propozycji.</w:t>
            </w:r>
          </w:p>
        </w:tc>
      </w:tr>
      <w:tr w:rsidR="0081371B" w:rsidRPr="00680746" w14:paraId="35BEE6F5" w14:textId="77777777" w:rsidTr="00F5229B">
        <w:trPr>
          <w:cantSplit/>
          <w:jc w:val="center"/>
        </w:trPr>
        <w:tc>
          <w:tcPr>
            <w:tcW w:w="1276" w:type="dxa"/>
            <w:shd w:val="clear" w:color="auto" w:fill="EAF0F8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3D54CB76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lastRenderedPageBreak/>
              <w:t>Extended 3: Relationships with people</w:t>
            </w:r>
          </w:p>
        </w:tc>
        <w:tc>
          <w:tcPr>
            <w:tcW w:w="9036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790E5424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Zakres modułu: relacje z rodziną, przyjaciółmi i innymi osobami; znaczenie przyjaźni; zachowania wspierające dobre relacje; wspólne aktywności. Oczekiwane działania: wypowiedź o relacjach z rodziną, przyjaciółmi i innymi osobami, obejmująca opis, porównanie i uzasadnienie wyborów; wpis na blogu o koleżance lub koledze, sposobach dbania o przyjaźń i wspólnych aktywnościach; rozmowa i reakcja pisemna dotycząca relacji, opinii, preferencji i propozycji.</w:t>
            </w:r>
          </w:p>
        </w:tc>
      </w:tr>
      <w:tr w:rsidR="0081371B" w:rsidRPr="00680746" w14:paraId="494253DF" w14:textId="77777777" w:rsidTr="00F5229B">
        <w:trPr>
          <w:cantSplit/>
          <w:jc w:val="center"/>
        </w:trPr>
        <w:tc>
          <w:tcPr>
            <w:tcW w:w="1276" w:type="dxa"/>
            <w:shd w:val="clear" w:color="auto" w:fill="EAF0F8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77AF24D6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Extended 4: Inventions</w:t>
            </w:r>
          </w:p>
        </w:tc>
        <w:tc>
          <w:tcPr>
            <w:tcW w:w="9036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15250BCC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Zakres modułu: wynalazki; młodzi wynalazcy; umiejętności twórcze; kluby i projekty wynalazcze. Oczekiwane działania: wypowiedź o wynalazkach i umiejętnościach twórczych, obejmująca opis, porównanie i uzasadnienie wyborów; ogłoszenie klubu młodych wynalazców z informacją o miejscu, czasie spotkań i rozwijanych umiejętnościach; rozmowa i reakcja pisemna dotycząca wynalazków, umiejętności, opinii, preferencji i propozycji.</w:t>
            </w:r>
          </w:p>
        </w:tc>
      </w:tr>
      <w:tr w:rsidR="0081371B" w:rsidRPr="00680746" w14:paraId="3A7FABE5" w14:textId="77777777" w:rsidTr="00F5229B">
        <w:trPr>
          <w:cantSplit/>
          <w:jc w:val="center"/>
        </w:trPr>
        <w:tc>
          <w:tcPr>
            <w:tcW w:w="1276" w:type="dxa"/>
            <w:shd w:val="clear" w:color="auto" w:fill="EAF0F8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109865C9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Extended 5: Media</w:t>
            </w:r>
          </w:p>
        </w:tc>
        <w:tc>
          <w:tcPr>
            <w:tcW w:w="9036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41858658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Zakres modułu: media; nawyki medialne; częstotliwość korzystania z mediów; aktywności online; równowaga cyfrowa; zajęcia pozaszkolne. Oczekiwane działania: wypowiedź o mediach, nawykach medialnych i równowadze cyfrowej, obejmująca opis, porównanie i uzasadnienie wyborów; ogłoszenie klubu medialnego z informacją o adresatach, aktywnościach, miejscu i czasie spotkań; rozmowa i reakcja pisemna dotycząca mediów, aktywności online, opinii, preferencji i propozycji.</w:t>
            </w:r>
          </w:p>
        </w:tc>
      </w:tr>
      <w:tr w:rsidR="0081371B" w:rsidRPr="00680746" w14:paraId="697CBA67" w14:textId="77777777" w:rsidTr="00F5229B">
        <w:trPr>
          <w:cantSplit/>
          <w:jc w:val="center"/>
        </w:trPr>
        <w:tc>
          <w:tcPr>
            <w:tcW w:w="1276" w:type="dxa"/>
            <w:shd w:val="clear" w:color="auto" w:fill="EAF0F8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4EF2466F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Extended 6: Near my house</w:t>
            </w:r>
          </w:p>
        </w:tc>
        <w:tc>
          <w:tcPr>
            <w:tcW w:w="9036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3F84ECC9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Zakres modułu: najbliższe otoczenie domu; ogród i jego elementy; czynności oraz możliwości spędzania czasu w ogrodzie i okolicy. Oczekiwane działania: wypowiedź o najbliższym otoczeniu domu i ogrodzie, obejmująca opis, porównanie i uzasadnienie wyborów; e-mail z zaproszeniem do domu, opisem okolicy oraz propozycją wspólnej aktywności; rozmowa i reakcja pisemna dotycząca najbliższego otoczenia domu, opinii, preferencji i propozycji.</w:t>
            </w:r>
          </w:p>
        </w:tc>
      </w:tr>
    </w:tbl>
    <w:p w14:paraId="7107E405" w14:textId="77777777" w:rsidR="0081371B" w:rsidRPr="00680746" w:rsidRDefault="0081371B" w:rsidP="0081371B">
      <w:pPr>
        <w:pStyle w:val="Nagwek2"/>
        <w:rPr>
          <w:lang w:val="pl-PL"/>
        </w:rPr>
      </w:pPr>
      <w:r w:rsidRPr="00680746">
        <w:rPr>
          <w:lang w:val="pl-PL"/>
        </w:rPr>
        <w:t>Ocena 5 - bardzo dobra</w:t>
      </w:r>
    </w:p>
    <w:p w14:paraId="56C39584" w14:textId="77777777" w:rsidR="0081371B" w:rsidRPr="00680746" w:rsidRDefault="0081371B" w:rsidP="0081371B">
      <w:pPr>
        <w:rPr>
          <w:lang w:val="pl-PL"/>
        </w:rPr>
      </w:pPr>
      <w:r w:rsidRPr="00680746">
        <w:rPr>
          <w:b/>
          <w:lang w:val="pl-PL"/>
        </w:rPr>
        <w:t xml:space="preserve">Ogólny poziom spełnienia wymagań: </w:t>
      </w:r>
      <w:r w:rsidRPr="00680746">
        <w:rPr>
          <w:lang w:val="pl-PL"/>
        </w:rPr>
        <w:t>opanował pełny zakres wymagań; samodzielnie, sprawnie i poprawnie wykonuje zadania, przekazuje wszystkie informacje i trafnie dobiera środki językowe.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76"/>
        <w:gridCol w:w="9036"/>
      </w:tblGrid>
      <w:tr w:rsidR="0081371B" w:rsidRPr="00680746" w14:paraId="3FFEB5A5" w14:textId="77777777" w:rsidTr="00F5229B">
        <w:trPr>
          <w:cantSplit/>
          <w:jc w:val="center"/>
        </w:trPr>
        <w:tc>
          <w:tcPr>
            <w:tcW w:w="1276" w:type="dxa"/>
            <w:shd w:val="clear" w:color="auto" w:fill="333333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284BD2FA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color w:val="FFFFFF"/>
                <w:sz w:val="16"/>
              </w:rPr>
              <w:t>Obszar</w:t>
            </w:r>
          </w:p>
        </w:tc>
        <w:tc>
          <w:tcPr>
            <w:tcW w:w="9036" w:type="dxa"/>
            <w:shd w:val="clear" w:color="auto" w:fill="333333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7FE99B7B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b/>
                <w:color w:val="FFFFFF"/>
                <w:sz w:val="16"/>
                <w:lang w:val="pl-PL"/>
              </w:rPr>
              <w:t>Wymagania niezbędne do otrzymania oceny</w:t>
            </w:r>
          </w:p>
        </w:tc>
      </w:tr>
      <w:tr w:rsidR="0081371B" w:rsidRPr="00680746" w14:paraId="44153C9F" w14:textId="77777777" w:rsidTr="00F5229B">
        <w:trPr>
          <w:cantSplit/>
          <w:jc w:val="center"/>
        </w:trPr>
        <w:tc>
          <w:tcPr>
            <w:tcW w:w="1276" w:type="dxa"/>
            <w:shd w:val="clear" w:color="auto" w:fill="F2F2F2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298B4D70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Znajomość środków językowych</w:t>
            </w:r>
          </w:p>
        </w:tc>
        <w:tc>
          <w:tcPr>
            <w:tcW w:w="9036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60269B00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Samodzielnie i poprawnie stosuje pełny zakres słownictwa i struktur Extended oraz trafnie dobiera środki językowe do zadania.</w:t>
            </w:r>
          </w:p>
        </w:tc>
      </w:tr>
      <w:tr w:rsidR="0081371B" w:rsidRPr="00680746" w14:paraId="5666B567" w14:textId="77777777" w:rsidTr="00F5229B">
        <w:trPr>
          <w:cantSplit/>
          <w:jc w:val="center"/>
        </w:trPr>
        <w:tc>
          <w:tcPr>
            <w:tcW w:w="1276" w:type="dxa"/>
            <w:shd w:val="clear" w:color="auto" w:fill="F2F2F2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7DC36FA2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Rozumienie wypowiedzi ustnych</w:t>
            </w:r>
          </w:p>
        </w:tc>
        <w:tc>
          <w:tcPr>
            <w:tcW w:w="9036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4D9E8BD1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Samodzielnie, sprawnie i poprawnie rozumie główną myśl, kontekst i informacje szczegółowe w materiałach obejmujących: teksty, nagrania, tabele i ilustracje dotyczące uczenia się i strategii uczenia się; dialogi, teksty, nagrania i materiały wizualne o zwyczajach zakupowych, cenach, zwrotach produktów i usługach; teksty, nagrania i materiały wizualne o znaczeniu przyjaźni oraz zachowaniach wspierających dobre relacje; teksty, wywiady, nagrania i materiały wizualne o młodych wynalazcach, ich umiejętnościach, klubach i projektach; teksty, nagrania i materiały wizualne o nawykach medialnych, częstotliwości korzystania z mediów i zajęciach pozaszkolnych; teksty, nagrania i materiały wizualne o ogrodzie, jego elementach, czynnościach i możliwościach spędzania czasu..</w:t>
            </w:r>
          </w:p>
        </w:tc>
      </w:tr>
      <w:tr w:rsidR="0081371B" w:rsidRPr="00680746" w14:paraId="7F782E38" w14:textId="77777777" w:rsidTr="00F5229B">
        <w:trPr>
          <w:cantSplit/>
          <w:jc w:val="center"/>
        </w:trPr>
        <w:tc>
          <w:tcPr>
            <w:tcW w:w="1276" w:type="dxa"/>
            <w:shd w:val="clear" w:color="auto" w:fill="F2F2F2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3D4A2083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Rozumienie wypowiedzi pisemnych</w:t>
            </w:r>
          </w:p>
        </w:tc>
        <w:tc>
          <w:tcPr>
            <w:tcW w:w="9036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5FCE113D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Samodzielnie, sprawnie i poprawnie rozumie główną myśl, kontekst i szczegółowe informacje w materiałach obejmujących: teksty, nagrania, tabele i ilustracje dotyczące uczenia się i strategii uczenia się; dialogi, teksty, nagrania i materiały wizualne o zwyczajach zakupowych, cenach, zwrotach produktów i usługach; teksty, nagrania i materiały wizualne o znaczeniu przyjaźni oraz zachowaniach wspierających dobre relacje; teksty, wywiady, nagrania i materiały wizualne o młodych wynalazcach, ich umiejętnościach, klubach i projektach; teksty, nagrania i materiały wizualne o nawykach medialnych, częstotliwości korzystania z mediów i zajęciach pozaszkolnych; teksty, nagrania i materiały wizualne o ogrodzie, jego elementach, czynnościach i możliwościach spędzania czasu..</w:t>
            </w:r>
          </w:p>
        </w:tc>
      </w:tr>
      <w:tr w:rsidR="0081371B" w:rsidRPr="00680746" w14:paraId="33F26B31" w14:textId="77777777" w:rsidTr="00F5229B">
        <w:trPr>
          <w:cantSplit/>
          <w:jc w:val="center"/>
        </w:trPr>
        <w:tc>
          <w:tcPr>
            <w:tcW w:w="1276" w:type="dxa"/>
            <w:shd w:val="clear" w:color="auto" w:fill="F2F2F2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40920B1C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Tworzenie wypowiedzi ustnych</w:t>
            </w:r>
          </w:p>
        </w:tc>
        <w:tc>
          <w:tcPr>
            <w:tcW w:w="9036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3DC1193F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Samodzielnie, sprawnie i poprawnie tworzy spójną i logiczną wypowiedź, opisuje, porównuje i uzasadnia wybory: wypowiedź o uczeniu się i strategiach uczenia się, obejmująca opis, porównanie i uzasadnienie wyborów; wypowiedź o zakupach, sklepach i usługach, obejmująca opis, porównanie i uzasadnienie wyborów; wypowiedź o relacjach z rodziną, przyjaciółmi i innymi osobami, obejmująca opis, porównanie i uzasadnienie wyborów; wypowiedź o wynalazkach i umiejętnościach twórczych, obejmująca opis, porównanie i uzasadnienie wyborów; wypowiedź o mediach, nawykach medialnych i równowadze cyfrowej, obejmująca opis, porównanie i uzasadnienie wyborów; wypowiedź o najbliższym otoczeniu domu i ogrodzie, obejmująca opis, porównanie i uzasadnienie wyborów..</w:t>
            </w:r>
          </w:p>
        </w:tc>
      </w:tr>
      <w:tr w:rsidR="0081371B" w:rsidRPr="00680746" w14:paraId="4B9C5968" w14:textId="77777777" w:rsidTr="00F5229B">
        <w:trPr>
          <w:cantSplit/>
          <w:jc w:val="center"/>
        </w:trPr>
        <w:tc>
          <w:tcPr>
            <w:tcW w:w="1276" w:type="dxa"/>
            <w:shd w:val="clear" w:color="auto" w:fill="F2F2F2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76070074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Tworzenie wypowiedzi pisemnych</w:t>
            </w:r>
          </w:p>
        </w:tc>
        <w:tc>
          <w:tcPr>
            <w:tcW w:w="9036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05A95130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Samodzielnie, sprawnie i poprawnie tworzy spójny i logiczny tekst, realizując wszystkie elementy polecenia: e-mail o sobie, języku, którego uczeń się uczy, oraz sposobach uczenia się; wpis o tym, z kim i gdzie uczeń robi zakupy, co robi w sklepie i co kupuje; wpis na blogu o koleżance lub koledze, sposobach dbania o przyjaźń i wspólnych aktywnościach; ogłoszenie klubu młodych wynalazców z informacją o miejscu, czasie spotkań i rozwijanych umiejętnościach; ogłoszenie klubu medialnego z informacją o adresatach, aktywnościach, miejscu i czasie spotkań; e-mail z zaproszeniem do domu, opisem okolicy oraz propozycją wspólnej aktywności..</w:t>
            </w:r>
          </w:p>
        </w:tc>
      </w:tr>
      <w:tr w:rsidR="0081371B" w:rsidRPr="00680746" w14:paraId="35E6F973" w14:textId="77777777" w:rsidTr="00F5229B">
        <w:trPr>
          <w:cantSplit/>
          <w:jc w:val="center"/>
        </w:trPr>
        <w:tc>
          <w:tcPr>
            <w:tcW w:w="1276" w:type="dxa"/>
            <w:shd w:val="clear" w:color="auto" w:fill="F2F2F2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481EC2BF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Reagowanie ustne i pisemne</w:t>
            </w:r>
          </w:p>
        </w:tc>
        <w:tc>
          <w:tcPr>
            <w:tcW w:w="9036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5F21FCAA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Samodzielnie, sprawnie i poprawnie uzyskuje i przekazuje wszystkie informacje, wyraża i krótko uzasadnia opinię, preferencję lub propozycję w zakresie: rozmowa i reakcja pisemna dotycząca uczenia się, strategii, opinii, preferencji i propozycji; rozmowa i reakcja pisemna dotycząca zakupów, sklepów, usług, opinii, preferencji i propozycji; rozmowa i reakcja pisemna dotycząca relacji, opinii, preferencji i propozycji; rozmowa i reakcja pisemna dotycząca wynalazków, umiejętności, opinii, preferencji i propozycji; rozmowa i reakcja pisemna dotycząca mediów, aktywności online, opinii, preferencji i propozycji; rozmowa i reakcja pisemna dotycząca najbliższego otoczenia domu, opinii, preferencji i propozycji..</w:t>
            </w:r>
          </w:p>
        </w:tc>
      </w:tr>
      <w:tr w:rsidR="0081371B" w:rsidRPr="00680746" w14:paraId="2B5237B2" w14:textId="77777777" w:rsidTr="00F5229B">
        <w:trPr>
          <w:cantSplit/>
          <w:jc w:val="center"/>
        </w:trPr>
        <w:tc>
          <w:tcPr>
            <w:tcW w:w="1276" w:type="dxa"/>
            <w:shd w:val="clear" w:color="auto" w:fill="F2F2F2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78FC75A2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b/>
                <w:sz w:val="16"/>
                <w:lang w:val="pl-PL"/>
              </w:rPr>
              <w:lastRenderedPageBreak/>
              <w:t>Przetwarzanie ustne i pisemne tekstu</w:t>
            </w:r>
          </w:p>
        </w:tc>
        <w:tc>
          <w:tcPr>
            <w:tcW w:w="9036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0839C549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Samodzielnie, sprawnie i poprawnie selekcjonuje i przekazuje informacje w języku angielskim lub polskim oraz aktywnie współtworzy wypowiedzi na podstawie: teksty, nagrania, tabele i ilustracje dotyczące uczenia się i strategii uczenia się; dialogi, teksty, nagrania i materiały wizualne o zwyczajach zakupowych, cenach, zwrotach produktów i usługach; teksty, nagrania i materiały wizualne o znaczeniu przyjaźni oraz zachowaniach wspierających dobre relacje; teksty, wywiady, nagrania i materiały wizualne o młodych wynalazcach, ich umiejętnościach, klubach i projektach; teksty, nagrania i materiały wizualne o nawykach medialnych, częstotliwości korzystania z mediów i zajęciach pozaszkolnych; teksty, nagrania i materiały wizualne o ogrodzie, jego elementach, czynnościach i możliwościach spędzania czasu..</w:t>
            </w:r>
          </w:p>
        </w:tc>
      </w:tr>
      <w:tr w:rsidR="0081371B" w:rsidRPr="00680746" w14:paraId="0117C3E2" w14:textId="77777777" w:rsidTr="00F5229B">
        <w:trPr>
          <w:cantSplit/>
          <w:jc w:val="center"/>
        </w:trPr>
        <w:tc>
          <w:tcPr>
            <w:tcW w:w="1276" w:type="dxa"/>
            <w:shd w:val="clear" w:color="auto" w:fill="EAF0F8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0C2F67A8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Extended 1: Lifelong learning</w:t>
            </w:r>
          </w:p>
        </w:tc>
        <w:tc>
          <w:tcPr>
            <w:tcW w:w="9036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11A85028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Zakres modułu: uczenie się przez całe życie; sposoby i strategie uczenia się; plany i trudności w nauce; języki obce. Oczekiwane działania: wypowiedź o uczeniu się i strategiach uczenia się, obejmująca opis, porównanie i uzasadnienie wyborów; e-mail o sobie, języku, którego uczeń się uczy, oraz sposobach uczenia się; rozmowa i reakcja pisemna dotycząca uczenia się, strategii, opinii, preferencji i propozycji.</w:t>
            </w:r>
          </w:p>
        </w:tc>
      </w:tr>
      <w:tr w:rsidR="0081371B" w:rsidRPr="00680746" w14:paraId="3D4F7636" w14:textId="77777777" w:rsidTr="00F5229B">
        <w:trPr>
          <w:cantSplit/>
          <w:jc w:val="center"/>
        </w:trPr>
        <w:tc>
          <w:tcPr>
            <w:tcW w:w="1276" w:type="dxa"/>
            <w:shd w:val="clear" w:color="auto" w:fill="EAF0F8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07C2752B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Extended 2: Shops and services</w:t>
            </w:r>
          </w:p>
        </w:tc>
        <w:tc>
          <w:tcPr>
            <w:tcW w:w="9036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4A15B1B6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Zakres modułu: zakupy; sklepy i usługi; zwyczaje zakupowe; ceny; zwroty produktów; zamawianie jedzenia. Oczekiwane działania: wypowiedź o zakupach, sklepach i usługach, obejmująca opis, porównanie i uzasadnienie wyborów; wpis o tym, z kim i gdzie uczeń robi zakupy, co robi w sklepie i co kupuje; rozmowa i reakcja pisemna dotycząca zakupów, sklepów, usług, opinii, preferencji i propozycji.</w:t>
            </w:r>
          </w:p>
        </w:tc>
      </w:tr>
      <w:tr w:rsidR="0081371B" w:rsidRPr="00680746" w14:paraId="6E3CAA5F" w14:textId="77777777" w:rsidTr="00F5229B">
        <w:trPr>
          <w:cantSplit/>
          <w:jc w:val="center"/>
        </w:trPr>
        <w:tc>
          <w:tcPr>
            <w:tcW w:w="1276" w:type="dxa"/>
            <w:shd w:val="clear" w:color="auto" w:fill="EAF0F8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2C76C4BE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Extended 3: Relationships with people</w:t>
            </w:r>
          </w:p>
        </w:tc>
        <w:tc>
          <w:tcPr>
            <w:tcW w:w="9036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63667FAB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Zakres modułu: relacje z rodziną, przyjaciółmi i innymi osobami; znaczenie przyjaźni; zachowania wspierające dobre relacje; wspólne aktywności. Oczekiwane działania: wypowiedź o relacjach z rodziną, przyjaciółmi i innymi osobami, obejmująca opis, porównanie i uzasadnienie wyborów; wpis na blogu o koleżance lub koledze, sposobach dbania o przyjaźń i wspólnych aktywnościach; rozmowa i reakcja pisemna dotycząca relacji, opinii, preferencji i propozycji.</w:t>
            </w:r>
          </w:p>
        </w:tc>
      </w:tr>
      <w:tr w:rsidR="0081371B" w:rsidRPr="00680746" w14:paraId="0D1D7093" w14:textId="77777777" w:rsidTr="00F5229B">
        <w:trPr>
          <w:cantSplit/>
          <w:jc w:val="center"/>
        </w:trPr>
        <w:tc>
          <w:tcPr>
            <w:tcW w:w="1276" w:type="dxa"/>
            <w:shd w:val="clear" w:color="auto" w:fill="EAF0F8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2860E3E4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Extended 4: Inventions</w:t>
            </w:r>
          </w:p>
        </w:tc>
        <w:tc>
          <w:tcPr>
            <w:tcW w:w="9036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28137287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Zakres modułu: wynalazki; młodzi wynalazcy; umiejętności twórcze; kluby i projekty wynalazcze. Oczekiwane działania: wypowiedź o wynalazkach i umiejętnościach twórczych, obejmująca opis, porównanie i uzasadnienie wyborów; ogłoszenie klubu młodych wynalazców z informacją o miejscu, czasie spotkań i rozwijanych umiejętnościach; rozmowa i reakcja pisemna dotycząca wynalazków, umiejętności, opinii, preferencji i propozycji.</w:t>
            </w:r>
          </w:p>
        </w:tc>
      </w:tr>
      <w:tr w:rsidR="0081371B" w:rsidRPr="00680746" w14:paraId="59376F49" w14:textId="77777777" w:rsidTr="00F5229B">
        <w:trPr>
          <w:cantSplit/>
          <w:jc w:val="center"/>
        </w:trPr>
        <w:tc>
          <w:tcPr>
            <w:tcW w:w="1276" w:type="dxa"/>
            <w:shd w:val="clear" w:color="auto" w:fill="EAF0F8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3D746E7A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Extended 5: Media</w:t>
            </w:r>
          </w:p>
        </w:tc>
        <w:tc>
          <w:tcPr>
            <w:tcW w:w="9036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36BF0534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Zakres modułu: media; nawyki medialne; częstotliwość korzystania z mediów; aktywności online; równowaga cyfrowa; zajęcia pozaszkolne. Oczekiwane działania: wypowiedź o mediach, nawykach medialnych i równowadze cyfrowej, obejmująca opis, porównanie i uzasadnienie wyborów; ogłoszenie klubu medialnego z informacją o adresatach, aktywnościach, miejscu i czasie spotkań; rozmowa i reakcja pisemna dotycząca mediów, aktywności online, opinii, preferencji i propozycji.</w:t>
            </w:r>
          </w:p>
        </w:tc>
      </w:tr>
      <w:tr w:rsidR="0081371B" w:rsidRPr="00680746" w14:paraId="19BAAED1" w14:textId="77777777" w:rsidTr="00F5229B">
        <w:trPr>
          <w:cantSplit/>
          <w:jc w:val="center"/>
        </w:trPr>
        <w:tc>
          <w:tcPr>
            <w:tcW w:w="1276" w:type="dxa"/>
            <w:shd w:val="clear" w:color="auto" w:fill="EAF0F8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3EB523BA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Extended 6: Near my house</w:t>
            </w:r>
          </w:p>
        </w:tc>
        <w:tc>
          <w:tcPr>
            <w:tcW w:w="9036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4628791A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Zakres modułu: najbliższe otoczenie domu; ogród i jego elementy; czynności oraz możliwości spędzania czasu w ogrodzie i okolicy. Oczekiwane działania: wypowiedź o najbliższym otoczeniu domu i ogrodzie, obejmująca opis, porównanie i uzasadnienie wyborów; e-mail z zaproszeniem do domu, opisem okolicy oraz propozycją wspólnej aktywności; rozmowa i reakcja pisemna dotycząca najbliższego otoczenia domu, opinii, preferencji i propozycji.</w:t>
            </w:r>
          </w:p>
        </w:tc>
      </w:tr>
    </w:tbl>
    <w:p w14:paraId="29D14FA2" w14:textId="77777777" w:rsidR="0081371B" w:rsidRPr="00680746" w:rsidRDefault="0081371B" w:rsidP="0081371B">
      <w:pPr>
        <w:rPr>
          <w:lang w:val="pl-PL"/>
        </w:rPr>
      </w:pPr>
    </w:p>
    <w:p w14:paraId="5DE8CD2C" w14:textId="77777777" w:rsidR="0081371B" w:rsidRPr="00AF374B" w:rsidRDefault="0081371B" w:rsidP="0081371B">
      <w:pPr>
        <w:rPr>
          <w:b/>
          <w:bCs/>
          <w:sz w:val="22"/>
          <w:lang w:val="pl-PL"/>
        </w:rPr>
      </w:pPr>
      <w:r w:rsidRPr="00AF374B">
        <w:rPr>
          <w:b/>
          <w:bCs/>
          <w:sz w:val="22"/>
          <w:lang w:val="pl-PL"/>
        </w:rPr>
        <w:t>Ocena 4 - dobra</w:t>
      </w:r>
    </w:p>
    <w:p w14:paraId="4713EA39" w14:textId="77777777" w:rsidR="0081371B" w:rsidRPr="00680746" w:rsidRDefault="0081371B" w:rsidP="0081371B">
      <w:pPr>
        <w:rPr>
          <w:lang w:val="pl-PL"/>
        </w:rPr>
      </w:pPr>
      <w:r w:rsidRPr="00680746">
        <w:rPr>
          <w:b/>
          <w:lang w:val="pl-PL"/>
        </w:rPr>
        <w:t xml:space="preserve">Ogólny poziom spełnienia wymagań: </w:t>
      </w:r>
      <w:r w:rsidRPr="00680746">
        <w:rPr>
          <w:lang w:val="pl-PL"/>
        </w:rPr>
        <w:t>opanował większość wymagań; na ogół samodzielnie i poprawnie wykonuje typowe zadania, przekazuje większość informacji, a nieliczne błędy nie zakłócają komunikacji.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18"/>
        <w:gridCol w:w="8894"/>
      </w:tblGrid>
      <w:tr w:rsidR="0081371B" w:rsidRPr="00680746" w14:paraId="1E8C281A" w14:textId="77777777" w:rsidTr="00F5229B">
        <w:trPr>
          <w:cantSplit/>
          <w:jc w:val="center"/>
        </w:trPr>
        <w:tc>
          <w:tcPr>
            <w:tcW w:w="1418" w:type="dxa"/>
            <w:shd w:val="clear" w:color="auto" w:fill="333333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620D735B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color w:val="FFFFFF"/>
                <w:sz w:val="16"/>
              </w:rPr>
              <w:t>Obszar</w:t>
            </w:r>
          </w:p>
        </w:tc>
        <w:tc>
          <w:tcPr>
            <w:tcW w:w="8894" w:type="dxa"/>
            <w:shd w:val="clear" w:color="auto" w:fill="333333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390F646B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b/>
                <w:color w:val="FFFFFF"/>
                <w:sz w:val="16"/>
                <w:lang w:val="pl-PL"/>
              </w:rPr>
              <w:t>Wymagania niezbędne do otrzymania oceny</w:t>
            </w:r>
          </w:p>
        </w:tc>
      </w:tr>
      <w:tr w:rsidR="0081371B" w:rsidRPr="00680746" w14:paraId="1689659F" w14:textId="77777777" w:rsidTr="00F5229B">
        <w:trPr>
          <w:cantSplit/>
          <w:jc w:val="center"/>
        </w:trPr>
        <w:tc>
          <w:tcPr>
            <w:tcW w:w="1418" w:type="dxa"/>
            <w:shd w:val="clear" w:color="auto" w:fill="F2F2F2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01EB2F03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Znajomość środków językowych</w:t>
            </w:r>
          </w:p>
        </w:tc>
        <w:tc>
          <w:tcPr>
            <w:tcW w:w="8894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36773718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Na ogół poprawnie stosuje większość słownictwa i struktur z pełnego zakresu Extended; nieliczne błędy zwykle nie zakłócają komunikacji.</w:t>
            </w:r>
          </w:p>
        </w:tc>
      </w:tr>
      <w:tr w:rsidR="0081371B" w:rsidRPr="00680746" w14:paraId="0628DE56" w14:textId="77777777" w:rsidTr="00F5229B">
        <w:trPr>
          <w:cantSplit/>
          <w:jc w:val="center"/>
        </w:trPr>
        <w:tc>
          <w:tcPr>
            <w:tcW w:w="1418" w:type="dxa"/>
            <w:shd w:val="clear" w:color="auto" w:fill="F2F2F2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300C3D55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Rozumienie wypowiedzi ustnych</w:t>
            </w:r>
          </w:p>
        </w:tc>
        <w:tc>
          <w:tcPr>
            <w:tcW w:w="8894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6099C509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Na ogół samodzielnie i poprawnie rozumie główną myśl i odnajduje większość wymaganych informacji w materiałach obejmujących: teksty, nagrania, tabele i ilustracje dotyczące uczenia się i strategii uczenia się; dialogi, teksty, nagrania i materiały wizualne o zwyczajach zakupowych, cenach, zwrotach produktów i usługach; teksty, nagrania i materiały wizualne o znaczeniu przyjaźni oraz zachowaniach wspierających dobre relacje; teksty, wywiady, nagrania i materiały wizualne o młodych wynalazcach, ich umiejętnościach, klubach i projektach; teksty, nagrania i materiały wizualne o nawykach medialnych, częstotliwości korzystania z mediów i zajęciach pozaszkolnych; teksty, nagrania i materiały wizualne o ogrodzie, jego elementach, czynnościach i możliwościach spędzania czasu..</w:t>
            </w:r>
          </w:p>
        </w:tc>
      </w:tr>
      <w:tr w:rsidR="0081371B" w:rsidRPr="00680746" w14:paraId="4398971E" w14:textId="77777777" w:rsidTr="00F5229B">
        <w:trPr>
          <w:cantSplit/>
          <w:jc w:val="center"/>
        </w:trPr>
        <w:tc>
          <w:tcPr>
            <w:tcW w:w="1418" w:type="dxa"/>
            <w:shd w:val="clear" w:color="auto" w:fill="F2F2F2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68E64A94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Rozumienie wypowiedzi pisemnych</w:t>
            </w:r>
          </w:p>
        </w:tc>
        <w:tc>
          <w:tcPr>
            <w:tcW w:w="8894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65C7F897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Na ogół samodzielnie i poprawnie rozumie główną myśl i kontekst oraz odnajduje większość informacji w materiałach obejmujących: teksty, nagrania, tabele i ilustracje dotyczące uczenia się i strategii uczenia się; dialogi, teksty, nagrania i materiały wizualne o zwyczajach zakupowych, cenach, zwrotach produktów i usługach; teksty, nagrania i materiały wizualne o znaczeniu przyjaźni oraz zachowaniach wspierających dobre relacje; teksty, wywiady, nagrania i materiały wizualne o młodych wynalazcach, ich umiejętnościach, klubach i projektach; teksty, nagrania i materiały wizualne o nawykach medialnych, częstotliwości korzystania z mediów i zajęciach pozaszkolnych; teksty, nagrania i materiały wizualne o ogrodzie, jego elementach, czynnościach i możliwościach spędzania czasu..</w:t>
            </w:r>
          </w:p>
        </w:tc>
      </w:tr>
      <w:tr w:rsidR="0081371B" w:rsidRPr="00680746" w14:paraId="5E0FA50A" w14:textId="77777777" w:rsidTr="00F5229B">
        <w:trPr>
          <w:cantSplit/>
          <w:jc w:val="center"/>
        </w:trPr>
        <w:tc>
          <w:tcPr>
            <w:tcW w:w="1418" w:type="dxa"/>
            <w:shd w:val="clear" w:color="auto" w:fill="F2F2F2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4FEA20B4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lastRenderedPageBreak/>
              <w:t>Tworzenie wypowiedzi ustnych</w:t>
            </w:r>
          </w:p>
        </w:tc>
        <w:tc>
          <w:tcPr>
            <w:tcW w:w="8894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63F58C2E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Na ogół samodzielnie i poprawnie tworzy krótką, na ogół spójną wypowiedź i przekazuje większość informacji: wypowiedź o uczeniu się i strategiach uczenia się, obejmująca opis, porównanie i uzasadnienie wyborów; wypowiedź o zakupach, sklepach i usługach, obejmująca opis, porównanie i uzasadnienie wyborów; wypowiedź o relacjach z rodziną, przyjaciółmi i innymi osobami, obejmująca opis, porównanie i uzasadnienie wyborów; wypowiedź o wynalazkach i umiejętnościach twórczych, obejmująca opis, porównanie i uzasadnienie wyborów; wypowiedź o mediach, nawykach medialnych i równowadze cyfrowej, obejmująca opis, porównanie i uzasadnienie wyborów; wypowiedź o najbliższym otoczeniu domu i ogrodzie, obejmująca opis, porównanie i uzasadnienie wyborów..</w:t>
            </w:r>
          </w:p>
        </w:tc>
      </w:tr>
      <w:tr w:rsidR="0081371B" w:rsidRPr="00680746" w14:paraId="292C44BE" w14:textId="77777777" w:rsidTr="00F5229B">
        <w:trPr>
          <w:cantSplit/>
          <w:jc w:val="center"/>
        </w:trPr>
        <w:tc>
          <w:tcPr>
            <w:tcW w:w="1418" w:type="dxa"/>
            <w:shd w:val="clear" w:color="auto" w:fill="F2F2F2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193B52CB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Tworzenie wypowiedzi pisemnych</w:t>
            </w:r>
          </w:p>
        </w:tc>
        <w:tc>
          <w:tcPr>
            <w:tcW w:w="8894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13E3E747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Na ogół samodzielnie i poprawnie tworzy krótki, na ogół spójny tekst i uwzględnia większość informacji: e-mail o sobie, języku, którego uczeń się uczy, oraz sposobach uczenia się; wpis o tym, z kim i gdzie uczeń robi zakupy, co robi w sklepie i co kupuje; wpis na blogu o koleżance lub koledze, sposobach dbania o przyjaźń i wspólnych aktywnościach; ogłoszenie klubu młodych wynalazców z informacją o miejscu, czasie spotkań i rozwijanych umiejętnościach; ogłoszenie klubu medialnego z informacją o adresatach, aktywnościach, miejscu i czasie spotkań; e-mail z zaproszeniem do domu, opisem okolicy oraz propozycją wspólnej aktywności..</w:t>
            </w:r>
          </w:p>
        </w:tc>
      </w:tr>
      <w:tr w:rsidR="0081371B" w:rsidRPr="00680746" w14:paraId="7F85C5A3" w14:textId="77777777" w:rsidTr="00F5229B">
        <w:trPr>
          <w:cantSplit/>
          <w:jc w:val="center"/>
        </w:trPr>
        <w:tc>
          <w:tcPr>
            <w:tcW w:w="1418" w:type="dxa"/>
            <w:shd w:val="clear" w:color="auto" w:fill="F2F2F2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2255FE79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Reagowanie ustne i pisemne</w:t>
            </w:r>
          </w:p>
        </w:tc>
        <w:tc>
          <w:tcPr>
            <w:tcW w:w="8894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58102C71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Na ogół samodzielnie i poprawnie uczestniczy w prostej rozmowie i tworzy krótką, adekwatną reakcję pisemną w zakresie: rozmowa i reakcja pisemna dotycząca uczenia się, strategii, opinii, preferencji i propozycji; rozmowa i reakcja pisemna dotycząca zakupów, sklepów, usług, opinii, preferencji i propozycji; rozmowa i reakcja pisemna dotycząca relacji, opinii, preferencji i propozycji; rozmowa i reakcja pisemna dotycząca wynalazków, umiejętności, opinii, preferencji i propozycji; rozmowa i reakcja pisemna dotycząca mediów, aktywności online, opinii, preferencji i propozycji; rozmowa i reakcja pisemna dotycząca najbliższego otoczenia domu, opinii, preferencji i propozycji..</w:t>
            </w:r>
          </w:p>
        </w:tc>
      </w:tr>
      <w:tr w:rsidR="0081371B" w:rsidRPr="00680746" w14:paraId="6E835614" w14:textId="77777777" w:rsidTr="00F5229B">
        <w:trPr>
          <w:cantSplit/>
          <w:jc w:val="center"/>
        </w:trPr>
        <w:tc>
          <w:tcPr>
            <w:tcW w:w="1418" w:type="dxa"/>
            <w:shd w:val="clear" w:color="auto" w:fill="F2F2F2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49FBEF35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b/>
                <w:sz w:val="16"/>
                <w:lang w:val="pl-PL"/>
              </w:rPr>
              <w:t>Przetwarzanie ustne i pisemne tekstu</w:t>
            </w:r>
          </w:p>
        </w:tc>
        <w:tc>
          <w:tcPr>
            <w:tcW w:w="8894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61149ACB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Na ogół samodzielnie i poprawnie przekazuje najważniejsze informacje i uczestniczy we współtworzeniu wypowiedzi na podstawie: teksty, nagrania, tabele i ilustracje dotyczące uczenia się i strategii uczenia się; dialogi, teksty, nagrania i materiały wizualne o zwyczajach zakupowych, cenach, zwrotach produktów i usługach; teksty, nagrania i materiały wizualne o znaczeniu przyjaźni oraz zachowaniach wspierających dobre relacje; teksty, wywiady, nagrania i materiały wizualne o młodych wynalazcach, ich umiejętnościach, klubach i projektach; teksty, nagrania i materiały wizualne o nawykach medialnych, częstotliwości korzystania z mediów i zajęciach pozaszkolnych; teksty, nagrania i materiały wizualne o ogrodzie, jego elementach, czynnościach i możliwościach spędzania czasu..</w:t>
            </w:r>
          </w:p>
        </w:tc>
      </w:tr>
      <w:tr w:rsidR="0081371B" w:rsidRPr="00680746" w14:paraId="1922E3EE" w14:textId="77777777" w:rsidTr="00F5229B">
        <w:trPr>
          <w:cantSplit/>
          <w:jc w:val="center"/>
        </w:trPr>
        <w:tc>
          <w:tcPr>
            <w:tcW w:w="1418" w:type="dxa"/>
            <w:shd w:val="clear" w:color="auto" w:fill="EAF0F8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3F8A3287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Extended 1: Lifelong learning</w:t>
            </w:r>
          </w:p>
        </w:tc>
        <w:tc>
          <w:tcPr>
            <w:tcW w:w="8894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33C14939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Zakres modułu: uczenie się przez całe życie; sposoby i strategie uczenia się; plany i trudności w nauce; języki obce. Oczekiwane działania: wypowiedź o uczeniu się i strategiach uczenia się, obejmująca opis, porównanie i uzasadnienie wyborów; e-mail o sobie, języku, którego uczeń się uczy, oraz sposobach uczenia się; rozmowa i reakcja pisemna dotycząca uczenia się, strategii, opinii, preferencji i propozycji.</w:t>
            </w:r>
          </w:p>
        </w:tc>
      </w:tr>
      <w:tr w:rsidR="0081371B" w:rsidRPr="00680746" w14:paraId="3159AC21" w14:textId="77777777" w:rsidTr="00F5229B">
        <w:trPr>
          <w:cantSplit/>
          <w:jc w:val="center"/>
        </w:trPr>
        <w:tc>
          <w:tcPr>
            <w:tcW w:w="1418" w:type="dxa"/>
            <w:shd w:val="clear" w:color="auto" w:fill="EAF0F8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6A8EDB3A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Extended 2: Shops and services</w:t>
            </w:r>
          </w:p>
        </w:tc>
        <w:tc>
          <w:tcPr>
            <w:tcW w:w="8894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057D4200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Zakres modułu: zakupy; sklepy i usługi; zwyczaje zakupowe; ceny; zwroty produktów; zamawianie jedzenia. Oczekiwane działania: wypowiedź o zakupach, sklepach i usługach, obejmująca opis, porównanie i uzasadnienie wyborów; wpis o tym, z kim i gdzie uczeń robi zakupy, co robi w sklepie i co kupuje; rozmowa i reakcja pisemna dotycząca zakupów, sklepów, usług, opinii, preferencji i propozycji.</w:t>
            </w:r>
          </w:p>
        </w:tc>
      </w:tr>
      <w:tr w:rsidR="0081371B" w:rsidRPr="00680746" w14:paraId="54A54B55" w14:textId="77777777" w:rsidTr="00F5229B">
        <w:trPr>
          <w:cantSplit/>
          <w:jc w:val="center"/>
        </w:trPr>
        <w:tc>
          <w:tcPr>
            <w:tcW w:w="1418" w:type="dxa"/>
            <w:shd w:val="clear" w:color="auto" w:fill="EAF0F8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582D3552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Extended 3: Relationships with people</w:t>
            </w:r>
          </w:p>
        </w:tc>
        <w:tc>
          <w:tcPr>
            <w:tcW w:w="8894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596361A1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Zakres modułu: relacje z rodziną, przyjaciółmi i innymi osobami; znaczenie przyjaźni; zachowania wspierające dobre relacje; wspólne aktywności. Oczekiwane działania: wypowiedź o relacjach z rodziną, przyjaciółmi i innymi osobami, obejmująca opis, porównanie i uzasadnienie wyborów; wpis na blogu o koleżance lub koledze, sposobach dbania o przyjaźń i wspólnych aktywnościach; rozmowa i reakcja pisemna dotycząca relacji, opinii, preferencji i propozycji.</w:t>
            </w:r>
          </w:p>
        </w:tc>
      </w:tr>
      <w:tr w:rsidR="0081371B" w:rsidRPr="00680746" w14:paraId="0B749662" w14:textId="77777777" w:rsidTr="00F5229B">
        <w:trPr>
          <w:cantSplit/>
          <w:jc w:val="center"/>
        </w:trPr>
        <w:tc>
          <w:tcPr>
            <w:tcW w:w="1418" w:type="dxa"/>
            <w:shd w:val="clear" w:color="auto" w:fill="EAF0F8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6447E0A8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Extended 4: Inventions</w:t>
            </w:r>
          </w:p>
        </w:tc>
        <w:tc>
          <w:tcPr>
            <w:tcW w:w="8894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348272A3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Zakres modułu: wynalazki; młodzi wynalazcy; umiejętności twórcze; kluby i projekty wynalazcze. Oczekiwane działania: wypowiedź o wynalazkach i umiejętnościach twórczych, obejmująca opis, porównanie i uzasadnienie wyborów; ogłoszenie klubu młodych wynalazców z informacją o miejscu, czasie spotkań i rozwijanych umiejętnościach; rozmowa i reakcja pisemna dotycząca wynalazków, umiejętności, opinii, preferencji i propozycji.</w:t>
            </w:r>
          </w:p>
        </w:tc>
      </w:tr>
      <w:tr w:rsidR="0081371B" w:rsidRPr="00680746" w14:paraId="3A3218B0" w14:textId="77777777" w:rsidTr="00F5229B">
        <w:trPr>
          <w:cantSplit/>
          <w:jc w:val="center"/>
        </w:trPr>
        <w:tc>
          <w:tcPr>
            <w:tcW w:w="1418" w:type="dxa"/>
            <w:shd w:val="clear" w:color="auto" w:fill="EAF0F8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12B9E5CD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Extended 5: Media</w:t>
            </w:r>
          </w:p>
        </w:tc>
        <w:tc>
          <w:tcPr>
            <w:tcW w:w="8894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00B1A5CB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Zakres modułu: media; nawyki medialne; częstotliwość korzystania z mediów; aktywności online; równowaga cyfrowa; zajęcia pozaszkolne. Oczekiwane działania: wypowiedź o mediach, nawykach medialnych i równowadze cyfrowej, obejmująca opis, porównanie i uzasadnienie wyborów; ogłoszenie klubu medialnego z informacją o adresatach, aktywnościach, miejscu i czasie spotkań; rozmowa i reakcja pisemna dotycząca mediów, aktywności online, opinii, preferencji i propozycji.</w:t>
            </w:r>
          </w:p>
        </w:tc>
      </w:tr>
      <w:tr w:rsidR="0081371B" w:rsidRPr="00680746" w14:paraId="173647D8" w14:textId="77777777" w:rsidTr="00F5229B">
        <w:trPr>
          <w:cantSplit/>
          <w:jc w:val="center"/>
        </w:trPr>
        <w:tc>
          <w:tcPr>
            <w:tcW w:w="1418" w:type="dxa"/>
            <w:shd w:val="clear" w:color="auto" w:fill="EAF0F8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2EE9FDC5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Extended 6: Near my house</w:t>
            </w:r>
          </w:p>
        </w:tc>
        <w:tc>
          <w:tcPr>
            <w:tcW w:w="8894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61B927BC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Zakres modułu: najbliższe otoczenie domu; ogród i jego elementy; czynności oraz możliwości spędzania czasu w ogrodzie i okolicy. Oczekiwane działania: wypowiedź o najbliższym otoczeniu domu i ogrodzie, obejmująca opis, porównanie i uzasadnienie wyborów; e-mail z zaproszeniem do domu, opisem okolicy oraz propozycją wspólnej aktywności; rozmowa i reakcja pisemna dotycząca najbliższego otoczenia domu, opinii, preferencji i propozycji.</w:t>
            </w:r>
          </w:p>
        </w:tc>
      </w:tr>
    </w:tbl>
    <w:p w14:paraId="186ED634" w14:textId="77777777" w:rsidR="0081371B" w:rsidRPr="00680746" w:rsidRDefault="0081371B" w:rsidP="0081371B">
      <w:pPr>
        <w:rPr>
          <w:lang w:val="pl-PL"/>
        </w:rPr>
      </w:pPr>
    </w:p>
    <w:p w14:paraId="6F1C4D39" w14:textId="77777777" w:rsidR="0081371B" w:rsidRPr="00680746" w:rsidRDefault="0081371B" w:rsidP="0081371B">
      <w:pPr>
        <w:pStyle w:val="Nagwek2"/>
        <w:rPr>
          <w:lang w:val="pl-PL"/>
        </w:rPr>
      </w:pPr>
      <w:r w:rsidRPr="00680746">
        <w:rPr>
          <w:lang w:val="pl-PL"/>
        </w:rPr>
        <w:br w:type="page"/>
      </w:r>
      <w:r w:rsidRPr="00680746">
        <w:rPr>
          <w:lang w:val="pl-PL"/>
        </w:rPr>
        <w:lastRenderedPageBreak/>
        <w:t>Ocena 3 - dostateczna</w:t>
      </w:r>
    </w:p>
    <w:p w14:paraId="2BCB76B9" w14:textId="77777777" w:rsidR="0081371B" w:rsidRPr="00680746" w:rsidRDefault="0081371B" w:rsidP="0081371B">
      <w:pPr>
        <w:rPr>
          <w:lang w:val="pl-PL"/>
        </w:rPr>
      </w:pPr>
      <w:r w:rsidRPr="00680746">
        <w:rPr>
          <w:b/>
          <w:lang w:val="pl-PL"/>
        </w:rPr>
        <w:t xml:space="preserve">Ogólny poziom spełnienia wymagań: </w:t>
      </w:r>
      <w:r w:rsidRPr="00680746">
        <w:rPr>
          <w:lang w:val="pl-PL"/>
        </w:rPr>
        <w:t>opanował podstawową część wymagań; wykonuje proste zadania według wzoru lub z pomocą, przekazuje część wymaganych informacji, a błędy czasami zakłócają komunikację.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18"/>
        <w:gridCol w:w="8894"/>
      </w:tblGrid>
      <w:tr w:rsidR="0081371B" w:rsidRPr="00680746" w14:paraId="7F0F1D5A" w14:textId="77777777" w:rsidTr="00F5229B">
        <w:trPr>
          <w:cantSplit/>
          <w:jc w:val="center"/>
        </w:trPr>
        <w:tc>
          <w:tcPr>
            <w:tcW w:w="1418" w:type="dxa"/>
            <w:shd w:val="clear" w:color="auto" w:fill="333333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37966A27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color w:val="FFFFFF"/>
                <w:sz w:val="16"/>
              </w:rPr>
              <w:t>Obszar</w:t>
            </w:r>
          </w:p>
        </w:tc>
        <w:tc>
          <w:tcPr>
            <w:tcW w:w="8894" w:type="dxa"/>
            <w:shd w:val="clear" w:color="auto" w:fill="333333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207336EE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b/>
                <w:color w:val="FFFFFF"/>
                <w:sz w:val="16"/>
                <w:lang w:val="pl-PL"/>
              </w:rPr>
              <w:t>Wymagania niezbędne do otrzymania oceny</w:t>
            </w:r>
          </w:p>
        </w:tc>
      </w:tr>
      <w:tr w:rsidR="0081371B" w:rsidRPr="00680746" w14:paraId="2C0F61BA" w14:textId="77777777" w:rsidTr="00F5229B">
        <w:trPr>
          <w:cantSplit/>
          <w:jc w:val="center"/>
        </w:trPr>
        <w:tc>
          <w:tcPr>
            <w:tcW w:w="1418" w:type="dxa"/>
            <w:shd w:val="clear" w:color="auto" w:fill="F2F2F2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01E5FE2F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Znajomość środków językowych</w:t>
            </w:r>
          </w:p>
        </w:tc>
        <w:tc>
          <w:tcPr>
            <w:tcW w:w="8894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6F55078B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Częściowo zna słownictwo i struktury z pełnego zakresu Extended oraz stosuje je w prostych zdaniach według wzoru, popełniając błędy.</w:t>
            </w:r>
          </w:p>
        </w:tc>
      </w:tr>
      <w:tr w:rsidR="0081371B" w:rsidRPr="00680746" w14:paraId="7F8ACDE4" w14:textId="77777777" w:rsidTr="00F5229B">
        <w:trPr>
          <w:cantSplit/>
          <w:jc w:val="center"/>
        </w:trPr>
        <w:tc>
          <w:tcPr>
            <w:tcW w:w="1418" w:type="dxa"/>
            <w:shd w:val="clear" w:color="auto" w:fill="F2F2F2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6524DB49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Rozumienie wypowiedzi ustnych</w:t>
            </w:r>
          </w:p>
        </w:tc>
        <w:tc>
          <w:tcPr>
            <w:tcW w:w="8894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51FD5AA2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Według wzoru lub z pomocą rozumie temat prostych nagrań i odnajduje niektóre informacje w materiałach obejmujących: teksty, nagrania, tabele i ilustracje dotyczące uczenia się i strategii uczenia się; dialogi, teksty, nagrania i materiały wizualne o zwyczajach zakupowych, cenach, zwrotach produktów i usługach; teksty, nagrania i materiały wizualne o znaczeniu przyjaźni oraz zachowaniach wspierających dobre relacje; teksty, wywiady, nagrania i materiały wizualne o młodych wynalazcach, ich umiejętnościach, klubach i projektach; teksty, nagrania i materiały wizualne o nawykach medialnych, częstotliwości korzystania z mediów i zajęciach pozaszkolnych; teksty, nagrania i materiały wizualne o ogrodzie, jego elementach, czynnościach i możliwościach spędzania czasu..</w:t>
            </w:r>
          </w:p>
        </w:tc>
      </w:tr>
      <w:tr w:rsidR="0081371B" w:rsidRPr="00680746" w14:paraId="695253D2" w14:textId="77777777" w:rsidTr="00F5229B">
        <w:trPr>
          <w:cantSplit/>
          <w:jc w:val="center"/>
        </w:trPr>
        <w:tc>
          <w:tcPr>
            <w:tcW w:w="1418" w:type="dxa"/>
            <w:shd w:val="clear" w:color="auto" w:fill="F2F2F2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0B09AA41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Rozumienie wypowiedzi pisemnych</w:t>
            </w:r>
          </w:p>
        </w:tc>
        <w:tc>
          <w:tcPr>
            <w:tcW w:w="8894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0CD52DFF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Według wzoru lub z pomocą rozumie temat i część głównej myśli oraz odnajduje niektóre informacje w materiałach obejmujących: teksty, nagrania, tabele i ilustracje dotyczące uczenia się i strategii uczenia się; dialogi, teksty, nagrania i materiały wizualne o zwyczajach zakupowych, cenach, zwrotach produktów i usługach; teksty, nagrania i materiały wizualne o znaczeniu przyjaźni oraz zachowaniach wspierających dobre relacje; teksty, wywiady, nagrania i materiały wizualne o młodych wynalazcach, ich umiejętnościach, klubach i projektach; teksty, nagrania i materiały wizualne o nawykach medialnych, częstotliwości korzystania z mediów i zajęciach pozaszkolnych; teksty, nagrania i materiały wizualne o ogrodzie, jego elementach, czynnościach i możliwościach spędzania czasu..</w:t>
            </w:r>
          </w:p>
        </w:tc>
      </w:tr>
      <w:tr w:rsidR="0081371B" w:rsidRPr="00680746" w14:paraId="35981062" w14:textId="77777777" w:rsidTr="00F5229B">
        <w:trPr>
          <w:cantSplit/>
          <w:jc w:val="center"/>
        </w:trPr>
        <w:tc>
          <w:tcPr>
            <w:tcW w:w="1418" w:type="dxa"/>
            <w:shd w:val="clear" w:color="auto" w:fill="F2F2F2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1666845F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Tworzenie wypowiedzi ustnych</w:t>
            </w:r>
          </w:p>
        </w:tc>
        <w:tc>
          <w:tcPr>
            <w:tcW w:w="8894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75F0E542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Według wzoru lub z pomocą tworzy kilka prostych zdań: wypowiedź o uczeniu się i strategiach uczenia się, obejmująca opis, porównanie i uzasadnienie wyborów; wypowiedź o zakupach, sklepach i usługach, obejmująca opis, porównanie i uzasadnienie wyborów; wypowiedź o relacjach z rodziną, przyjaciółmi i innymi osobami, obejmująca opis, porównanie i uzasadnienie wyborów; wypowiedź o wynalazkach i umiejętnościach twórczych, obejmująca opis, porównanie i uzasadnienie wyborów; wypowiedź o mediach, nawykach medialnych i równowadze cyfrowej, obejmująca opis, porównanie i uzasadnienie wyborów; wypowiedź o najbliższym otoczeniu domu i ogrodzie, obejmująca opis, porównanie i uzasadnienie wyborów..</w:t>
            </w:r>
          </w:p>
        </w:tc>
      </w:tr>
      <w:tr w:rsidR="0081371B" w:rsidRPr="00680746" w14:paraId="6ACDF269" w14:textId="77777777" w:rsidTr="00F5229B">
        <w:trPr>
          <w:cantSplit/>
          <w:jc w:val="center"/>
        </w:trPr>
        <w:tc>
          <w:tcPr>
            <w:tcW w:w="1418" w:type="dxa"/>
            <w:shd w:val="clear" w:color="auto" w:fill="F2F2F2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25B95FBD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Tworzenie wypowiedzi pisemnych</w:t>
            </w:r>
          </w:p>
        </w:tc>
        <w:tc>
          <w:tcPr>
            <w:tcW w:w="8894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539A8ADC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Według wzoru lub z pomocą tworzy bardzo krótki tekst i uwzględnia część informacji: e-mail o sobie, języku, którego uczeń się uczy, oraz sposobach uczenia się; wpis o tym, z kim i gdzie uczeń robi zakupy, co robi w sklepie i co kupuje; wpis na blogu o koleżance lub koledze, sposobach dbania o przyjaźń i wspólnych aktywnościach; ogłoszenie klubu młodych wynalazców z informacją o miejscu, czasie spotkań i rozwijanych umiejętnościach; ogłoszenie klubu medialnego z informacją o adresatach, aktywnościach, miejscu i czasie spotkań; e-mail z zaproszeniem do domu, opisem okolicy oraz propozycją wspólnej aktywności..</w:t>
            </w:r>
          </w:p>
        </w:tc>
      </w:tr>
      <w:tr w:rsidR="0081371B" w:rsidRPr="00680746" w14:paraId="24FEB2D6" w14:textId="77777777" w:rsidTr="00F5229B">
        <w:trPr>
          <w:cantSplit/>
          <w:jc w:val="center"/>
        </w:trPr>
        <w:tc>
          <w:tcPr>
            <w:tcW w:w="1418" w:type="dxa"/>
            <w:shd w:val="clear" w:color="auto" w:fill="F2F2F2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79D993D6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Reagowanie ustne i pisemne</w:t>
            </w:r>
          </w:p>
        </w:tc>
        <w:tc>
          <w:tcPr>
            <w:tcW w:w="8894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2B0975F3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Według wzoru lub z pomocą odpowiada na proste pytania i według wzoru reaguje pisemnie, przekazując część informacji w zakresie: rozmowa i reakcja pisemna dotycząca uczenia się, strategii, opinii, preferencji i propozycji; rozmowa i reakcja pisemna dotycząca zakupów, sklepów, usług, opinii, preferencji i propozycji; rozmowa i reakcja pisemna dotycząca relacji, opinii, preferencji i propozycji; rozmowa i reakcja pisemna dotycząca wynalazków, umiejętności, opinii, preferencji i propozycji; rozmowa i reakcja pisemna dotycząca mediów, aktywności online, opinii, preferencji i propozycji; rozmowa i reakcja pisemna dotycząca najbliższego otoczenia domu, opinii, preferencji i propozycji..</w:t>
            </w:r>
          </w:p>
        </w:tc>
      </w:tr>
      <w:tr w:rsidR="0081371B" w:rsidRPr="00680746" w14:paraId="542413B6" w14:textId="77777777" w:rsidTr="00F5229B">
        <w:trPr>
          <w:cantSplit/>
          <w:jc w:val="center"/>
        </w:trPr>
        <w:tc>
          <w:tcPr>
            <w:tcW w:w="1418" w:type="dxa"/>
            <w:shd w:val="clear" w:color="auto" w:fill="F2F2F2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5A1F8120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b/>
                <w:sz w:val="16"/>
                <w:lang w:val="pl-PL"/>
              </w:rPr>
              <w:t>Przetwarzanie ustne i pisemne tekstu</w:t>
            </w:r>
          </w:p>
        </w:tc>
        <w:tc>
          <w:tcPr>
            <w:tcW w:w="8894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05A98A1C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Według wzoru lub z pomocą przekazuje część podstawowych informacji, korzystając ze wzoru i wsparcia na podstawie: teksty, nagrania, tabele i ilustracje dotyczące uczenia się i strategii uczenia się; dialogi, teksty, nagrania i materiały wizualne o zwyczajach zakupowych, cenach, zwrotach produktów i usługach; teksty, nagrania i materiały wizualne o znaczeniu przyjaźni oraz zachowaniach wspierających dobre relacje; teksty, wywiady, nagrania i materiały wizualne o młodych wynalazcach, ich umiejętnościach, klubach i projektach; teksty, nagrania i materiały wizualne o nawykach medialnych, częstotliwości korzystania z mediów i zajęciach pozaszkolnych; teksty, nagrania i materiały wizualne o ogrodzie, jego elementach, czynnościach i możliwościach spędzania czasu..</w:t>
            </w:r>
          </w:p>
        </w:tc>
      </w:tr>
      <w:tr w:rsidR="0081371B" w:rsidRPr="00680746" w14:paraId="49AB827D" w14:textId="77777777" w:rsidTr="00F5229B">
        <w:trPr>
          <w:cantSplit/>
          <w:jc w:val="center"/>
        </w:trPr>
        <w:tc>
          <w:tcPr>
            <w:tcW w:w="1418" w:type="dxa"/>
            <w:shd w:val="clear" w:color="auto" w:fill="EAF0F8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07150829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Extended 1: Lifelong learning</w:t>
            </w:r>
          </w:p>
        </w:tc>
        <w:tc>
          <w:tcPr>
            <w:tcW w:w="8894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4CE6B49B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Zakres modułu: uczenie się przez całe życie; sposoby i strategie uczenia się; plany i trudności w nauce; języki obce. Oczekiwane działania: wypowiedź o uczeniu się i strategiach uczenia się, obejmująca opis, porównanie i uzasadnienie wyborów; e-mail o sobie, języku, którego uczeń się uczy, oraz sposobach uczenia się; rozmowa i reakcja pisemna dotycząca uczenia się, strategii, opinii, preferencji i propozycji.</w:t>
            </w:r>
          </w:p>
        </w:tc>
      </w:tr>
      <w:tr w:rsidR="0081371B" w:rsidRPr="00680746" w14:paraId="52D98053" w14:textId="77777777" w:rsidTr="00F5229B">
        <w:trPr>
          <w:cantSplit/>
          <w:jc w:val="center"/>
        </w:trPr>
        <w:tc>
          <w:tcPr>
            <w:tcW w:w="1418" w:type="dxa"/>
            <w:shd w:val="clear" w:color="auto" w:fill="EAF0F8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53B9C9A1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Extended 2: Shops and services</w:t>
            </w:r>
          </w:p>
        </w:tc>
        <w:tc>
          <w:tcPr>
            <w:tcW w:w="8894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197905A0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Zakres modułu: zakupy; sklepy i usługi; zwyczaje zakupowe; ceny; zwroty produktów; zamawianie jedzenia. Oczekiwane działania: wypowiedź o zakupach, sklepach i usługach, obejmująca opis, porównanie i uzasadnienie wyborów; wpis o tym, z kim i gdzie uczeń robi zakupy, co robi w sklepie i co kupuje; rozmowa i reakcja pisemna dotycząca zakupów, sklepów, usług, opinii, preferencji i propozycji.</w:t>
            </w:r>
          </w:p>
        </w:tc>
      </w:tr>
      <w:tr w:rsidR="0081371B" w:rsidRPr="00680746" w14:paraId="3C1E3946" w14:textId="77777777" w:rsidTr="00F5229B">
        <w:trPr>
          <w:cantSplit/>
          <w:jc w:val="center"/>
        </w:trPr>
        <w:tc>
          <w:tcPr>
            <w:tcW w:w="1418" w:type="dxa"/>
            <w:shd w:val="clear" w:color="auto" w:fill="EAF0F8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7D1CC8A4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lastRenderedPageBreak/>
              <w:t>Extended 3: Relationships with people</w:t>
            </w:r>
          </w:p>
        </w:tc>
        <w:tc>
          <w:tcPr>
            <w:tcW w:w="8894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544A2946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Zakres modułu: relacje z rodziną, przyjaciółmi i innymi osobami; znaczenie przyjaźni; zachowania wspierające dobre relacje; wspólne aktywności. Oczekiwane działania: wypowiedź o relacjach z rodziną, przyjaciółmi i innymi osobami, obejmująca opis, porównanie i uzasadnienie wyborów; wpis na blogu o koleżance lub koledze, sposobach dbania o przyjaźń i wspólnych aktywnościach; rozmowa i reakcja pisemna dotycząca relacji, opinii, preferencji i propozycji.</w:t>
            </w:r>
          </w:p>
        </w:tc>
      </w:tr>
      <w:tr w:rsidR="0081371B" w:rsidRPr="00680746" w14:paraId="06CCC8EA" w14:textId="77777777" w:rsidTr="00F5229B">
        <w:trPr>
          <w:cantSplit/>
          <w:jc w:val="center"/>
        </w:trPr>
        <w:tc>
          <w:tcPr>
            <w:tcW w:w="1418" w:type="dxa"/>
            <w:shd w:val="clear" w:color="auto" w:fill="EAF0F8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6E87F9E9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Extended 4: Inventions</w:t>
            </w:r>
          </w:p>
        </w:tc>
        <w:tc>
          <w:tcPr>
            <w:tcW w:w="8894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718B446C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Zakres modułu: wynalazki; młodzi wynalazcy; umiejętności twórcze; kluby i projekty wynalazcze. Oczekiwane działania: wypowiedź o wynalazkach i umiejętnościach twórczych, obejmująca opis, porównanie i uzasadnienie wyborów; ogłoszenie klubu młodych wynalazców z informacją o miejscu, czasie spotkań i rozwijanych umiejętnościach; rozmowa i reakcja pisemna dotycząca wynalazków, umiejętności, opinii, preferencji i propozycji.</w:t>
            </w:r>
          </w:p>
        </w:tc>
      </w:tr>
      <w:tr w:rsidR="0081371B" w:rsidRPr="00680746" w14:paraId="1DECAEE7" w14:textId="77777777" w:rsidTr="00F5229B">
        <w:trPr>
          <w:cantSplit/>
          <w:jc w:val="center"/>
        </w:trPr>
        <w:tc>
          <w:tcPr>
            <w:tcW w:w="1418" w:type="dxa"/>
            <w:shd w:val="clear" w:color="auto" w:fill="EAF0F8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79447F36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Extended 5: Media</w:t>
            </w:r>
          </w:p>
        </w:tc>
        <w:tc>
          <w:tcPr>
            <w:tcW w:w="8894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53D14263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Zakres modułu: media; nawyki medialne; częstotliwość korzystania z mediów; aktywności online; równowaga cyfrowa; zajęcia pozaszkolne. Oczekiwane działania: wypowiedź o mediach, nawykach medialnych i równowadze cyfrowej, obejmująca opis, porównanie i uzasadnienie wyborów; ogłoszenie klubu medialnego z informacją o adresatach, aktywnościach, miejscu i czasie spotkań; rozmowa i reakcja pisemna dotycząca mediów, aktywności online, opinii, preferencji i propozycji.</w:t>
            </w:r>
          </w:p>
        </w:tc>
      </w:tr>
      <w:tr w:rsidR="0081371B" w:rsidRPr="00680746" w14:paraId="4D84CA69" w14:textId="77777777" w:rsidTr="00F5229B">
        <w:trPr>
          <w:cantSplit/>
          <w:jc w:val="center"/>
        </w:trPr>
        <w:tc>
          <w:tcPr>
            <w:tcW w:w="1418" w:type="dxa"/>
            <w:shd w:val="clear" w:color="auto" w:fill="EAF0F8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1BFE8CB7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Extended 6: Near my house</w:t>
            </w:r>
          </w:p>
        </w:tc>
        <w:tc>
          <w:tcPr>
            <w:tcW w:w="8894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0F69162F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Zakres modułu: najbliższe otoczenie domu; ogród i jego elementy; czynności oraz możliwości spędzania czasu w ogrodzie i okolicy. Oczekiwane działania: wypowiedź o najbliższym otoczeniu domu i ogrodzie, obejmująca opis, porównanie i uzasadnienie wyborów; e-mail z zaproszeniem do domu, opisem okolicy oraz propozycją wspólnej aktywności; rozmowa i reakcja pisemna dotycząca najbliższego otoczenia domu, opinii, preferencji i propozycji.</w:t>
            </w:r>
          </w:p>
        </w:tc>
      </w:tr>
    </w:tbl>
    <w:p w14:paraId="7A5606F7" w14:textId="77777777" w:rsidR="0081371B" w:rsidRPr="00680746" w:rsidRDefault="0081371B" w:rsidP="0081371B">
      <w:pPr>
        <w:rPr>
          <w:lang w:val="pl-PL"/>
        </w:rPr>
      </w:pPr>
    </w:p>
    <w:p w14:paraId="5156365A" w14:textId="77777777" w:rsidR="0081371B" w:rsidRPr="002F3CAA" w:rsidRDefault="0081371B" w:rsidP="0081371B">
      <w:pPr>
        <w:rPr>
          <w:b/>
          <w:bCs/>
          <w:sz w:val="24"/>
          <w:szCs w:val="24"/>
          <w:lang w:val="pl-PL"/>
        </w:rPr>
      </w:pPr>
      <w:r w:rsidRPr="002F3CAA">
        <w:rPr>
          <w:b/>
          <w:bCs/>
          <w:sz w:val="24"/>
          <w:szCs w:val="24"/>
          <w:lang w:val="pl-PL"/>
        </w:rPr>
        <w:t>Ocena 2 - dopuszczająca</w:t>
      </w:r>
    </w:p>
    <w:p w14:paraId="73700803" w14:textId="77777777" w:rsidR="0081371B" w:rsidRPr="00680746" w:rsidRDefault="0081371B" w:rsidP="0081371B">
      <w:pPr>
        <w:rPr>
          <w:lang w:val="pl-PL"/>
        </w:rPr>
      </w:pPr>
      <w:r w:rsidRPr="00680746">
        <w:rPr>
          <w:b/>
          <w:lang w:val="pl-PL"/>
        </w:rPr>
        <w:t xml:space="preserve">Ogólny poziom spełnienia wymagań: </w:t>
      </w:r>
      <w:r w:rsidRPr="00680746">
        <w:rPr>
          <w:lang w:val="pl-PL"/>
        </w:rPr>
        <w:t>opanował wymagania w bardzo ograniczonym zakresie; przy znacznym wsparciu rozpoznaje pojedyncze informacje i wykonuje nieliczne, najprostsze zadania, a liczne błędy utrudniają komunikację.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76"/>
        <w:gridCol w:w="9036"/>
      </w:tblGrid>
      <w:tr w:rsidR="0081371B" w:rsidRPr="00680746" w14:paraId="60DA3EBC" w14:textId="77777777" w:rsidTr="00F5229B">
        <w:trPr>
          <w:cantSplit/>
          <w:jc w:val="center"/>
        </w:trPr>
        <w:tc>
          <w:tcPr>
            <w:tcW w:w="1276" w:type="dxa"/>
            <w:shd w:val="clear" w:color="auto" w:fill="333333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2BF05BD1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color w:val="FFFFFF"/>
                <w:sz w:val="16"/>
              </w:rPr>
              <w:t>Obszar</w:t>
            </w:r>
          </w:p>
        </w:tc>
        <w:tc>
          <w:tcPr>
            <w:tcW w:w="9036" w:type="dxa"/>
            <w:shd w:val="clear" w:color="auto" w:fill="333333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3EFF3D2A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b/>
                <w:color w:val="FFFFFF"/>
                <w:sz w:val="16"/>
                <w:lang w:val="pl-PL"/>
              </w:rPr>
              <w:t>Wymagania niezbędne do otrzymania oceny</w:t>
            </w:r>
          </w:p>
        </w:tc>
      </w:tr>
      <w:tr w:rsidR="0081371B" w:rsidRPr="00680746" w14:paraId="2DF31086" w14:textId="77777777" w:rsidTr="00F5229B">
        <w:trPr>
          <w:cantSplit/>
          <w:jc w:val="center"/>
        </w:trPr>
        <w:tc>
          <w:tcPr>
            <w:tcW w:w="1276" w:type="dxa"/>
            <w:shd w:val="clear" w:color="auto" w:fill="F2F2F2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2FA5A144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Znajomość środków językowych</w:t>
            </w:r>
          </w:p>
        </w:tc>
        <w:tc>
          <w:tcPr>
            <w:tcW w:w="9036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002887EC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Rozpoznaje pojedyncze elementy słownictwa i struktur z pełnego zakresu Extended, lecz stosuje je z dużą trudnością i licznymi błędami.</w:t>
            </w:r>
          </w:p>
        </w:tc>
      </w:tr>
      <w:tr w:rsidR="0081371B" w:rsidRPr="00680746" w14:paraId="72200031" w14:textId="77777777" w:rsidTr="00F5229B">
        <w:trPr>
          <w:cantSplit/>
          <w:jc w:val="center"/>
        </w:trPr>
        <w:tc>
          <w:tcPr>
            <w:tcW w:w="1276" w:type="dxa"/>
            <w:shd w:val="clear" w:color="auto" w:fill="F2F2F2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60CDA977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Rozumienie wypowiedzi ustnych</w:t>
            </w:r>
          </w:p>
        </w:tc>
        <w:tc>
          <w:tcPr>
            <w:tcW w:w="9036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4CEB18B7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Przy znacznym wsparciu i z licznymi błędami rozpoznaje pojedyncze słowa i informacje w prostych nagraniach w materiałach obejmujących: teksty, nagrania, tabele i ilustracje dotyczące uczenia się i strategii uczenia się; dialogi, teksty, nagrania i materiały wizualne o zwyczajach zakupowych, cenach, zwrotach produktów i usługach; teksty, nagrania i materiały wizualne o znaczeniu przyjaźni oraz zachowaniach wspierających dobre relacje; teksty, wywiady, nagrania i materiały wizualne o młodych wynalazcach, ich umiejętnościach, klubach i projektach; teksty, nagrania i materiały wizualne o nawykach medialnych, częstotliwości korzystania z mediów i zajęciach pozaszkolnych; teksty, nagrania i materiały wizualne o ogrodzie, jego elementach, czynnościach i możliwościach spędzania czasu..</w:t>
            </w:r>
          </w:p>
        </w:tc>
      </w:tr>
      <w:tr w:rsidR="0081371B" w:rsidRPr="00680746" w14:paraId="5789F824" w14:textId="77777777" w:rsidTr="00F5229B">
        <w:trPr>
          <w:cantSplit/>
          <w:jc w:val="center"/>
        </w:trPr>
        <w:tc>
          <w:tcPr>
            <w:tcW w:w="1276" w:type="dxa"/>
            <w:shd w:val="clear" w:color="auto" w:fill="F2F2F2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50B43E3A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Rozumienie wypowiedzi pisemnych</w:t>
            </w:r>
          </w:p>
        </w:tc>
        <w:tc>
          <w:tcPr>
            <w:tcW w:w="9036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2DC41C99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Przy znacznym wsparciu i z licznymi błędami rozpoznaje pojedyncze wyrazy i informacje w prostych tekstach w materiałach obejmujących: teksty, nagrania, tabele i ilustracje dotyczące uczenia się i strategii uczenia się; dialogi, teksty, nagrania i materiały wizualne o zwyczajach zakupowych, cenach, zwrotach produktów i usługach; teksty, nagrania i materiały wizualne o znaczeniu przyjaźni oraz zachowaniach wspierających dobre relacje; teksty, wywiady, nagrania i materiały wizualne o młodych wynalazcach, ich umiejętnościach, klubach i projektach; teksty, nagrania i materiały wizualne o nawykach medialnych, częstotliwości korzystania z mediów i zajęciach pozaszkolnych; teksty, nagrania i materiały wizualne o ogrodzie, jego elementach, czynnościach i możliwościach spędzania czasu..</w:t>
            </w:r>
          </w:p>
        </w:tc>
      </w:tr>
      <w:tr w:rsidR="0081371B" w:rsidRPr="00680746" w14:paraId="53D7197C" w14:textId="77777777" w:rsidTr="00F5229B">
        <w:trPr>
          <w:cantSplit/>
          <w:jc w:val="center"/>
        </w:trPr>
        <w:tc>
          <w:tcPr>
            <w:tcW w:w="1276" w:type="dxa"/>
            <w:shd w:val="clear" w:color="auto" w:fill="F2F2F2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63015FC2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Tworzenie wypowiedzi ustnych</w:t>
            </w:r>
          </w:p>
        </w:tc>
        <w:tc>
          <w:tcPr>
            <w:tcW w:w="9036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46C377C8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Przy znacznym wsparciu i z licznymi błędami podaje pojedyncze słowa lub krótkie informacje: wypowiedź o uczeniu się i strategiach uczenia się, obejmująca opis, porównanie i uzasadnienie wyborów; wypowiedź o zakupach, sklepach i usługach, obejmująca opis, porównanie i uzasadnienie wyborów; wypowiedź o relacjach z rodziną, przyjaciółmi i innymi osobami, obejmująca opis, porównanie i uzasadnienie wyborów; wypowiedź o wynalazkach i umiejętnościach twórczych, obejmująca opis, porównanie i uzasadnienie wyborów; wypowiedź o mediach, nawykach medialnych i równowadze cyfrowej, obejmująca opis, porównanie i uzasadnienie wyborów; wypowiedź o najbliższym otoczeniu domu i ogrodzie, obejmująca opis, porównanie i uzasadnienie wyborów..</w:t>
            </w:r>
          </w:p>
        </w:tc>
      </w:tr>
      <w:tr w:rsidR="0081371B" w:rsidRPr="00680746" w14:paraId="1F4AD79A" w14:textId="77777777" w:rsidTr="00F5229B">
        <w:trPr>
          <w:cantSplit/>
          <w:jc w:val="center"/>
        </w:trPr>
        <w:tc>
          <w:tcPr>
            <w:tcW w:w="1276" w:type="dxa"/>
            <w:shd w:val="clear" w:color="auto" w:fill="F2F2F2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7DF97E1D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Tworzenie wypowiedzi pisemnych</w:t>
            </w:r>
          </w:p>
        </w:tc>
        <w:tc>
          <w:tcPr>
            <w:tcW w:w="9036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67681718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Przy znacznym wsparciu i z licznymi błędami zapisuje pojedyncze informacje, lecz nie realizuje większości elementów zadania: e-mail o sobie, języku, którego uczeń się uczy, oraz sposobach uczenia się; wpis o tym, z kim i gdzie uczeń robi zakupy, co robi w sklepie i co kupuje; wpis na blogu o koleżance lub koledze, sposobach dbania o przyjaźń i wspólnych aktywnościach; ogłoszenie klubu młodych wynalazców z informacją o miejscu, czasie spotkań i rozwijanych umiejętnościach; ogłoszenie klubu medialnego z informacją o adresatach, aktywnościach, miejscu i czasie spotkań; e-mail z zaproszeniem do domu, opisem okolicy oraz propozycją wspólnej aktywności..</w:t>
            </w:r>
          </w:p>
        </w:tc>
      </w:tr>
      <w:tr w:rsidR="0081371B" w:rsidRPr="00680746" w14:paraId="3E09F290" w14:textId="77777777" w:rsidTr="00F5229B">
        <w:trPr>
          <w:cantSplit/>
          <w:jc w:val="center"/>
        </w:trPr>
        <w:tc>
          <w:tcPr>
            <w:tcW w:w="1276" w:type="dxa"/>
            <w:shd w:val="clear" w:color="auto" w:fill="F2F2F2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153DE74B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lastRenderedPageBreak/>
              <w:t>Reagowanie ustne i pisemne</w:t>
            </w:r>
          </w:p>
        </w:tc>
        <w:tc>
          <w:tcPr>
            <w:tcW w:w="9036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02DEF281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Przy znacznym wsparciu i z licznymi błędami odpowiada pojedynczymi słowami i tworzy niepełne reakcje pisemne w zakresie: rozmowa i reakcja pisemna dotycząca uczenia się, strategii, opinii, preferencji i propozycji; rozmowa i reakcja pisemna dotycząca zakupów, sklepów, usług, opinii, preferencji i propozycji; rozmowa i reakcja pisemna dotycząca relacji, opinii, preferencji i propozycji; rozmowa i reakcja pisemna dotycząca wynalazków, umiejętności, opinii, preferencji i propozycji; rozmowa i reakcja pisemna dotycząca mediów, aktywności online, opinii, preferencji i propozycji; rozmowa i reakcja pisemna dotycząca najbliższego otoczenia domu, opinii, preferencji i propozycji..</w:t>
            </w:r>
          </w:p>
        </w:tc>
      </w:tr>
      <w:tr w:rsidR="0081371B" w:rsidRPr="00680746" w14:paraId="30BF5835" w14:textId="77777777" w:rsidTr="00F5229B">
        <w:trPr>
          <w:cantSplit/>
          <w:jc w:val="center"/>
        </w:trPr>
        <w:tc>
          <w:tcPr>
            <w:tcW w:w="1276" w:type="dxa"/>
            <w:shd w:val="clear" w:color="auto" w:fill="F2F2F2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1EAB64E5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b/>
                <w:sz w:val="16"/>
                <w:lang w:val="pl-PL"/>
              </w:rPr>
              <w:t>Przetwarzanie ustne i pisemne tekstu</w:t>
            </w:r>
          </w:p>
        </w:tc>
        <w:tc>
          <w:tcPr>
            <w:tcW w:w="9036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304A62DC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Przy znacznym wsparciu i z licznymi błędami przekazuje pojedyncze informacje z prostych materiałów na podstawie: teksty, nagrania, tabele i ilustracje dotyczące uczenia się i strategii uczenia się; dialogi, teksty, nagrania i materiały wizualne o zwyczajach zakupowych, cenach, zwrotach produktów i usługach; teksty, nagrania i materiały wizualne o znaczeniu przyjaźni oraz zachowaniach wspierających dobre relacje; teksty, wywiady, nagrania i materiały wizualne o młodych wynalazcach, ich umiejętnościach, klubach i projektach; teksty, nagrania i materiały wizualne o nawykach medialnych, częstotliwości korzystania z mediów i zajęciach pozaszkolnych; teksty, nagrania i materiały wizualne o ogrodzie, jego elementach, czynnościach i możliwościach spędzania czasu..</w:t>
            </w:r>
          </w:p>
        </w:tc>
      </w:tr>
      <w:tr w:rsidR="0081371B" w:rsidRPr="00680746" w14:paraId="6F05E97C" w14:textId="77777777" w:rsidTr="00F5229B">
        <w:trPr>
          <w:cantSplit/>
          <w:jc w:val="center"/>
        </w:trPr>
        <w:tc>
          <w:tcPr>
            <w:tcW w:w="1276" w:type="dxa"/>
            <w:shd w:val="clear" w:color="auto" w:fill="EAF0F8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37A7AB44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Extended 1: Lifelong learning</w:t>
            </w:r>
          </w:p>
        </w:tc>
        <w:tc>
          <w:tcPr>
            <w:tcW w:w="9036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36622A84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Zakres modułu: uczenie się przez całe życie; sposoby i strategie uczenia się; plany i trudności w nauce; języki obce. Oczekiwane działania: wypowiedź o uczeniu się i strategiach uczenia się, obejmująca opis, porównanie i uzasadnienie wyborów; e-mail o sobie, języku, którego uczeń się uczy, oraz sposobach uczenia się; rozmowa i reakcja pisemna dotycząca uczenia się, strategii, opinii, preferencji i propozycji.</w:t>
            </w:r>
          </w:p>
        </w:tc>
      </w:tr>
      <w:tr w:rsidR="0081371B" w:rsidRPr="00680746" w14:paraId="5A3FD5B7" w14:textId="77777777" w:rsidTr="00F5229B">
        <w:trPr>
          <w:cantSplit/>
          <w:jc w:val="center"/>
        </w:trPr>
        <w:tc>
          <w:tcPr>
            <w:tcW w:w="1276" w:type="dxa"/>
            <w:shd w:val="clear" w:color="auto" w:fill="EAF0F8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50DB2A97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Extended 2: Shops and services</w:t>
            </w:r>
          </w:p>
        </w:tc>
        <w:tc>
          <w:tcPr>
            <w:tcW w:w="9036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02FDB61B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Zakres modułu: zakupy; sklepy i usługi; zwyczaje zakupowe; ceny; zwroty produktów; zamawianie jedzenia. Oczekiwane działania: wypowiedź o zakupach, sklepach i usługach, obejmująca opis, porównanie i uzasadnienie wyborów; wpis o tym, z kim i gdzie uczeń robi zakupy, co robi w sklepie i co kupuje; rozmowa i reakcja pisemna dotycząca zakupów, sklepów, usług, opinii, preferencji i propozycji.</w:t>
            </w:r>
          </w:p>
        </w:tc>
      </w:tr>
      <w:tr w:rsidR="0081371B" w:rsidRPr="00680746" w14:paraId="03CF69D9" w14:textId="77777777" w:rsidTr="00F5229B">
        <w:trPr>
          <w:cantSplit/>
          <w:jc w:val="center"/>
        </w:trPr>
        <w:tc>
          <w:tcPr>
            <w:tcW w:w="1276" w:type="dxa"/>
            <w:shd w:val="clear" w:color="auto" w:fill="EAF0F8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5DF6B841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Extended 3: Relationships with people</w:t>
            </w:r>
          </w:p>
        </w:tc>
        <w:tc>
          <w:tcPr>
            <w:tcW w:w="9036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5D07803C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Zakres modułu: relacje z rodziną, przyjaciółmi i innymi osobami; znaczenie przyjaźni; zachowania wspierające dobre relacje; wspólne aktywności. Oczekiwane działania: wypowiedź o relacjach z rodziną, przyjaciółmi i innymi osobami, obejmująca opis, porównanie i uzasadnienie wyborów; wpis na blogu o koleżance lub koledze, sposobach dbania o przyjaźń i wspólnych aktywnościach; rozmowa i reakcja pisemna dotycząca relacji, opinii, preferencji i propozycji.</w:t>
            </w:r>
          </w:p>
        </w:tc>
      </w:tr>
      <w:tr w:rsidR="0081371B" w:rsidRPr="00680746" w14:paraId="667A6B0E" w14:textId="77777777" w:rsidTr="00F5229B">
        <w:trPr>
          <w:cantSplit/>
          <w:jc w:val="center"/>
        </w:trPr>
        <w:tc>
          <w:tcPr>
            <w:tcW w:w="1276" w:type="dxa"/>
            <w:shd w:val="clear" w:color="auto" w:fill="EAF0F8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471C5A76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Extended 4: Inventions</w:t>
            </w:r>
          </w:p>
        </w:tc>
        <w:tc>
          <w:tcPr>
            <w:tcW w:w="9036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25C7364A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Zakres modułu: wynalazki; młodzi wynalazcy; umiejętności twórcze; kluby i projekty wynalazcze. Oczekiwane działania: wypowiedź o wynalazkach i umiejętnościach twórczych, obejmująca opis, porównanie i uzasadnienie wyborów; ogłoszenie klubu młodych wynalazców z informacją o miejscu, czasie spotkań i rozwijanych umiejętnościach; rozmowa i reakcja pisemna dotycząca wynalazków, umiejętności, opinii, preferencji i propozycji.</w:t>
            </w:r>
          </w:p>
        </w:tc>
      </w:tr>
      <w:tr w:rsidR="0081371B" w:rsidRPr="00680746" w14:paraId="42A86CB3" w14:textId="77777777" w:rsidTr="00F5229B">
        <w:trPr>
          <w:cantSplit/>
          <w:jc w:val="center"/>
        </w:trPr>
        <w:tc>
          <w:tcPr>
            <w:tcW w:w="1276" w:type="dxa"/>
            <w:shd w:val="clear" w:color="auto" w:fill="EAF0F8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0169DE71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Extended 5: Media</w:t>
            </w:r>
          </w:p>
        </w:tc>
        <w:tc>
          <w:tcPr>
            <w:tcW w:w="9036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55874D2C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Zakres modułu: media; nawyki medialne; częstotliwość korzystania z mediów; aktywności online; równowaga cyfrowa; zajęcia pozaszkolne. Oczekiwane działania: wypowiedź o mediach, nawykach medialnych i równowadze cyfrowej, obejmująca opis, porównanie i uzasadnienie wyborów; ogłoszenie klubu medialnego z informacją o adresatach, aktywnościach, miejscu i czasie spotkań; rozmowa i reakcja pisemna dotycząca mediów, aktywności online, opinii, preferencji i propozycji.</w:t>
            </w:r>
          </w:p>
        </w:tc>
      </w:tr>
      <w:tr w:rsidR="0081371B" w:rsidRPr="00680746" w14:paraId="615E480F" w14:textId="77777777" w:rsidTr="00F5229B">
        <w:trPr>
          <w:cantSplit/>
          <w:jc w:val="center"/>
        </w:trPr>
        <w:tc>
          <w:tcPr>
            <w:tcW w:w="1276" w:type="dxa"/>
            <w:shd w:val="clear" w:color="auto" w:fill="EAF0F8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525EDA8E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Extended 6: Near my house</w:t>
            </w:r>
          </w:p>
        </w:tc>
        <w:tc>
          <w:tcPr>
            <w:tcW w:w="9036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1BF35706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Zakres modułu: najbliższe otoczenie domu; ogród i jego elementy; czynności oraz możliwości spędzania czasu w ogrodzie i okolicy. Oczekiwane działania: wypowiedź o najbliższym otoczeniu domu i ogrodzie, obejmująca opis, porównanie i uzasadnienie wyborów; e-mail z zaproszeniem do domu, opisem okolicy oraz propozycją wspólnej aktywności; rozmowa i reakcja pisemna dotycząca najbliższego otoczenia domu, opinii, preferencji i propozycji.</w:t>
            </w:r>
          </w:p>
        </w:tc>
      </w:tr>
    </w:tbl>
    <w:p w14:paraId="78FF6134" w14:textId="77777777" w:rsidR="0081371B" w:rsidRDefault="0081371B" w:rsidP="0081371B">
      <w:pPr>
        <w:rPr>
          <w:lang w:val="pl-PL"/>
        </w:rPr>
      </w:pPr>
    </w:p>
    <w:p w14:paraId="78410E75" w14:textId="77777777" w:rsidR="0081371B" w:rsidRPr="00680746" w:rsidRDefault="0081371B" w:rsidP="0081371B">
      <w:pPr>
        <w:pStyle w:val="Nagwek2"/>
        <w:rPr>
          <w:lang w:val="pl-PL"/>
        </w:rPr>
      </w:pPr>
      <w:r w:rsidRPr="00680746">
        <w:rPr>
          <w:lang w:val="pl-PL"/>
        </w:rPr>
        <w:t>Ocena 1 - niedostateczna</w:t>
      </w:r>
    </w:p>
    <w:p w14:paraId="72D4A765" w14:textId="77777777" w:rsidR="0081371B" w:rsidRPr="00680746" w:rsidRDefault="0081371B" w:rsidP="0081371B">
      <w:pPr>
        <w:rPr>
          <w:lang w:val="pl-PL"/>
        </w:rPr>
      </w:pPr>
      <w:r w:rsidRPr="00680746">
        <w:rPr>
          <w:b/>
          <w:lang w:val="pl-PL"/>
        </w:rPr>
        <w:t xml:space="preserve">Ogólny poziom spełnienia wymagań: </w:t>
      </w:r>
      <w:r w:rsidRPr="00680746">
        <w:rPr>
          <w:lang w:val="pl-PL"/>
        </w:rPr>
        <w:t>nie opanował wymagań koniecznych; nawet przy znacznym wsparciu nie wykonuje zadań lub popełnia błędy uniemożliwiające komunikację.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9178"/>
      </w:tblGrid>
      <w:tr w:rsidR="0081371B" w:rsidRPr="00680746" w14:paraId="685E5E6A" w14:textId="77777777" w:rsidTr="00F5229B">
        <w:trPr>
          <w:cantSplit/>
          <w:jc w:val="center"/>
        </w:trPr>
        <w:tc>
          <w:tcPr>
            <w:tcW w:w="1134" w:type="dxa"/>
            <w:shd w:val="clear" w:color="auto" w:fill="333333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6326C87F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color w:val="FFFFFF"/>
                <w:sz w:val="16"/>
              </w:rPr>
              <w:t>Obszar</w:t>
            </w:r>
          </w:p>
        </w:tc>
        <w:tc>
          <w:tcPr>
            <w:tcW w:w="9178" w:type="dxa"/>
            <w:shd w:val="clear" w:color="auto" w:fill="333333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61E6A53F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b/>
                <w:color w:val="FFFFFF"/>
                <w:sz w:val="16"/>
                <w:lang w:val="pl-PL"/>
              </w:rPr>
              <w:t>Wymagania niezbędne do otrzymania oceny</w:t>
            </w:r>
          </w:p>
        </w:tc>
      </w:tr>
      <w:tr w:rsidR="0081371B" w:rsidRPr="00680746" w14:paraId="6800C41D" w14:textId="77777777" w:rsidTr="00F5229B">
        <w:trPr>
          <w:cantSplit/>
          <w:jc w:val="center"/>
        </w:trPr>
        <w:tc>
          <w:tcPr>
            <w:tcW w:w="1134" w:type="dxa"/>
            <w:shd w:val="clear" w:color="auto" w:fill="F2F2F2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0759045E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Znajomość środków językowych</w:t>
            </w:r>
          </w:p>
        </w:tc>
        <w:tc>
          <w:tcPr>
            <w:tcW w:w="9178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7D094749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Nie rozpoznaje i nie stosuje słownictwa ani struktur z pełnego zakresu Extended, nawet przy znacznym wsparciu.</w:t>
            </w:r>
          </w:p>
        </w:tc>
      </w:tr>
      <w:tr w:rsidR="0081371B" w:rsidRPr="00680746" w14:paraId="35FDEED1" w14:textId="77777777" w:rsidTr="00F5229B">
        <w:trPr>
          <w:cantSplit/>
          <w:jc w:val="center"/>
        </w:trPr>
        <w:tc>
          <w:tcPr>
            <w:tcW w:w="1134" w:type="dxa"/>
            <w:shd w:val="clear" w:color="auto" w:fill="F2F2F2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00706B79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Rozumienie wypowiedzi ustnych</w:t>
            </w:r>
          </w:p>
        </w:tc>
        <w:tc>
          <w:tcPr>
            <w:tcW w:w="9178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73D7B9C0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Nie potrafi rozumieć ogólnego sensu bardzo prostych nagrań ani odnajdywać podstawowych informacji w materiałach obejmujących: teksty, nagrania, tabele i ilustracje dotyczące uczenia się i strategii uczenia się; dialogi, teksty, nagrania i materiały wizualne o zwyczajach zakupowych, cenach, zwrotach produktów i usługach; teksty, nagrania i materiały wizualne o znaczeniu przyjaźni oraz zachowaniach wspierających dobre relacje; teksty, wywiady, nagrania i materiały wizualne o młodych wynalazcach, ich umiejętnościach, klubach i projektach; teksty, nagrania i materiały wizualne o nawykach medialnych, częstotliwości korzystania z mediów i zajęciach pozaszkolnych; teksty, nagrania i materiały wizualne o ogrodzie, jego elementach, czynnościach i możliwościach spędzania czasu..</w:t>
            </w:r>
          </w:p>
        </w:tc>
      </w:tr>
      <w:tr w:rsidR="0081371B" w:rsidRPr="00680746" w14:paraId="45A51E92" w14:textId="77777777" w:rsidTr="00F5229B">
        <w:trPr>
          <w:cantSplit/>
          <w:jc w:val="center"/>
        </w:trPr>
        <w:tc>
          <w:tcPr>
            <w:tcW w:w="1134" w:type="dxa"/>
            <w:shd w:val="clear" w:color="auto" w:fill="F2F2F2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69BF94E0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lastRenderedPageBreak/>
              <w:t>Rozumienie wypowiedzi pisemnych</w:t>
            </w:r>
          </w:p>
        </w:tc>
        <w:tc>
          <w:tcPr>
            <w:tcW w:w="9178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75BF441E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Nie potrafi rozumieć ogólnego sensu bardzo prostych tekstów ani odnajdywać podstawowych informacji w materiałach obejmujących: teksty, nagrania, tabele i ilustracje dotyczące uczenia się i strategii uczenia się; dialogi, teksty, nagrania i materiały wizualne o zwyczajach zakupowych, cenach, zwrotach produktów i usługach; teksty, nagrania i materiały wizualne o znaczeniu przyjaźni oraz zachowaniach wspierających dobre relacje; teksty, wywiady, nagrania i materiały wizualne o młodych wynalazcach, ich umiejętnościach, klubach i projektach; teksty, nagrania i materiały wizualne o nawykach medialnych, częstotliwości korzystania z mediów i zajęciach pozaszkolnych; teksty, nagrania i materiały wizualne o ogrodzie, jego elementach, czynnościach i możliwościach spędzania czasu..</w:t>
            </w:r>
          </w:p>
        </w:tc>
      </w:tr>
      <w:tr w:rsidR="0081371B" w:rsidRPr="00680746" w14:paraId="7F5A1D70" w14:textId="77777777" w:rsidTr="00F5229B">
        <w:trPr>
          <w:cantSplit/>
          <w:jc w:val="center"/>
        </w:trPr>
        <w:tc>
          <w:tcPr>
            <w:tcW w:w="1134" w:type="dxa"/>
            <w:shd w:val="clear" w:color="auto" w:fill="F2F2F2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6A92A1A0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Tworzenie wypowiedzi ustnych</w:t>
            </w:r>
          </w:p>
        </w:tc>
        <w:tc>
          <w:tcPr>
            <w:tcW w:w="9178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164F681F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Nie potrafi przekazać nawet bardzo prostej informacji ustnej: wypowiedź o uczeniu się i strategiach uczenia się, obejmująca opis, porównanie i uzasadnienie wyborów; wypowiedź o zakupach, sklepach i usługach, obejmująca opis, porównanie i uzasadnienie wyborów; wypowiedź o relacjach z rodziną, przyjaciółmi i innymi osobami, obejmująca opis, porównanie i uzasadnienie wyborów; wypowiedź o wynalazkach i umiejętnościach twórczych, obejmująca opis, porównanie i uzasadnienie wyborów; wypowiedź o mediach, nawykach medialnych i równowadze cyfrowej, obejmująca opis, porównanie i uzasadnienie wyborów; wypowiedź o najbliższym otoczeniu domu i ogrodzie, obejmująca opis, porównanie i uzasadnienie wyborów..</w:t>
            </w:r>
          </w:p>
        </w:tc>
      </w:tr>
      <w:tr w:rsidR="0081371B" w:rsidRPr="00680746" w14:paraId="03327E1D" w14:textId="77777777" w:rsidTr="00F5229B">
        <w:trPr>
          <w:cantSplit/>
          <w:jc w:val="center"/>
        </w:trPr>
        <w:tc>
          <w:tcPr>
            <w:tcW w:w="1134" w:type="dxa"/>
            <w:shd w:val="clear" w:color="auto" w:fill="F2F2F2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3F284A06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Tworzenie wypowiedzi pisemnych</w:t>
            </w:r>
          </w:p>
        </w:tc>
        <w:tc>
          <w:tcPr>
            <w:tcW w:w="9178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07AC973C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Nie potrafi zapisać nawet bardzo prostej informacji, również na podstawie wzoru: e-mail o sobie, języku, którego uczeń się uczy, oraz sposobach uczenia się; wpis o tym, z kim i gdzie uczeń robi zakupy, co robi w sklepie i co kupuje; wpis na blogu o koleżance lub koledze, sposobach dbania o przyjaźń i wspólnych aktywnościach; ogłoszenie klubu młodych wynalazców z informacją o miejscu, czasie spotkań i rozwijanych umiejętnościach; ogłoszenie klubu medialnego z informacją o adresatach, aktywnościach, miejscu i czasie spotkań; e-mail z zaproszeniem do domu, opisem okolicy oraz propozycją wspólnej aktywności..</w:t>
            </w:r>
          </w:p>
        </w:tc>
      </w:tr>
      <w:tr w:rsidR="0081371B" w:rsidRPr="00680746" w14:paraId="5A1B89A5" w14:textId="77777777" w:rsidTr="00F5229B">
        <w:trPr>
          <w:cantSplit/>
          <w:jc w:val="center"/>
        </w:trPr>
        <w:tc>
          <w:tcPr>
            <w:tcW w:w="1134" w:type="dxa"/>
            <w:shd w:val="clear" w:color="auto" w:fill="F2F2F2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431CE38B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Reagowanie ustne i pisemne</w:t>
            </w:r>
          </w:p>
        </w:tc>
        <w:tc>
          <w:tcPr>
            <w:tcW w:w="9178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46523080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Nie potrafi reagować na bardzo proste pytania i komunikaty ani udzielić prostej odpowiedzi pisemnej w zakresie: rozmowa i reakcja pisemna dotycząca uczenia się, strategii, opinii, preferencji i propozycji; rozmowa i reakcja pisemna dotycząca zakupów, sklepów, usług, opinii, preferencji i propozycji; rozmowa i reakcja pisemna dotycząca relacji, opinii, preferencji i propozycji; rozmowa i reakcja pisemna dotycząca wynalazków, umiejętności, opinii, preferencji i propozycji; rozmowa i reakcja pisemna dotycząca mediów, aktywności online, opinii, preferencji i propozycji; rozmowa i reakcja pisemna dotycząca najbliższego otoczenia domu, opinii, preferencji i propozycji..</w:t>
            </w:r>
          </w:p>
        </w:tc>
      </w:tr>
      <w:tr w:rsidR="0081371B" w:rsidRPr="00680746" w14:paraId="4C4BEC23" w14:textId="77777777" w:rsidTr="00F5229B">
        <w:trPr>
          <w:cantSplit/>
          <w:jc w:val="center"/>
        </w:trPr>
        <w:tc>
          <w:tcPr>
            <w:tcW w:w="1134" w:type="dxa"/>
            <w:shd w:val="clear" w:color="auto" w:fill="F2F2F2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6D7C7567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b/>
                <w:sz w:val="16"/>
                <w:lang w:val="pl-PL"/>
              </w:rPr>
              <w:t>Przetwarzanie ustne i pisemne tekstu</w:t>
            </w:r>
          </w:p>
        </w:tc>
        <w:tc>
          <w:tcPr>
            <w:tcW w:w="9178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5AB0D0ED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Nie potrafi przekazać podstawowych informacji z tekstu, nagrania, tabeli lub ilustracji na podstawie: teksty, nagrania, tabele i ilustracje dotyczące uczenia się i strategii uczenia się; dialogi, teksty, nagrania i materiały wizualne o zwyczajach zakupowych, cenach, zwrotach produktów i usługach; teksty, nagrania i materiały wizualne o znaczeniu przyjaźni oraz zachowaniach wspierających dobre relacje; teksty, wywiady, nagrania i materiały wizualne o młodych wynalazcach, ich umiejętnościach, klubach i projektach; teksty, nagrania i materiały wizualne o nawykach medialnych, częstotliwości korzystania z mediów i zajęciach pozaszkolnych; teksty, nagrania i materiały wizualne o ogrodzie, jego elementach, czynnościach i możliwościach spędzania czasu..</w:t>
            </w:r>
          </w:p>
        </w:tc>
      </w:tr>
      <w:tr w:rsidR="0081371B" w:rsidRPr="00680746" w14:paraId="3334DC6C" w14:textId="77777777" w:rsidTr="00F5229B">
        <w:trPr>
          <w:cantSplit/>
          <w:jc w:val="center"/>
        </w:trPr>
        <w:tc>
          <w:tcPr>
            <w:tcW w:w="1134" w:type="dxa"/>
            <w:shd w:val="clear" w:color="auto" w:fill="EAF0F8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17AEE4F7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Extended 1: Lifelong learning</w:t>
            </w:r>
          </w:p>
        </w:tc>
        <w:tc>
          <w:tcPr>
            <w:tcW w:w="9178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2B92A0F0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Zakres modułu: uczenie się przez całe życie; sposoby i strategie uczenia się; plany i trudności w nauce; języki obce. Oczekiwane działania: wypowiedź o uczeniu się i strategiach uczenia się, obejmująca opis, porównanie i uzasadnienie wyborów; e-mail o sobie, języku, którego uczeń się uczy, oraz sposobach uczenia się; rozmowa i reakcja pisemna dotycząca uczenia się, strategii, opinii, preferencji i propozycji.</w:t>
            </w:r>
          </w:p>
        </w:tc>
      </w:tr>
      <w:tr w:rsidR="0081371B" w:rsidRPr="00680746" w14:paraId="244E40FA" w14:textId="77777777" w:rsidTr="00F5229B">
        <w:trPr>
          <w:cantSplit/>
          <w:jc w:val="center"/>
        </w:trPr>
        <w:tc>
          <w:tcPr>
            <w:tcW w:w="1134" w:type="dxa"/>
            <w:shd w:val="clear" w:color="auto" w:fill="EAF0F8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0DF8EEC8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Extended 2: Shops and services</w:t>
            </w:r>
          </w:p>
        </w:tc>
        <w:tc>
          <w:tcPr>
            <w:tcW w:w="9178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21ED3671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Zakres modułu: zakupy; sklepy i usługi; zwyczaje zakupowe; ceny; zwroty produktów; zamawianie jedzenia. Oczekiwane działania: wypowiedź o zakupach, sklepach i usługach, obejmująca opis, porównanie i uzasadnienie wyborów; wpis o tym, z kim i gdzie uczeń robi zakupy, co robi w sklepie i co kupuje; rozmowa i reakcja pisemna dotycząca zakupów, sklepów, usług, opinii, preferencji i propozycji.</w:t>
            </w:r>
          </w:p>
        </w:tc>
      </w:tr>
      <w:tr w:rsidR="0081371B" w:rsidRPr="00680746" w14:paraId="452CD774" w14:textId="77777777" w:rsidTr="00F5229B">
        <w:trPr>
          <w:cantSplit/>
          <w:jc w:val="center"/>
        </w:trPr>
        <w:tc>
          <w:tcPr>
            <w:tcW w:w="1134" w:type="dxa"/>
            <w:shd w:val="clear" w:color="auto" w:fill="EAF0F8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691F8BF0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Extended 3: Relationships with people</w:t>
            </w:r>
          </w:p>
        </w:tc>
        <w:tc>
          <w:tcPr>
            <w:tcW w:w="9178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7A485D36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Zakres modułu: relacje z rodziną, przyjaciółmi i innymi osobami; znaczenie przyjaźni; zachowania wspierające dobre relacje; wspólne aktywności. Oczekiwane działania: wypowiedź o relacjach z rodziną, przyjaciółmi i innymi osobami, obejmująca opis, porównanie i uzasadnienie wyborów; wpis na blogu o koleżance lub koledze, sposobach dbania o przyjaźń i wspólnych aktywnościach; rozmowa i reakcja pisemna dotycząca relacji, opinii, preferencji i propozycji.</w:t>
            </w:r>
          </w:p>
        </w:tc>
      </w:tr>
      <w:tr w:rsidR="0081371B" w:rsidRPr="00680746" w14:paraId="25115A24" w14:textId="77777777" w:rsidTr="00F5229B">
        <w:trPr>
          <w:cantSplit/>
          <w:jc w:val="center"/>
        </w:trPr>
        <w:tc>
          <w:tcPr>
            <w:tcW w:w="1134" w:type="dxa"/>
            <w:shd w:val="clear" w:color="auto" w:fill="EAF0F8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64525A46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Extended 4: Inventions</w:t>
            </w:r>
          </w:p>
        </w:tc>
        <w:tc>
          <w:tcPr>
            <w:tcW w:w="9178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465E272A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Zakres modułu: wynalazki; młodzi wynalazcy; umiejętności twórcze; kluby i projekty wynalazcze. Oczekiwane działania: wypowiedź o wynalazkach i umiejętnościach twórczych, obejmująca opis, porównanie i uzasadnienie wyborów; ogłoszenie klubu młodych wynalazców z informacją o miejscu, czasie spotkań i rozwijanych umiejętnościach; rozmowa i reakcja pisemna dotycząca wynalazków, umiejętności, opinii, preferencji i propozycji.</w:t>
            </w:r>
          </w:p>
        </w:tc>
      </w:tr>
      <w:tr w:rsidR="0081371B" w:rsidRPr="00680746" w14:paraId="00A44F43" w14:textId="77777777" w:rsidTr="00F5229B">
        <w:trPr>
          <w:cantSplit/>
          <w:jc w:val="center"/>
        </w:trPr>
        <w:tc>
          <w:tcPr>
            <w:tcW w:w="1134" w:type="dxa"/>
            <w:shd w:val="clear" w:color="auto" w:fill="EAF0F8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25BBCF6D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Extended 5: Media</w:t>
            </w:r>
          </w:p>
        </w:tc>
        <w:tc>
          <w:tcPr>
            <w:tcW w:w="9178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311152DA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Zakres modułu: media; nawyki medialne; częstotliwość korzystania z mediów; aktywności online; równowaga cyfrowa; zajęcia pozaszkolne. Oczekiwane działania: wypowiedź o mediach, nawykach medialnych i równowadze cyfrowej, obejmująca opis, porównanie i uzasadnienie wyborów; ogłoszenie klubu medialnego z informacją o adresatach, aktywnościach, miejscu i czasie spotkań; rozmowa i reakcja pisemna dotycząca mediów, aktywności online, opinii, preferencji i propozycji.</w:t>
            </w:r>
          </w:p>
        </w:tc>
      </w:tr>
      <w:tr w:rsidR="0081371B" w:rsidRPr="00680746" w14:paraId="5171CAD9" w14:textId="77777777" w:rsidTr="00F5229B">
        <w:trPr>
          <w:cantSplit/>
          <w:jc w:val="center"/>
        </w:trPr>
        <w:tc>
          <w:tcPr>
            <w:tcW w:w="1134" w:type="dxa"/>
            <w:shd w:val="clear" w:color="auto" w:fill="EAF0F8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3A817D8E" w14:textId="77777777" w:rsidR="0081371B" w:rsidRDefault="0081371B" w:rsidP="00F5229B">
            <w:pPr>
              <w:spacing w:after="26" w:line="240" w:lineRule="auto"/>
            </w:pPr>
            <w:r>
              <w:rPr>
                <w:b/>
                <w:sz w:val="16"/>
              </w:rPr>
              <w:t>Extended 6: Near my house</w:t>
            </w:r>
          </w:p>
        </w:tc>
        <w:tc>
          <w:tcPr>
            <w:tcW w:w="9178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</w:tcPr>
          <w:p w14:paraId="14BA7D9E" w14:textId="77777777" w:rsidR="0081371B" w:rsidRPr="00680746" w:rsidRDefault="0081371B" w:rsidP="00F5229B">
            <w:pPr>
              <w:spacing w:after="26" w:line="240" w:lineRule="auto"/>
              <w:rPr>
                <w:lang w:val="pl-PL"/>
              </w:rPr>
            </w:pPr>
            <w:r w:rsidRPr="00680746">
              <w:rPr>
                <w:sz w:val="16"/>
                <w:lang w:val="pl-PL"/>
              </w:rPr>
              <w:t>Zakres modułu: najbliższe otoczenie domu; ogród i jego elementy; czynności oraz możliwości spędzania czasu w ogrodzie i okolicy. Oczekiwane działania: wypowiedź o najbliższym otoczeniu domu i ogrodzie, obejmująca opis, porównanie i uzasadnienie wyborów; e-mail z zaproszeniem do domu, opisem okolicy oraz propozycją wspólnej aktywności; rozmowa i reakcja pisemna dotycząca najbliższego otoczenia domu, opinii, preferencji i propozycji.</w:t>
            </w:r>
          </w:p>
        </w:tc>
      </w:tr>
    </w:tbl>
    <w:p w14:paraId="157FC65E" w14:textId="77777777" w:rsidR="0081371B" w:rsidRPr="00680746" w:rsidRDefault="0081371B" w:rsidP="0081371B">
      <w:pPr>
        <w:rPr>
          <w:lang w:val="pl-PL"/>
        </w:rPr>
      </w:pPr>
    </w:p>
    <w:p w14:paraId="4B97C83C" w14:textId="20FC16D7" w:rsidR="00C2186F" w:rsidRPr="00132F33" w:rsidRDefault="00C2186F">
      <w:pPr>
        <w:rPr>
          <w:lang w:val="pl-PL"/>
        </w:rPr>
      </w:pPr>
    </w:p>
    <w:sectPr w:rsidR="00C2186F" w:rsidRPr="00132F33" w:rsidSect="00034616">
      <w:headerReference w:type="default" r:id="rId8"/>
      <w:footerReference w:type="default" r:id="rId9"/>
      <w:pgSz w:w="12240" w:h="15840"/>
      <w:pgMar w:top="850" w:right="964" w:bottom="850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BCD3F" w14:textId="77777777" w:rsidR="005F26F7" w:rsidRDefault="005F26F7">
      <w:pPr>
        <w:spacing w:after="0" w:line="240" w:lineRule="auto"/>
      </w:pPr>
      <w:r>
        <w:separator/>
      </w:r>
    </w:p>
  </w:endnote>
  <w:endnote w:type="continuationSeparator" w:id="0">
    <w:p w14:paraId="6B621A4A" w14:textId="77777777" w:rsidR="005F26F7" w:rsidRDefault="005F2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67D13" w14:textId="33D52A7C" w:rsidR="00C2186F" w:rsidRDefault="00C2186F" w:rsidP="5A79A215">
    <w:pPr>
      <w:pStyle w:val="Stopka"/>
      <w:jc w:val="center"/>
      <w:rPr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BB896" w14:textId="77777777" w:rsidR="005F26F7" w:rsidRDefault="005F26F7">
      <w:pPr>
        <w:spacing w:after="0" w:line="240" w:lineRule="auto"/>
      </w:pPr>
      <w:r>
        <w:separator/>
      </w:r>
    </w:p>
  </w:footnote>
  <w:footnote w:type="continuationSeparator" w:id="0">
    <w:p w14:paraId="026028F6" w14:textId="77777777" w:rsidR="005F26F7" w:rsidRDefault="005F26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13D21" w14:textId="77777777" w:rsidR="00C2186F" w:rsidRDefault="004D06AB">
    <w:pPr>
      <w:pStyle w:val="Nagwek"/>
      <w:jc w:val="right"/>
    </w:pPr>
    <w:r>
      <w:rPr>
        <w:sz w:val="16"/>
      </w:rPr>
      <w:t>Stay brainy! klasa 4 | wymagania edukacyjne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3598820">
    <w:abstractNumId w:val="8"/>
  </w:num>
  <w:num w:numId="2" w16cid:durableId="1544172561">
    <w:abstractNumId w:val="6"/>
  </w:num>
  <w:num w:numId="3" w16cid:durableId="1399981328">
    <w:abstractNumId w:val="5"/>
  </w:num>
  <w:num w:numId="4" w16cid:durableId="668483556">
    <w:abstractNumId w:val="4"/>
  </w:num>
  <w:num w:numId="5" w16cid:durableId="1413166173">
    <w:abstractNumId w:val="7"/>
  </w:num>
  <w:num w:numId="6" w16cid:durableId="124154424">
    <w:abstractNumId w:val="3"/>
  </w:num>
  <w:num w:numId="7" w16cid:durableId="1244993782">
    <w:abstractNumId w:val="2"/>
  </w:num>
  <w:num w:numId="8" w16cid:durableId="1943954383">
    <w:abstractNumId w:val="1"/>
  </w:num>
  <w:num w:numId="9" w16cid:durableId="1325276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12373"/>
    <w:rsid w:val="00132F33"/>
    <w:rsid w:val="0015074B"/>
    <w:rsid w:val="00182F8F"/>
    <w:rsid w:val="0029639D"/>
    <w:rsid w:val="00326F90"/>
    <w:rsid w:val="004D06AB"/>
    <w:rsid w:val="005567C8"/>
    <w:rsid w:val="005F26F7"/>
    <w:rsid w:val="00766B4A"/>
    <w:rsid w:val="0081371B"/>
    <w:rsid w:val="0084172A"/>
    <w:rsid w:val="00AA1D8D"/>
    <w:rsid w:val="00B47730"/>
    <w:rsid w:val="00B82DE0"/>
    <w:rsid w:val="00C2186F"/>
    <w:rsid w:val="00C524C5"/>
    <w:rsid w:val="00CB0664"/>
    <w:rsid w:val="00FC693F"/>
    <w:rsid w:val="010FC513"/>
    <w:rsid w:val="0970D04D"/>
    <w:rsid w:val="0A43F181"/>
    <w:rsid w:val="0DB46185"/>
    <w:rsid w:val="1040E620"/>
    <w:rsid w:val="1098E4E9"/>
    <w:rsid w:val="11860166"/>
    <w:rsid w:val="158463B4"/>
    <w:rsid w:val="1920257C"/>
    <w:rsid w:val="1CB17B17"/>
    <w:rsid w:val="1D575DE2"/>
    <w:rsid w:val="20B9BD20"/>
    <w:rsid w:val="2C1AB4AF"/>
    <w:rsid w:val="2D93DC1E"/>
    <w:rsid w:val="2E44AAA6"/>
    <w:rsid w:val="2F440688"/>
    <w:rsid w:val="30C4A7AB"/>
    <w:rsid w:val="32BE3F85"/>
    <w:rsid w:val="32CB4A8E"/>
    <w:rsid w:val="3462B9A1"/>
    <w:rsid w:val="373301E9"/>
    <w:rsid w:val="37C5D6A8"/>
    <w:rsid w:val="3905C5E3"/>
    <w:rsid w:val="3A6E413B"/>
    <w:rsid w:val="3E7DCC56"/>
    <w:rsid w:val="44720DF8"/>
    <w:rsid w:val="481F3AB5"/>
    <w:rsid w:val="4955B593"/>
    <w:rsid w:val="4ACC15BD"/>
    <w:rsid w:val="4C7EB33A"/>
    <w:rsid w:val="4F865884"/>
    <w:rsid w:val="5306B827"/>
    <w:rsid w:val="58370794"/>
    <w:rsid w:val="5A79A215"/>
    <w:rsid w:val="5C1A1DA7"/>
    <w:rsid w:val="5DF513FE"/>
    <w:rsid w:val="5ECD77A7"/>
    <w:rsid w:val="60C7D954"/>
    <w:rsid w:val="63DB52E9"/>
    <w:rsid w:val="64863B7E"/>
    <w:rsid w:val="6533E02F"/>
    <w:rsid w:val="653F8758"/>
    <w:rsid w:val="67CAB6F8"/>
    <w:rsid w:val="692F95EA"/>
    <w:rsid w:val="69BA8FF9"/>
    <w:rsid w:val="6BA65403"/>
    <w:rsid w:val="6C5ED4CA"/>
    <w:rsid w:val="6C789E28"/>
    <w:rsid w:val="6EC9BB4E"/>
    <w:rsid w:val="714090A1"/>
    <w:rsid w:val="72E7AC8B"/>
    <w:rsid w:val="73A166BE"/>
    <w:rsid w:val="73F474A2"/>
    <w:rsid w:val="7B8B4710"/>
    <w:rsid w:val="7F739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1B4B2A65-1F6E-4C29-8D4F-96AB7FC65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80"/>
    </w:pPr>
    <w:rPr>
      <w:rFonts w:ascii="Aptos" w:hAnsi="Aptos"/>
      <w:color w:val="222222"/>
      <w:sz w:val="1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C00000"/>
      <w:sz w:val="30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333333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/>
      <w:b/>
      <w:color w:val="C00000"/>
      <w:spacing w:val="5"/>
      <w:kern w:val="28"/>
      <w:sz w:val="40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aragraph">
    <w:name w:val="paragraph"/>
    <w:basedOn w:val="Normalny"/>
    <w:rsid w:val="00841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23</Pages>
  <Words>14536</Words>
  <Characters>99573</Characters>
  <Application>Microsoft Office Word</Application>
  <DocSecurity>0</DocSecurity>
  <Lines>1810</Lines>
  <Paragraphs>683</Paragraphs>
  <ScaleCrop>false</ScaleCrop>
  <Manager/>
  <Company/>
  <LinksUpToDate>false</LinksUpToDate>
  <CharactersWithSpaces>113426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Stay brainy! klasa 4 - wymagania edukacyjne na oceny 1-6</dc:title>
  <dc:subject/>
  <dc:creator>Dominika Kretkowska</dc:creator>
  <cp:keywords/>
  <dc:description>generated by python-docx</dc:description>
  <cp:lastModifiedBy>Dominika Kretkowska</cp:lastModifiedBy>
  <cp:revision>9</cp:revision>
  <dcterms:created xsi:type="dcterms:W3CDTF">2026-08-25T15:36:00Z</dcterms:created>
  <dcterms:modified xsi:type="dcterms:W3CDTF">2026-08-27T13:26:00Z</dcterms:modified>
  <cp:category/>
</cp:coreProperties>
</file>